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85F" w:rsidRPr="00D83E4C" w:rsidRDefault="00BD4902" w:rsidP="00BD4902">
      <w:pPr>
        <w:pStyle w:val="aff9"/>
        <w:spacing w:after="0" w:afterAutospacing="0"/>
        <w:jc w:val="center"/>
        <w:sectPr w:rsidR="00EF085F" w:rsidRPr="00D83E4C">
          <w:pgSz w:w="11900" w:h="16840"/>
          <w:pgMar w:top="820" w:right="540" w:bottom="280" w:left="560" w:header="720" w:footer="720" w:gutter="0"/>
          <w:cols w:space="720"/>
        </w:sectPr>
      </w:pPr>
      <w:r w:rsidRPr="00BD4902">
        <w:rPr>
          <w:rStyle w:val="af6"/>
          <w:color w:val="000000"/>
          <w:sz w:val="28"/>
          <w:szCs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17.75pt" o:ole="">
            <v:imagedata r:id="rId7" o:title=""/>
          </v:shape>
          <o:OLEObject Type="Embed" ProgID="AcroExch.Document.11" ShapeID="_x0000_i1025" DrawAspect="Content" ObjectID="_1758453996" r:id="rId8"/>
        </w:object>
      </w:r>
      <w:bookmarkStart w:id="0" w:name="_GoBack"/>
      <w:bookmarkEnd w:id="0"/>
      <w:r w:rsidRPr="00D83E4C">
        <w:t xml:space="preserve"> </w:t>
      </w:r>
    </w:p>
    <w:p w:rsidR="00EF085F" w:rsidRDefault="002A34AC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864668">
        <w:t>ПОЯСНИТЕЛЬНАЯ</w:t>
      </w:r>
      <w:r w:rsidR="00864668">
        <w:rPr>
          <w:spacing w:val="-9"/>
        </w:rPr>
        <w:t xml:space="preserve"> </w:t>
      </w:r>
      <w:r w:rsidR="00864668">
        <w:t>ЗАПИСКА</w:t>
      </w:r>
    </w:p>
    <w:p w:rsidR="00EF085F" w:rsidRDefault="00864668">
      <w:pPr>
        <w:pStyle w:val="a5"/>
        <w:spacing w:before="179" w:line="292" w:lineRule="auto"/>
        <w:ind w:left="106" w:right="94" w:firstLine="180"/>
      </w:pPr>
      <w:r>
        <w:t>Рабочая программа по предмету «Математика» для обучающихся 1 класса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EF085F" w:rsidRDefault="00864668">
      <w:pPr>
        <w:pStyle w:val="a5"/>
        <w:spacing w:before="117" w:line="292" w:lineRule="auto"/>
        <w:ind w:left="106" w:right="258" w:firstLine="180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</w:t>
      </w:r>
      <w:r>
        <w:rPr>
          <w:spacing w:val="-5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 школы,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EF085F" w:rsidRDefault="00864668">
      <w:pPr>
        <w:pStyle w:val="a5"/>
        <w:spacing w:before="118" w:line="292" w:lineRule="auto"/>
        <w:ind w:left="106" w:firstLine="180"/>
      </w:pPr>
      <w:r>
        <w:t>Изучение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 также целей</w:t>
      </w:r>
      <w:r>
        <w:rPr>
          <w:spacing w:val="-1"/>
        </w:rPr>
        <w:t xml:space="preserve"> </w:t>
      </w:r>
      <w:r>
        <w:t>воспитания: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405" w:firstLine="0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 использование арифметических способов для разрешения сюжетных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 решать учебные и практические задачи средствами математики; работа с</w:t>
      </w:r>
      <w:r>
        <w:rPr>
          <w:spacing w:val="-58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273" w:firstLine="0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(«часть-целое»,</w:t>
      </w:r>
    </w:p>
    <w:p w:rsidR="00EF085F" w:rsidRDefault="00864668">
      <w:pPr>
        <w:pStyle w:val="a5"/>
        <w:spacing w:line="292" w:lineRule="auto"/>
        <w:ind w:right="1562"/>
      </w:pPr>
      <w:r>
        <w:t>«больше-меньше», «равно-неравно», «порядок»), смысла арифметических действий,</w:t>
      </w:r>
      <w:r>
        <w:rPr>
          <w:spacing w:val="-58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308" w:firstLine="0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 деятельности, пространственного воображения, математической речи; 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строить рассуждения, выбирать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верные (истинные) и 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 утверждения, вести поиск информации (примеров, оснований для упорядочения,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др.).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310" w:firstLine="0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терминах и понятиях; 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использования математических 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жизни.</w:t>
      </w:r>
    </w:p>
    <w:p w:rsidR="00EF085F" w:rsidRDefault="00864668">
      <w:pPr>
        <w:pStyle w:val="a5"/>
        <w:spacing w:before="225" w:line="292" w:lineRule="auto"/>
        <w:ind w:left="106" w:right="901" w:firstLine="180"/>
      </w:pPr>
      <w:r>
        <w:t>В основе конструирования содержания и отбора планируемых результатов лежат следующие</w:t>
      </w:r>
      <w:r>
        <w:rPr>
          <w:spacing w:val="-5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190" w:firstLine="0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  окружающего мира, фактов, процессов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(хронология событий, протяжённость по времени, образование целого из 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 и т.д.);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7" w:line="292" w:lineRule="auto"/>
        <w:ind w:right="890" w:firstLine="0"/>
        <w:rPr>
          <w:sz w:val="24"/>
        </w:rPr>
      </w:pPr>
      <w:r>
        <w:rPr>
          <w:sz w:val="24"/>
        </w:rPr>
        <w:t>математические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 и 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природы);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214" w:firstLine="0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истинность</w:t>
      </w:r>
    </w:p>
    <w:p w:rsidR="00EF085F" w:rsidRDefault="00EF085F">
      <w:pPr>
        <w:spacing w:line="292" w:lineRule="auto"/>
        <w:rPr>
          <w:sz w:val="24"/>
        </w:rPr>
        <w:sectPr w:rsidR="00EF085F">
          <w:pgSz w:w="11900" w:h="16840"/>
          <w:pgMar w:top="520" w:right="540" w:bottom="280" w:left="560" w:header="720" w:footer="720" w:gutter="0"/>
          <w:cols w:space="720"/>
        </w:sectPr>
      </w:pPr>
    </w:p>
    <w:p w:rsidR="00EF085F" w:rsidRDefault="00864668">
      <w:pPr>
        <w:pStyle w:val="a5"/>
        <w:spacing w:before="62"/>
      </w:pPr>
      <w:r>
        <w:t>предположения).</w:t>
      </w:r>
    </w:p>
    <w:p w:rsidR="00EF085F" w:rsidRDefault="00864668">
      <w:pPr>
        <w:pStyle w:val="a5"/>
        <w:spacing w:before="168" w:line="292" w:lineRule="auto"/>
        <w:ind w:left="106" w:right="354" w:firstLine="180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 жизни - возможности их измерить, определить величину, форму, выявить зависимости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 в пространстве. Осознанию младшим</w:t>
      </w:r>
      <w:r>
        <w:rPr>
          <w:spacing w:val="1"/>
        </w:rPr>
        <w:t xml:space="preserve"> </w:t>
      </w:r>
      <w:r>
        <w:t>школьником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 общего способа решения учебной задачи, а также работу с разными 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1"/>
        </w:rPr>
        <w:t xml:space="preserve"> </w:t>
      </w:r>
      <w:r>
        <w:t>графическими (таблица,</w:t>
      </w:r>
      <w:r>
        <w:rPr>
          <w:spacing w:val="-1"/>
        </w:rPr>
        <w:t xml:space="preserve"> </w:t>
      </w:r>
      <w:r>
        <w:t>диаграмма, схема).</w:t>
      </w:r>
    </w:p>
    <w:p w:rsidR="00EF085F" w:rsidRDefault="00864668">
      <w:pPr>
        <w:pStyle w:val="a5"/>
        <w:spacing w:line="292" w:lineRule="auto"/>
        <w:ind w:left="106" w:right="287" w:firstLine="180"/>
      </w:pPr>
      <w:r>
        <w:t>В начальной школе математические знания и умения применяются школьником при изучении</w:t>
      </w:r>
      <w:r>
        <w:rPr>
          <w:spacing w:val="1"/>
        </w:rPr>
        <w:t xml:space="preserve"> </w:t>
      </w:r>
      <w:r>
        <w:t>других учебных предметов (количественные и пространственные характеристики, оценки, расчёты и</w:t>
      </w:r>
      <w:r>
        <w:rPr>
          <w:spacing w:val="-58"/>
        </w:rPr>
        <w:t xml:space="preserve"> </w:t>
      </w:r>
      <w:r>
        <w:t>прикидка, использование графических форм представления информации). Приобретённые учеником</w:t>
      </w:r>
      <w:r>
        <w:rPr>
          <w:spacing w:val="-57"/>
        </w:rPr>
        <w:t xml:space="preserve"> </w:t>
      </w:r>
      <w:r>
        <w:t>умения строить алгоритмы, выбирать рациональные способы устных и письменных арифметических</w:t>
      </w:r>
      <w:r>
        <w:rPr>
          <w:spacing w:val="-57"/>
        </w:rPr>
        <w:t xml:space="preserve"> </w:t>
      </w:r>
      <w:r>
        <w:t>вычислений, приёмы проверки правильности выполнения действий, а также различение, называние,</w:t>
      </w:r>
      <w:r>
        <w:rPr>
          <w:spacing w:val="1"/>
        </w:rPr>
        <w:t xml:space="preserve"> </w:t>
      </w:r>
      <w:r>
        <w:t>изображение геометрических фигур, нахождение геометрических 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 функциональной грамотности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A2525D" w:rsidRDefault="00864668" w:rsidP="00A2525D">
      <w:pPr>
        <w:pStyle w:val="a5"/>
        <w:spacing w:before="112"/>
        <w:ind w:left="286"/>
      </w:pP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 w:rsidR="00A2525D">
        <w:t xml:space="preserve"> – 4 </w:t>
      </w:r>
      <w:r>
        <w:rPr>
          <w:spacing w:val="-3"/>
        </w:rPr>
        <w:t xml:space="preserve"> </w:t>
      </w:r>
      <w:r w:rsidR="00A2525D">
        <w:t xml:space="preserve">классах </w:t>
      </w:r>
      <w:r>
        <w:t>отводится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 w:rsidR="00D81C23">
        <w:t xml:space="preserve">540 часов: в 1 классе -132 часа, </w:t>
      </w:r>
      <w:r w:rsidR="00A2525D">
        <w:t xml:space="preserve"> во </w:t>
      </w:r>
      <w:r w:rsidR="00A2525D">
        <w:rPr>
          <w:color w:val="000000"/>
        </w:rPr>
        <w:t>2</w:t>
      </w:r>
      <w:r w:rsidR="00D81C23">
        <w:rPr>
          <w:color w:val="000000"/>
        </w:rPr>
        <w:t xml:space="preserve"> классе - </w:t>
      </w:r>
      <w:r w:rsidR="00A2525D">
        <w:rPr>
          <w:color w:val="000000"/>
        </w:rPr>
        <w:t xml:space="preserve"> 136 часов, в 3 </w:t>
      </w:r>
      <w:r w:rsidR="00D81C23">
        <w:rPr>
          <w:color w:val="000000"/>
        </w:rPr>
        <w:t>классе - 136 часов, в 4 классе- 136 часов</w:t>
      </w:r>
    </w:p>
    <w:p w:rsidR="00A2525D" w:rsidRDefault="00A2525D"/>
    <w:p w:rsidR="00A2525D" w:rsidRDefault="00A2525D" w:rsidP="00A2525D"/>
    <w:p w:rsidR="00EF085F" w:rsidRPr="00A2525D" w:rsidRDefault="00EF085F" w:rsidP="00A2525D">
      <w:pPr>
        <w:sectPr w:rsidR="00EF085F" w:rsidRPr="00A2525D">
          <w:pgSz w:w="11900" w:h="16840"/>
          <w:pgMar w:top="500" w:right="540" w:bottom="280" w:left="560" w:header="720" w:footer="720" w:gutter="0"/>
          <w:cols w:space="720"/>
        </w:sectPr>
      </w:pPr>
    </w:p>
    <w:p w:rsidR="00EF085F" w:rsidRDefault="002A34AC">
      <w:pPr>
        <w:pStyle w:val="1"/>
      </w:pPr>
      <w:r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864668">
        <w:t>СОДЕРЖАНИЕ</w:t>
      </w:r>
      <w:r w:rsidR="00864668">
        <w:rPr>
          <w:spacing w:val="-8"/>
        </w:rPr>
        <w:t xml:space="preserve"> </w:t>
      </w:r>
      <w:r w:rsidR="00864668">
        <w:t>УЧЕБНОГО</w:t>
      </w:r>
      <w:r w:rsidR="00864668">
        <w:rPr>
          <w:spacing w:val="-8"/>
        </w:rPr>
        <w:t xml:space="preserve"> </w:t>
      </w:r>
      <w:r w:rsidR="00864668">
        <w:t>ПРЕДМЕТА</w:t>
      </w:r>
    </w:p>
    <w:p w:rsidR="00EF085F" w:rsidRDefault="00864668">
      <w:pPr>
        <w:pStyle w:val="a5"/>
        <w:spacing w:before="179"/>
        <w:ind w:left="28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 w:rsidR="00D81C23">
        <w:rPr>
          <w:spacing w:val="-3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разделами:</w:t>
      </w:r>
      <w:r>
        <w:rPr>
          <w:spacing w:val="-4"/>
        </w:rPr>
        <w:t xml:space="preserve"> </w:t>
      </w:r>
      <w:r>
        <w:t>«Числа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величины»,</w:t>
      </w:r>
    </w:p>
    <w:p w:rsidR="00EF085F" w:rsidRDefault="00864668">
      <w:pPr>
        <w:pStyle w:val="a5"/>
        <w:spacing w:before="60" w:line="292" w:lineRule="auto"/>
        <w:ind w:left="106" w:right="279"/>
      </w:pPr>
      <w:r>
        <w:t>«Арифметические действия», «Текстовые задачи», «Пространственные отношения и геометрические</w:t>
      </w:r>
      <w:r>
        <w:rPr>
          <w:spacing w:val="-58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D81C23" w:rsidRPr="00D81C23" w:rsidRDefault="00D81C23">
      <w:pPr>
        <w:pStyle w:val="a5"/>
        <w:spacing w:before="60" w:line="292" w:lineRule="auto"/>
        <w:ind w:left="106" w:right="279"/>
        <w:rPr>
          <w:b/>
        </w:rPr>
      </w:pPr>
      <w:r w:rsidRPr="00D81C23">
        <w:rPr>
          <w:b/>
        </w:rPr>
        <w:t xml:space="preserve"> 1 класс</w:t>
      </w:r>
    </w:p>
    <w:p w:rsidR="00EF085F" w:rsidRDefault="00864668">
      <w:pPr>
        <w:pStyle w:val="1"/>
        <w:spacing w:before="119"/>
        <w:ind w:left="286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EF085F" w:rsidRDefault="00864668">
      <w:pPr>
        <w:pStyle w:val="a5"/>
        <w:spacing w:before="60" w:line="292" w:lineRule="auto"/>
        <w:ind w:left="106" w:firstLine="180"/>
      </w:pP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9:</w:t>
      </w:r>
      <w:r>
        <w:rPr>
          <w:spacing w:val="-4"/>
        </w:rPr>
        <w:t xml:space="preserve"> </w:t>
      </w:r>
      <w:r>
        <w:t>различение,</w:t>
      </w:r>
      <w:r>
        <w:rPr>
          <w:spacing w:val="-3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запись.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счёта.</w:t>
      </w:r>
      <w:r>
        <w:rPr>
          <w:spacing w:val="-3"/>
        </w:rPr>
        <w:t xml:space="preserve"> </w:t>
      </w:r>
      <w:r>
        <w:t>Десяток.</w:t>
      </w:r>
      <w:r>
        <w:rPr>
          <w:spacing w:val="-3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 цифра 0</w:t>
      </w:r>
      <w:r>
        <w:rPr>
          <w:spacing w:val="-1"/>
        </w:rPr>
        <w:t xml:space="preserve"> </w:t>
      </w:r>
      <w:r>
        <w:t>при измерении,</w:t>
      </w:r>
      <w:r>
        <w:rPr>
          <w:spacing w:val="-1"/>
        </w:rPr>
        <w:t xml:space="preserve"> </w:t>
      </w:r>
      <w:r>
        <w:t>вычислении.</w:t>
      </w:r>
    </w:p>
    <w:p w:rsidR="00EF085F" w:rsidRDefault="00864668">
      <w:pPr>
        <w:pStyle w:val="a5"/>
        <w:spacing w:line="292" w:lineRule="auto"/>
        <w:ind w:left="106" w:firstLine="180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3"/>
        </w:rPr>
        <w:t xml:space="preserve"> </w:t>
      </w:r>
      <w:r>
        <w:t>сравнение.</w:t>
      </w:r>
      <w:r>
        <w:rPr>
          <w:spacing w:val="54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двузначные</w:t>
      </w:r>
      <w:r>
        <w:rPr>
          <w:spacing w:val="-3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 на несколько единиц.</w:t>
      </w:r>
    </w:p>
    <w:p w:rsidR="00EF085F" w:rsidRDefault="00864668">
      <w:pPr>
        <w:pStyle w:val="a5"/>
        <w:spacing w:line="292" w:lineRule="auto"/>
        <w:ind w:left="106" w:right="536" w:firstLine="180"/>
      </w:pPr>
      <w:r>
        <w:t>Длина и её измерение. Единицы длины: сантиметр, дециметр; установление соотношения между</w:t>
      </w:r>
      <w:r>
        <w:rPr>
          <w:spacing w:val="-58"/>
        </w:rPr>
        <w:t xml:space="preserve"> </w:t>
      </w:r>
      <w:r>
        <w:t>ними.</w:t>
      </w:r>
    </w:p>
    <w:p w:rsidR="00EF085F" w:rsidRDefault="00864668">
      <w:pPr>
        <w:pStyle w:val="1"/>
        <w:spacing w:before="116"/>
        <w:ind w:left="286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EF085F" w:rsidRDefault="00864668">
      <w:pPr>
        <w:pStyle w:val="a5"/>
        <w:spacing w:before="60" w:line="292" w:lineRule="auto"/>
        <w:ind w:left="106" w:right="188" w:firstLine="180"/>
      </w:pPr>
      <w:r>
        <w:t>Сложение и вычитание чисел в пределах 20. Названия компонентов действий, результатов действий</w:t>
      </w:r>
      <w:r>
        <w:rPr>
          <w:spacing w:val="-58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обратное сложению.</w:t>
      </w:r>
    </w:p>
    <w:p w:rsidR="00EF085F" w:rsidRDefault="00864668">
      <w:pPr>
        <w:pStyle w:val="1"/>
        <w:spacing w:before="119"/>
        <w:ind w:left="286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EF085F" w:rsidRDefault="00864668">
      <w:pPr>
        <w:pStyle w:val="a5"/>
        <w:spacing w:before="60" w:line="292" w:lineRule="auto"/>
        <w:ind w:left="106" w:right="483" w:firstLine="180"/>
      </w:pPr>
      <w:r>
        <w:t>Текстовая задача: структурные элементы, составление текстовой задачи по образцу. Зависимость</w:t>
      </w:r>
      <w:r>
        <w:rPr>
          <w:spacing w:val="-58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искомой</w:t>
      </w:r>
      <w:r>
        <w:rPr>
          <w:spacing w:val="-1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действие.</w:t>
      </w:r>
    </w:p>
    <w:p w:rsidR="00EF085F" w:rsidRDefault="00864668">
      <w:pPr>
        <w:pStyle w:val="1"/>
        <w:spacing w:before="119"/>
        <w:ind w:left="286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EF085F" w:rsidRDefault="00864668">
      <w:pPr>
        <w:pStyle w:val="a5"/>
        <w:spacing w:before="60" w:line="292" w:lineRule="auto"/>
        <w:ind w:left="106" w:right="94" w:firstLine="180"/>
      </w:pPr>
      <w:r>
        <w:t>Расположение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пространстве:</w:t>
      </w:r>
      <w:r>
        <w:rPr>
          <w:spacing w:val="-5"/>
        </w:rPr>
        <w:t xml:space="preserve"> </w:t>
      </w:r>
      <w:r>
        <w:t>слева/справа,</w:t>
      </w:r>
      <w:r>
        <w:rPr>
          <w:spacing w:val="-5"/>
        </w:rPr>
        <w:t xml:space="preserve"> </w:t>
      </w:r>
      <w:r>
        <w:t>сверху/снизу,</w:t>
      </w:r>
      <w:r>
        <w:rPr>
          <w:spacing w:val="-57"/>
        </w:rPr>
        <w:t xml:space="preserve"> </w:t>
      </w:r>
      <w:r>
        <w:t>между;</w:t>
      </w:r>
      <w:r>
        <w:rPr>
          <w:spacing w:val="-2"/>
        </w:rPr>
        <w:t xml:space="preserve"> </w:t>
      </w:r>
      <w:r>
        <w:t>установление пространственных отношений.</w:t>
      </w:r>
    </w:p>
    <w:p w:rsidR="00EF085F" w:rsidRDefault="00864668">
      <w:pPr>
        <w:pStyle w:val="a5"/>
        <w:spacing w:line="292" w:lineRule="auto"/>
        <w:ind w:left="106" w:right="223" w:firstLine="180"/>
      </w:pPr>
      <w:r>
        <w:t>Геометрические фигуры: распознавание круга, треугольника, прямоугольника, отрезка. Построение</w:t>
      </w:r>
      <w:r>
        <w:rPr>
          <w:spacing w:val="-58"/>
        </w:rPr>
        <w:t xml:space="preserve"> </w:t>
      </w:r>
      <w:r>
        <w:t>отрезка, квадрата, треугольника с помощью линейки на листе в клетку; измерение длины отрезка в</w:t>
      </w:r>
      <w:r>
        <w:rPr>
          <w:spacing w:val="1"/>
        </w:rPr>
        <w:t xml:space="preserve"> </w:t>
      </w:r>
      <w:r>
        <w:t>сантиметрах.</w:t>
      </w:r>
    </w:p>
    <w:p w:rsidR="00EF085F" w:rsidRDefault="00864668">
      <w:pPr>
        <w:pStyle w:val="1"/>
        <w:spacing w:before="117"/>
        <w:ind w:left="286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EF085F" w:rsidRDefault="00864668">
      <w:pPr>
        <w:pStyle w:val="a5"/>
        <w:spacing w:before="60" w:line="292" w:lineRule="auto"/>
        <w:ind w:left="106" w:firstLine="180"/>
      </w:pPr>
      <w:r>
        <w:t>Сбор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объекте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(количество,</w:t>
      </w:r>
      <w:r>
        <w:rPr>
          <w:spacing w:val="-4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размер).</w:t>
      </w:r>
      <w:r>
        <w:rPr>
          <w:spacing w:val="-1"/>
        </w:rPr>
        <w:t xml:space="preserve"> </w:t>
      </w:r>
      <w:r>
        <w:t>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1"/>
        </w:rPr>
        <w:t xml:space="preserve"> </w:t>
      </w:r>
      <w:r>
        <w:t>признаку.</w:t>
      </w:r>
    </w:p>
    <w:p w:rsidR="00EF085F" w:rsidRDefault="00864668">
      <w:pPr>
        <w:pStyle w:val="a5"/>
        <w:spacing w:line="275" w:lineRule="exact"/>
        <w:ind w:left="286"/>
      </w:pPr>
      <w:r>
        <w:t>Закономерность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обнаружение,</w:t>
      </w:r>
      <w:r>
        <w:rPr>
          <w:spacing w:val="-4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EF085F" w:rsidRDefault="00864668">
      <w:pPr>
        <w:pStyle w:val="a5"/>
        <w:spacing w:before="61" w:line="292" w:lineRule="auto"/>
        <w:ind w:left="106" w:right="769" w:firstLine="180"/>
      </w:pPr>
      <w:r>
        <w:t>Верные (истинные) и неверные (ложные) предложения, составленные относительно заданного</w:t>
      </w:r>
      <w:r>
        <w:rPr>
          <w:spacing w:val="-58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 объектов.</w:t>
      </w:r>
    </w:p>
    <w:p w:rsidR="00EF085F" w:rsidRDefault="00864668">
      <w:pPr>
        <w:pStyle w:val="a5"/>
        <w:spacing w:line="292" w:lineRule="auto"/>
        <w:ind w:left="106" w:right="258" w:firstLine="180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 данными</w:t>
      </w:r>
      <w:r>
        <w:rPr>
          <w:spacing w:val="-58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 величин).</w:t>
      </w:r>
    </w:p>
    <w:p w:rsidR="00EF085F" w:rsidRDefault="00864668">
      <w:pPr>
        <w:pStyle w:val="a5"/>
        <w:spacing w:line="292" w:lineRule="auto"/>
        <w:ind w:left="106" w:right="847" w:firstLine="180"/>
      </w:pPr>
      <w:r>
        <w:t>Двух-трёхшаговые инструкции, связанные с вычислением, измерением длины, изображением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фигуры.</w:t>
      </w:r>
    </w:p>
    <w:p w:rsidR="00EF085F" w:rsidRDefault="00864668">
      <w:pPr>
        <w:pStyle w:val="1"/>
        <w:spacing w:before="115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9"/>
        </w:rPr>
        <w:t xml:space="preserve"> </w:t>
      </w:r>
      <w:r>
        <w:t>уровень)</w:t>
      </w:r>
    </w:p>
    <w:p w:rsidR="00EF085F" w:rsidRDefault="00864668">
      <w:pPr>
        <w:spacing w:before="181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</w:p>
    <w:p w:rsidR="00EF085F" w:rsidRDefault="00EF085F">
      <w:pPr>
        <w:rPr>
          <w:sz w:val="24"/>
        </w:rPr>
        <w:sectPr w:rsidR="00EF085F">
          <w:pgSz w:w="11900" w:h="16840"/>
          <w:pgMar w:top="520" w:right="540" w:bottom="280" w:left="560" w:header="720" w:footer="720" w:gutter="0"/>
          <w:cols w:space="720"/>
        </w:sectPr>
      </w:pPr>
    </w:p>
    <w:p w:rsidR="00EF085F" w:rsidRDefault="00864668">
      <w:pPr>
        <w:pStyle w:val="a5"/>
        <w:spacing w:before="62"/>
      </w:pPr>
      <w:r>
        <w:t>основанию;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966" w:firstLine="0"/>
        <w:rPr>
          <w:sz w:val="24"/>
        </w:rPr>
      </w:pPr>
      <w:r>
        <w:rPr>
          <w:sz w:val="24"/>
        </w:rPr>
        <w:t>копировать изученные фигуры, рисовать от руки по собственному замыслу; 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 геометрических фигур;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6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 w:line="292" w:lineRule="auto"/>
        <w:ind w:right="269" w:firstLine="0"/>
        <w:rPr>
          <w:sz w:val="24"/>
        </w:rPr>
      </w:pPr>
      <w:r>
        <w:rPr>
          <w:sz w:val="24"/>
        </w:rPr>
        <w:t>понимать, что математические явления могут быть представлены с помощью разных средств: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запись, таблица,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 схема;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 w:line="292" w:lineRule="auto"/>
        <w:ind w:right="1214" w:firstLine="0"/>
        <w:rPr>
          <w:sz w:val="24"/>
        </w:rPr>
      </w:pPr>
      <w:r>
        <w:rPr>
          <w:sz w:val="24"/>
        </w:rPr>
        <w:t>характеризовать (описывать) число, геометрическую фигуру, последовательность из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 записанных по порядку;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1104" w:firstLine="0"/>
        <w:rPr>
          <w:sz w:val="24"/>
        </w:rPr>
      </w:pPr>
      <w:r>
        <w:rPr>
          <w:sz w:val="24"/>
        </w:rPr>
        <w:t>комментировать ход сравнения двух объектов; описывать своими словами сюжетную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 отношение,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655" w:firstLine="0"/>
        <w:rPr>
          <w:sz w:val="24"/>
        </w:rPr>
      </w:pPr>
      <w:r>
        <w:rPr>
          <w:sz w:val="24"/>
        </w:rPr>
        <w:t>описывать положение предмета в пространстве различать и использовать математические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знаки;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825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 возникшей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EF085F" w:rsidRDefault="00864668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1" w:line="292" w:lineRule="auto"/>
        <w:ind w:right="264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мирно 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D81C23" w:rsidRDefault="00D81C23">
      <w:pPr>
        <w:spacing w:line="292" w:lineRule="auto"/>
        <w:rPr>
          <w:sz w:val="24"/>
        </w:rPr>
      </w:pPr>
    </w:p>
    <w:p w:rsidR="00D81C23" w:rsidRPr="00D81C23" w:rsidRDefault="00D81C23" w:rsidP="00D81C23">
      <w:pPr>
        <w:rPr>
          <w:sz w:val="24"/>
        </w:rPr>
      </w:pPr>
    </w:p>
    <w:p w:rsidR="00D81C23" w:rsidRPr="00D81C23" w:rsidRDefault="00D81C23" w:rsidP="00D81C23">
      <w:pPr>
        <w:ind w:firstLine="720"/>
        <w:rPr>
          <w:b/>
          <w:sz w:val="24"/>
        </w:rPr>
      </w:pPr>
      <w:r w:rsidRPr="00D81C23">
        <w:rPr>
          <w:b/>
          <w:sz w:val="24"/>
        </w:rPr>
        <w:t>2 класс</w:t>
      </w:r>
    </w:p>
    <w:p w:rsidR="00D81C23" w:rsidRPr="00D81C23" w:rsidRDefault="00D81C23" w:rsidP="00D81C23">
      <w:pPr>
        <w:rPr>
          <w:b/>
          <w:sz w:val="24"/>
        </w:rPr>
      </w:pP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Числа и величины</w:t>
      </w:r>
    </w:p>
    <w:p w:rsidR="00D81C23" w:rsidRDefault="00D81C23" w:rsidP="00D81C23">
      <w:pPr>
        <w:tabs>
          <w:tab w:val="left" w:pos="180"/>
        </w:tabs>
        <w:spacing w:line="261" w:lineRule="auto"/>
        <w:ind w:right="144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D81C23" w:rsidRDefault="00D81C23" w:rsidP="00D81C23">
      <w:pPr>
        <w:spacing w:line="268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Величины: сравнение по массе (единица массы — килограмм); измерение длины (единицы длины— метр, дециметр, сантиметр, миллиметр), времени (единицы времени — час, минута) Соотношение между единицами величины (в пределах 100), его применение для решения практических задач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Арифметические действия</w:t>
      </w:r>
    </w:p>
    <w:p w:rsidR="00D81C23" w:rsidRDefault="00D81C23" w:rsidP="00D81C23">
      <w:pPr>
        <w:tabs>
          <w:tab w:val="left" w:pos="180"/>
        </w:tabs>
        <w:spacing w:line="28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 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D81C23" w:rsidRDefault="00D81C23" w:rsidP="00D81C23">
      <w:pPr>
        <w:spacing w:line="268" w:lineRule="auto"/>
        <w:ind w:right="432"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D81C23" w:rsidRDefault="00D81C23" w:rsidP="00D81C23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Неизвестный компонент действия сложения, действия вычитания; его нахождение.</w:t>
      </w:r>
    </w:p>
    <w:p w:rsidR="00D81C23" w:rsidRDefault="00D81C23" w:rsidP="00D81C23">
      <w:pPr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Текстовые задачи</w:t>
      </w:r>
    </w:p>
    <w:p w:rsidR="00D81C23" w:rsidRDefault="00D81C23" w:rsidP="00D81C23">
      <w:pPr>
        <w:spacing w:line="280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Чтение, представление текста задачи в виде рисунка, схемы или другой модели. 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Пространственные отношения и геометрические фигуры</w:t>
      </w:r>
    </w:p>
    <w:p w:rsidR="00D81C23" w:rsidRDefault="00D81C23" w:rsidP="00D81C23">
      <w:pPr>
        <w:spacing w:line="280" w:lineRule="auto"/>
        <w:ind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D81C23" w:rsidRDefault="00D81C23" w:rsidP="00D81C23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Математическая информация</w:t>
      </w:r>
    </w:p>
    <w:p w:rsidR="00D81C23" w:rsidRDefault="00D81C23" w:rsidP="00D81C23">
      <w:pPr>
        <w:spacing w:line="268" w:lineRule="auto"/>
        <w:ind w:right="144" w:firstLine="180"/>
        <w:rPr>
          <w:sz w:val="24"/>
          <w:szCs w:val="24"/>
        </w:rPr>
      </w:pPr>
      <w:r>
        <w:rPr>
          <w:color w:val="000000"/>
          <w:sz w:val="24"/>
          <w:szCs w:val="24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  признаку.     Закономерность в ряду чисел, геометрических фигур, объектов</w:t>
      </w:r>
    </w:p>
    <w:p w:rsidR="001E6D7D" w:rsidRDefault="00D81C23" w:rsidP="001E6D7D">
      <w:pPr>
        <w:spacing w:line="285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повседневной жизни. Верные (истинные) и неверные (ложные) утверждения, содержащие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количественные, пространственные отношения, зависимости между числами/величинами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>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1A4CCA" w:rsidRDefault="001A4CCA" w:rsidP="001E6D7D">
      <w:pPr>
        <w:spacing w:line="228" w:lineRule="auto"/>
        <w:ind w:left="1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учебные дейчствия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познавательные учебные действия: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наблюдать математические отношения (часть-целое, больше-меньше) в окружающем мире; </w:t>
      </w:r>
    </w:p>
    <w:p w:rsidR="001E6D7D" w:rsidRDefault="001E6D7D" w:rsidP="001E6D7D">
      <w:pPr>
        <w:spacing w:line="261" w:lineRule="auto"/>
        <w:ind w:left="42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характеризовать назначение и использовать простейшие измерительные приборы (сантиметровая лента, весы); </w:t>
      </w:r>
    </w:p>
    <w:p w:rsidR="001E6D7D" w:rsidRDefault="001E6D7D" w:rsidP="001E6D7D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сравнивать группы объектов (чисел, величин, геометрических фигур) по самостоятельно выбранному основанию; </w:t>
      </w:r>
    </w:p>
    <w:p w:rsidR="001E6D7D" w:rsidRDefault="001E6D7D" w:rsidP="001E6D7D">
      <w:pPr>
        <w:spacing w:line="261" w:lineRule="auto"/>
        <w:ind w:left="420" w:righ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распределять (классифицировать) объекты (числа, величины, геометрические фигуры, текстовые задачи в одно действие) на группы; </w:t>
      </w:r>
    </w:p>
    <w:p w:rsidR="001E6D7D" w:rsidRDefault="001E6D7D" w:rsidP="001E6D7D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обнаруживать модели геометрических фигур в окружающем мире; вести поиск различных решений задачи (расчётной, с геометрическим содержанием); </w:t>
      </w:r>
    </w:p>
    <w:p w:rsidR="001E6D7D" w:rsidRDefault="001E6D7D" w:rsidP="001E6D7D">
      <w:pPr>
        <w:spacing w:line="261" w:lineRule="auto"/>
        <w:ind w:left="420" w:right="100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воспроизводить порядок выполнения действий в числовом выражении, содержащем действия сложения и вычитания (со скобками/без скобок);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соответствие между математическим выражением и его текстовым описанием;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подбирать примеры, подтверждающие суждение, вывод, ответ.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Работа с информацией:</w:t>
      </w:r>
    </w:p>
    <w:p w:rsidR="001E6D7D" w:rsidRDefault="001E6D7D" w:rsidP="001E6D7D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извлекать и использовать информацию, представленную в текстовой, графической (рисунок, схема, таблица) форме, заполнять таблицы; </w:t>
      </w:r>
    </w:p>
    <w:p w:rsidR="001E6D7D" w:rsidRDefault="001E6D7D" w:rsidP="001E6D7D">
      <w:pPr>
        <w:spacing w:line="228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логику перебора вариантов для решения простейших комбинаторных задач;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дополнять модели (схемы, изображения) готовыми числовыми данными.</w:t>
      </w:r>
    </w:p>
    <w:p w:rsidR="001E6D7D" w:rsidRDefault="001E6D7D" w:rsidP="001E6D7D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коммуникативные учебные действия:</w:t>
      </w:r>
    </w:p>
    <w:p w:rsidR="001E6D7D" w:rsidRDefault="001E6D7D" w:rsidP="001E6D7D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комментировать ход вычислений; объяснять выбор величины, соответствующей ситуации измерения;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составлять текстовую задачу с заданным отношением (готовым решением) по образцу;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использовать математические знаки и терминологию для описания сюжетной ситуации;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конструирования утверждений, выводов относительно данных объектов, отношения;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называть числа, величины, геометрические фигуры, обладающие заданным свойством;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записывать, читать число, числовое выражение; </w:t>
      </w:r>
    </w:p>
    <w:p w:rsidR="001E6D7D" w:rsidRDefault="001E6D7D" w:rsidP="001E6D7D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приводить примеры, иллюстрирующие смысл арифметического действия;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конструировать утверждения с использованием слов «каждый», «все».</w:t>
      </w:r>
    </w:p>
    <w:p w:rsidR="001E6D7D" w:rsidRDefault="001E6D7D" w:rsidP="001E6D7D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Универсальные регулятивные учебные действия:</w:t>
      </w:r>
    </w:p>
    <w:p w:rsidR="001E6D7D" w:rsidRDefault="001E6D7D" w:rsidP="001E6D7D">
      <w:pPr>
        <w:spacing w:line="261" w:lineRule="auto"/>
        <w:ind w:left="24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следовать установленному правилу, по которому составлен ряд чисел, величин, геометрических фигур; </w:t>
      </w:r>
    </w:p>
    <w:p w:rsidR="001E6D7D" w:rsidRDefault="001E6D7D" w:rsidP="001E6D7D">
      <w:pPr>
        <w:spacing w:line="261" w:lineRule="auto"/>
        <w:ind w:left="24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организовывать, участвовать, контролировать ход и результат парной работы с математическим материалом; </w:t>
      </w:r>
    </w:p>
    <w:p w:rsidR="001E6D7D" w:rsidRDefault="001E6D7D" w:rsidP="001E6D7D">
      <w:pPr>
        <w:spacing w:line="261" w:lineRule="auto"/>
        <w:ind w:left="24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проверять правильность вычисления с помощью другого приёма выполнения действия, обратного действия;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находить с помощью учителя причину возникшей ошибки и трудности.</w:t>
      </w:r>
    </w:p>
    <w:p w:rsidR="001E6D7D" w:rsidRDefault="001E6D7D" w:rsidP="001E6D7D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Совместная деятельность:</w:t>
      </w:r>
    </w:p>
    <w:p w:rsidR="001E6D7D" w:rsidRDefault="001E6D7D" w:rsidP="001E6D7D">
      <w:pPr>
        <w:spacing w:line="261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принимать правила совместной деятельности при работе в парах, группах, составленных учителем или самостоятельно; </w:t>
      </w:r>
    </w:p>
    <w:p w:rsidR="001E6D7D" w:rsidRDefault="001E6D7D" w:rsidP="001E6D7D">
      <w:pPr>
        <w:spacing w:line="268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 </w:t>
      </w:r>
    </w:p>
    <w:p w:rsidR="001E6D7D" w:rsidRDefault="001E6D7D" w:rsidP="001E6D7D">
      <w:pPr>
        <w:spacing w:line="26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выполнять прикидку и оценку результата действий, измерений); </w:t>
      </w:r>
    </w:p>
    <w:p w:rsidR="001E6D7D" w:rsidRDefault="001E6D7D" w:rsidP="001E6D7D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совместно с учителем оценивать результаты выполнения общей работы.</w:t>
      </w:r>
    </w:p>
    <w:p w:rsidR="00D81C23" w:rsidRDefault="00D81C23" w:rsidP="00D81C23"/>
    <w:p w:rsidR="00C1715D" w:rsidRPr="00772FBA" w:rsidRDefault="00772FBA" w:rsidP="00D81C23">
      <w:pPr>
        <w:rPr>
          <w:b/>
        </w:rPr>
      </w:pPr>
      <w:r w:rsidRPr="00772FBA">
        <w:rPr>
          <w:b/>
        </w:rPr>
        <w:t xml:space="preserve">     3 класс</w:t>
      </w:r>
    </w:p>
    <w:p w:rsidR="00C1715D" w:rsidRDefault="00C1715D" w:rsidP="00D81C23"/>
    <w:p w:rsidR="00772FBA" w:rsidRDefault="00772FBA" w:rsidP="00772FBA">
      <w:pPr>
        <w:pStyle w:val="1"/>
        <w:spacing w:before="203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</w:t>
      </w:r>
    </w:p>
    <w:p w:rsidR="00772FBA" w:rsidRDefault="00772FBA" w:rsidP="00772FBA">
      <w:pPr>
        <w:pStyle w:val="a5"/>
        <w:spacing w:before="108" w:line="288" w:lineRule="auto"/>
        <w:ind w:left="107" w:right="151" w:firstLine="182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Увеличение/уменьшение числа в несколько</w:t>
      </w:r>
      <w:r>
        <w:rPr>
          <w:spacing w:val="-57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772FBA" w:rsidRDefault="00772FBA" w:rsidP="00772FBA">
      <w:pPr>
        <w:pStyle w:val="a5"/>
        <w:spacing w:before="6"/>
        <w:ind w:left="290"/>
      </w:pPr>
      <w:r>
        <w:t>Масса</w:t>
      </w:r>
      <w:r>
        <w:rPr>
          <w:spacing w:val="-6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грамм);</w:t>
      </w:r>
      <w:r>
        <w:rPr>
          <w:spacing w:val="-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килограммом и</w:t>
      </w:r>
      <w:r>
        <w:rPr>
          <w:spacing w:val="-4"/>
        </w:rPr>
        <w:t xml:space="preserve"> </w:t>
      </w:r>
      <w:r>
        <w:t>граммом;</w:t>
      </w:r>
      <w:r>
        <w:rPr>
          <w:spacing w:val="-7"/>
        </w:rPr>
        <w:t xml:space="preserve"> </w:t>
      </w:r>
      <w:r>
        <w:t>отношение</w:t>
      </w:r>
    </w:p>
    <w:p w:rsidR="00772FBA" w:rsidRDefault="00772FBA" w:rsidP="00772FBA">
      <w:pPr>
        <w:pStyle w:val="a5"/>
        <w:spacing w:before="51"/>
        <w:ind w:left="107"/>
      </w:pPr>
      <w:r>
        <w:t>«тяжелее/легче</w:t>
      </w:r>
      <w:r>
        <w:rPr>
          <w:spacing w:val="-8"/>
        </w:rPr>
        <w:t xml:space="preserve"> </w:t>
      </w:r>
      <w:r>
        <w:t>на/в».</w:t>
      </w:r>
    </w:p>
    <w:p w:rsidR="00772FBA" w:rsidRDefault="00772FBA" w:rsidP="00772FBA">
      <w:pPr>
        <w:pStyle w:val="a5"/>
        <w:spacing w:before="64" w:line="290" w:lineRule="auto"/>
        <w:ind w:left="107" w:firstLine="182"/>
      </w:pPr>
      <w:r>
        <w:t>Стоимость</w:t>
      </w:r>
      <w:r>
        <w:rPr>
          <w:spacing w:val="-4"/>
        </w:rPr>
        <w:t xml:space="preserve"> </w:t>
      </w:r>
      <w:r>
        <w:t>(единицы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рубль,</w:t>
      </w:r>
      <w:r>
        <w:rPr>
          <w:spacing w:val="-2"/>
        </w:rPr>
        <w:t xml:space="preserve"> </w:t>
      </w:r>
      <w:r>
        <w:t>копейка);</w:t>
      </w:r>
      <w:r>
        <w:rPr>
          <w:spacing w:val="-8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«дороже/дешевле</w:t>
      </w:r>
      <w:r>
        <w:rPr>
          <w:spacing w:val="-4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772FBA" w:rsidRDefault="00772FBA" w:rsidP="00772FBA">
      <w:pPr>
        <w:pStyle w:val="a5"/>
        <w:spacing w:line="290" w:lineRule="auto"/>
        <w:ind w:left="107" w:right="1157" w:firstLine="182"/>
      </w:pPr>
      <w:r>
        <w:t>Время (единица времени — секунда); установление отношения «быстрее/медленнее на/в».</w:t>
      </w:r>
      <w:r>
        <w:rPr>
          <w:spacing w:val="-58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«начало,</w:t>
      </w:r>
      <w:r>
        <w:rPr>
          <w:spacing w:val="-12"/>
        </w:rPr>
        <w:t xml:space="preserve"> </w:t>
      </w:r>
      <w:r>
        <w:t>окончание,</w:t>
      </w:r>
      <w:r>
        <w:rPr>
          <w:spacing w:val="-7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события»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772FBA" w:rsidRDefault="00772FBA" w:rsidP="00772FBA">
      <w:pPr>
        <w:pStyle w:val="a5"/>
        <w:spacing w:line="290" w:lineRule="auto"/>
        <w:ind w:left="107" w:right="178" w:firstLine="182"/>
      </w:pPr>
      <w:r>
        <w:t>Длина</w:t>
      </w:r>
      <w:r>
        <w:rPr>
          <w:spacing w:val="-2"/>
        </w:rPr>
        <w:t xml:space="preserve"> </w:t>
      </w:r>
      <w:r>
        <w:t>(единица</w:t>
      </w:r>
      <w:r>
        <w:rPr>
          <w:spacing w:val="-6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миллиметр,</w:t>
      </w:r>
      <w:r>
        <w:rPr>
          <w:spacing w:val="-2"/>
        </w:rPr>
        <w:t xml:space="preserve"> </w:t>
      </w:r>
      <w:r>
        <w:t>километр);</w:t>
      </w:r>
      <w:r>
        <w:rPr>
          <w:spacing w:val="-5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величинами в</w:t>
      </w:r>
      <w:r>
        <w:rPr>
          <w:spacing w:val="-3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Площадь</w:t>
      </w:r>
      <w:r>
        <w:rPr>
          <w:spacing w:val="-7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квадратный</w:t>
      </w:r>
      <w:r>
        <w:rPr>
          <w:spacing w:val="-7"/>
        </w:rPr>
        <w:t xml:space="preserve"> </w:t>
      </w:r>
      <w:r>
        <w:t>метр, квадратный</w:t>
      </w:r>
      <w:r>
        <w:rPr>
          <w:spacing w:val="-2"/>
        </w:rPr>
        <w:t xml:space="preserve"> </w:t>
      </w:r>
      <w:r>
        <w:t>сантиметр,</w:t>
      </w:r>
      <w:r>
        <w:rPr>
          <w:spacing w:val="-5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метр).</w:t>
      </w:r>
    </w:p>
    <w:p w:rsidR="00772FBA" w:rsidRDefault="00772FBA" w:rsidP="00772FBA">
      <w:pPr>
        <w:pStyle w:val="1"/>
        <w:spacing w:before="183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772FBA" w:rsidRDefault="00772FBA" w:rsidP="00772FBA">
      <w:pPr>
        <w:pStyle w:val="a5"/>
        <w:spacing w:before="108" w:line="288" w:lineRule="auto"/>
        <w:ind w:left="107" w:firstLine="182"/>
      </w:pPr>
      <w:r>
        <w:t>Устные</w:t>
      </w:r>
      <w:r>
        <w:rPr>
          <w:spacing w:val="-2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сводимые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 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(табличное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внетабличное</w:t>
      </w:r>
      <w:r>
        <w:rPr>
          <w:spacing w:val="-2"/>
        </w:rPr>
        <w:t xml:space="preserve"> </w:t>
      </w:r>
      <w:r>
        <w:t>умножение,</w:t>
      </w:r>
      <w:r>
        <w:rPr>
          <w:spacing w:val="-57"/>
        </w:rPr>
        <w:t xml:space="preserve"> </w:t>
      </w:r>
      <w:r>
        <w:t>деление,</w:t>
      </w:r>
      <w:r>
        <w:rPr>
          <w:spacing w:val="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3"/>
        </w:rPr>
        <w:t xml:space="preserve"> </w:t>
      </w:r>
      <w:r>
        <w:t>числами).</w:t>
      </w:r>
    </w:p>
    <w:p w:rsidR="00772FBA" w:rsidRDefault="00772FBA" w:rsidP="00772FBA">
      <w:pPr>
        <w:pStyle w:val="a5"/>
        <w:spacing w:before="10"/>
        <w:ind w:left="290"/>
      </w:pPr>
      <w:r>
        <w:t>Письменное</w:t>
      </w:r>
      <w:r>
        <w:rPr>
          <w:spacing w:val="-6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1000.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числами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1.</w:t>
      </w:r>
    </w:p>
    <w:p w:rsidR="00772FBA" w:rsidRDefault="00772FBA" w:rsidP="00772FBA">
      <w:pPr>
        <w:pStyle w:val="a5"/>
        <w:spacing w:before="60" w:line="288" w:lineRule="auto"/>
        <w:ind w:left="107" w:right="178" w:firstLine="182"/>
      </w:pPr>
      <w:r>
        <w:t>Письменное</w:t>
      </w:r>
      <w:r>
        <w:rPr>
          <w:spacing w:val="-5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столбик,</w:t>
      </w:r>
      <w:r>
        <w:rPr>
          <w:spacing w:val="-6"/>
        </w:rPr>
        <w:t xml:space="preserve"> </w:t>
      </w:r>
      <w:r>
        <w:t>письменное</w:t>
      </w:r>
      <w:r>
        <w:rPr>
          <w:spacing w:val="-9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уголком.</w:t>
      </w:r>
      <w:r>
        <w:rPr>
          <w:spacing w:val="-2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умножение,</w:t>
      </w:r>
      <w:r>
        <w:rPr>
          <w:spacing w:val="-6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на однозначное число в пределах 100. Проверка результата вычисления (прикидка или 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действие,</w:t>
      </w:r>
      <w:r>
        <w:rPr>
          <w:spacing w:val="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 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772FBA" w:rsidRDefault="00772FBA" w:rsidP="00772FBA">
      <w:pPr>
        <w:pStyle w:val="a5"/>
        <w:spacing w:before="2" w:line="290" w:lineRule="auto"/>
        <w:ind w:left="290" w:right="1538"/>
      </w:pPr>
      <w:r>
        <w:t>Переместительное,</w:t>
      </w:r>
      <w:r>
        <w:rPr>
          <w:spacing w:val="-1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3"/>
        </w:rPr>
        <w:t xml:space="preserve"> </w:t>
      </w:r>
      <w:r>
        <w:t>действия.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Порядок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числовом</w:t>
      </w:r>
      <w:r>
        <w:rPr>
          <w:spacing w:val="-9"/>
        </w:rPr>
        <w:t xml:space="preserve"> </w:t>
      </w:r>
      <w:r>
        <w:t>выражении,</w:t>
      </w:r>
      <w:r>
        <w:rPr>
          <w:spacing w:val="-8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выражения,</w:t>
      </w:r>
      <w:r>
        <w:rPr>
          <w:spacing w:val="-4"/>
        </w:rPr>
        <w:t xml:space="preserve"> </w:t>
      </w:r>
      <w:r>
        <w:t>содержащего</w:t>
      </w:r>
      <w:r>
        <w:rPr>
          <w:spacing w:val="-6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(со</w:t>
      </w:r>
      <w:r>
        <w:rPr>
          <w:spacing w:val="2"/>
        </w:rPr>
        <w:t xml:space="preserve">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1000.</w:t>
      </w:r>
    </w:p>
    <w:p w:rsidR="00772FBA" w:rsidRDefault="00772FBA" w:rsidP="00772FBA">
      <w:pPr>
        <w:pStyle w:val="a5"/>
        <w:spacing w:before="2"/>
        <w:ind w:left="290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вычитание.</w:t>
      </w:r>
    </w:p>
    <w:p w:rsidR="00772FBA" w:rsidRDefault="00772FBA" w:rsidP="00772FBA">
      <w:pPr>
        <w:pStyle w:val="a5"/>
        <w:spacing w:before="6"/>
        <w:ind w:left="0"/>
        <w:rPr>
          <w:sz w:val="21"/>
        </w:rPr>
      </w:pPr>
    </w:p>
    <w:p w:rsidR="00772FBA" w:rsidRDefault="00772FBA" w:rsidP="00772FBA">
      <w:pPr>
        <w:pStyle w:val="1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772FBA" w:rsidRDefault="00772FBA" w:rsidP="00772FBA">
      <w:pPr>
        <w:pStyle w:val="a5"/>
        <w:spacing w:before="103" w:line="290" w:lineRule="auto"/>
        <w:ind w:left="107" w:firstLine="18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текстовой задачей:</w:t>
      </w:r>
      <w:r>
        <w:rPr>
          <w:spacing w:val="-1"/>
        </w:rPr>
        <w:t xml:space="preserve"> </w:t>
      </w:r>
      <w:r>
        <w:t>анализ данных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хода решения</w:t>
      </w:r>
      <w:r>
        <w:rPr>
          <w:spacing w:val="-2"/>
        </w:rPr>
        <w:t xml:space="preserve"> </w:t>
      </w:r>
      <w:r>
        <w:t>задачи,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решение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1"/>
        </w:rPr>
        <w:t xml:space="preserve"> </w:t>
      </w:r>
      <w:r>
        <w:t>способом. Задачи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деления с остатком), отношений (больше/меньше на/в), зависимостей (купля продажа, расчёт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 задачи по действиям и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полученного</w:t>
      </w:r>
      <w:r>
        <w:rPr>
          <w:spacing w:val="7"/>
        </w:rPr>
        <w:t xml:space="preserve"> </w:t>
      </w:r>
      <w:r>
        <w:t>результата.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Доля</w:t>
      </w:r>
      <w:r>
        <w:rPr>
          <w:spacing w:val="-10"/>
        </w:rPr>
        <w:t xml:space="preserve"> </w:t>
      </w:r>
      <w:r>
        <w:t>величины:</w:t>
      </w:r>
      <w:r>
        <w:rPr>
          <w:spacing w:val="-9"/>
        </w:rPr>
        <w:t xml:space="preserve"> </w:t>
      </w:r>
      <w:r>
        <w:t>половина,</w:t>
      </w:r>
      <w:r>
        <w:rPr>
          <w:spacing w:val="-7"/>
        </w:rPr>
        <w:t xml:space="preserve"> </w:t>
      </w:r>
      <w:r>
        <w:t>треть,</w:t>
      </w:r>
      <w:r>
        <w:rPr>
          <w:spacing w:val="-7"/>
        </w:rPr>
        <w:t xml:space="preserve"> </w:t>
      </w:r>
      <w:r>
        <w:t>четверть,</w:t>
      </w:r>
      <w:r>
        <w:rPr>
          <w:spacing w:val="-3"/>
        </w:rPr>
        <w:t xml:space="preserve"> </w:t>
      </w:r>
      <w:r>
        <w:t>пятая,</w:t>
      </w:r>
      <w:r>
        <w:rPr>
          <w:spacing w:val="-3"/>
        </w:rPr>
        <w:t xml:space="preserve"> </w:t>
      </w:r>
      <w:r>
        <w:t>десятая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ситуации;</w:t>
      </w:r>
      <w:r>
        <w:rPr>
          <w:spacing w:val="-9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4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772FBA" w:rsidRDefault="00772FBA" w:rsidP="00772FBA">
      <w:pPr>
        <w:pStyle w:val="1"/>
        <w:spacing w:before="183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772FBA" w:rsidRDefault="00772FBA" w:rsidP="00772FBA">
      <w:pPr>
        <w:pStyle w:val="a5"/>
        <w:spacing w:before="108" w:line="290" w:lineRule="auto"/>
        <w:ind w:left="107" w:right="178" w:firstLine="182"/>
      </w:pPr>
      <w:r>
        <w:t>Конструирование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(разбиение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частей).</w:t>
      </w:r>
    </w:p>
    <w:p w:rsidR="00772FBA" w:rsidRDefault="00772FBA" w:rsidP="00772FBA">
      <w:pPr>
        <w:pStyle w:val="a5"/>
        <w:spacing w:before="4"/>
        <w:ind w:left="290"/>
      </w:pPr>
      <w:r>
        <w:t>Периметр</w:t>
      </w:r>
      <w:r>
        <w:rPr>
          <w:spacing w:val="-8"/>
        </w:rPr>
        <w:t xml:space="preserve"> </w:t>
      </w:r>
      <w:r>
        <w:t>многоугольника:</w:t>
      </w:r>
      <w:r>
        <w:rPr>
          <w:spacing w:val="-10"/>
        </w:rPr>
        <w:t xml:space="preserve"> </w:t>
      </w:r>
      <w:r>
        <w:t>измерение,</w:t>
      </w:r>
      <w:r>
        <w:rPr>
          <w:spacing w:val="-9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равенства.</w:t>
      </w:r>
    </w:p>
    <w:p w:rsidR="00772FBA" w:rsidRDefault="00772FBA" w:rsidP="00772FBA">
      <w:pPr>
        <w:pStyle w:val="a5"/>
        <w:spacing w:before="70" w:line="288" w:lineRule="auto"/>
        <w:ind w:left="107" w:firstLine="182"/>
      </w:pPr>
      <w:r>
        <w:t>Измерение</w:t>
      </w:r>
      <w:r>
        <w:rPr>
          <w:spacing w:val="-4"/>
        </w:rPr>
        <w:t xml:space="preserve"> </w:t>
      </w:r>
      <w:r>
        <w:t>площади,</w:t>
      </w:r>
      <w:r>
        <w:rPr>
          <w:spacing w:val="-6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квадратных</w:t>
      </w:r>
      <w:r>
        <w:rPr>
          <w:spacing w:val="-7"/>
        </w:rPr>
        <w:t xml:space="preserve"> </w:t>
      </w:r>
      <w:r>
        <w:t>сантиметрах.</w:t>
      </w:r>
      <w:r>
        <w:rPr>
          <w:spacing w:val="-1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прямоугольника (квадрата) с заданными сторонами, запись равенства. Изображение на клетчатой</w:t>
      </w:r>
      <w:r>
        <w:rPr>
          <w:spacing w:val="1"/>
        </w:rPr>
        <w:t xml:space="preserve"> </w:t>
      </w:r>
      <w:r>
        <w:t>бумаге прямоугольника с заданным значением площади. Сравнение площадей фигур с помощью</w:t>
      </w:r>
      <w:r>
        <w:rPr>
          <w:spacing w:val="1"/>
        </w:rPr>
        <w:t xml:space="preserve"> </w:t>
      </w:r>
      <w:r>
        <w:t>наложения.</w:t>
      </w:r>
    </w:p>
    <w:p w:rsidR="00772FBA" w:rsidRDefault="00772FBA" w:rsidP="00772FBA">
      <w:pPr>
        <w:widowControl/>
        <w:autoSpaceDE/>
        <w:autoSpaceDN/>
      </w:pPr>
    </w:p>
    <w:p w:rsidR="00772FBA" w:rsidRDefault="00772FBA" w:rsidP="00772FBA">
      <w:pPr>
        <w:pStyle w:val="1"/>
        <w:spacing w:before="195"/>
        <w:ind w:left="0"/>
      </w:pPr>
      <w:r>
        <w:t>Математическая</w:t>
      </w:r>
      <w:r>
        <w:rPr>
          <w:spacing w:val="-11"/>
        </w:rPr>
        <w:t xml:space="preserve"> </w:t>
      </w:r>
      <w:r>
        <w:t>информация</w:t>
      </w:r>
    </w:p>
    <w:p w:rsidR="00772FBA" w:rsidRDefault="00772FBA" w:rsidP="00772FBA">
      <w:pPr>
        <w:pStyle w:val="a5"/>
        <w:spacing w:before="104"/>
        <w:ind w:left="290"/>
      </w:pP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двум</w:t>
      </w:r>
      <w:r>
        <w:rPr>
          <w:spacing w:val="-5"/>
        </w:rPr>
        <w:t xml:space="preserve"> </w:t>
      </w:r>
      <w:r>
        <w:t>признакам.</w:t>
      </w:r>
    </w:p>
    <w:p w:rsidR="00772FBA" w:rsidRDefault="00772FBA" w:rsidP="00772FBA">
      <w:pPr>
        <w:pStyle w:val="a5"/>
        <w:spacing w:before="65" w:line="290" w:lineRule="auto"/>
        <w:ind w:left="107" w:firstLine="182"/>
      </w:pPr>
      <w:r>
        <w:t>Верные</w:t>
      </w:r>
      <w:r>
        <w:rPr>
          <w:spacing w:val="-4"/>
        </w:rPr>
        <w:t xml:space="preserve"> </w:t>
      </w:r>
      <w:r>
        <w:t>(истинные)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8"/>
        </w:rPr>
        <w:t xml:space="preserve"> </w:t>
      </w:r>
      <w:r>
        <w:t>(ложные)</w:t>
      </w:r>
      <w:r>
        <w:rPr>
          <w:spacing w:val="-6"/>
        </w:rPr>
        <w:t xml:space="preserve"> </w:t>
      </w:r>
      <w:r>
        <w:t>утверждения:</w:t>
      </w:r>
      <w:r>
        <w:rPr>
          <w:spacing w:val="-2"/>
        </w:rPr>
        <w:t xml:space="preserve"> </w:t>
      </w:r>
      <w:r>
        <w:t>конструирование,</w:t>
      </w:r>
      <w:r>
        <w:rPr>
          <w:spacing w:val="-6"/>
        </w:rPr>
        <w:t xml:space="preserve"> </w:t>
      </w:r>
      <w:r>
        <w:t>проверка.</w:t>
      </w:r>
      <w:r>
        <w:rPr>
          <w:spacing w:val="-5"/>
        </w:rPr>
        <w:t xml:space="preserve"> </w:t>
      </w:r>
      <w:r>
        <w:t>Логические</w:t>
      </w:r>
      <w:r>
        <w:rPr>
          <w:spacing w:val="-57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связками</w:t>
      </w:r>
      <w:r>
        <w:rPr>
          <w:spacing w:val="3"/>
        </w:rPr>
        <w:t xml:space="preserve"> </w:t>
      </w:r>
      <w:r>
        <w:t>«если</w:t>
      </w:r>
      <w:r>
        <w:rPr>
          <w:spacing w:val="2"/>
        </w:rPr>
        <w:t xml:space="preserve"> </w:t>
      </w:r>
      <w:r>
        <w:t>…,</w:t>
      </w:r>
      <w:r>
        <w:rPr>
          <w:spacing w:val="-2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…»,</w:t>
      </w:r>
      <w:r>
        <w:rPr>
          <w:spacing w:val="3"/>
        </w:rPr>
        <w:t xml:space="preserve"> </w:t>
      </w:r>
      <w:r>
        <w:t>«поэтому»,</w:t>
      </w:r>
      <w:r>
        <w:rPr>
          <w:spacing w:val="3"/>
        </w:rPr>
        <w:t xml:space="preserve"> </w:t>
      </w:r>
      <w:r>
        <w:t>«значит».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Извлечение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 заданий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данными о реальных процессах и явлениях окружающего мира (например, расписание 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8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таблицу;</w:t>
      </w:r>
      <w:r>
        <w:rPr>
          <w:spacing w:val="-8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772FBA" w:rsidRDefault="00772FBA" w:rsidP="00772FBA">
      <w:pPr>
        <w:pStyle w:val="a5"/>
        <w:spacing w:line="290" w:lineRule="auto"/>
        <w:ind w:left="290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6"/>
        </w:rPr>
        <w:t xml:space="preserve"> </w:t>
      </w:r>
      <w:r>
        <w:t>диаграмма:</w:t>
      </w:r>
      <w:r>
        <w:rPr>
          <w:spacing w:val="-10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задач.</w:t>
      </w:r>
    </w:p>
    <w:p w:rsidR="00772FBA" w:rsidRDefault="00772FBA" w:rsidP="00772FBA">
      <w:pPr>
        <w:pStyle w:val="a5"/>
        <w:spacing w:line="290" w:lineRule="auto"/>
        <w:ind w:left="107" w:firstLine="182"/>
      </w:pPr>
      <w:r>
        <w:t>Алгоритмы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тестовых</w:t>
      </w:r>
      <w:r>
        <w:rPr>
          <w:spacing w:val="-7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средствах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(интерактивной</w:t>
      </w:r>
      <w:r>
        <w:rPr>
          <w:spacing w:val="-7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устройствах).</w:t>
      </w:r>
    </w:p>
    <w:p w:rsidR="001A4CCA" w:rsidRPr="001A4CCA" w:rsidRDefault="001A4CCA" w:rsidP="00772FBA">
      <w:pPr>
        <w:spacing w:before="146"/>
        <w:ind w:left="290"/>
        <w:rPr>
          <w:b/>
          <w:sz w:val="24"/>
        </w:rPr>
      </w:pPr>
      <w:r w:rsidRPr="001A4CCA">
        <w:rPr>
          <w:b/>
          <w:sz w:val="24"/>
        </w:rPr>
        <w:t>Универсальные учебные действия</w:t>
      </w:r>
    </w:p>
    <w:p w:rsidR="00772FBA" w:rsidRDefault="00772FBA" w:rsidP="00772FBA">
      <w:pPr>
        <w:spacing w:before="146"/>
        <w:ind w:left="29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5" w:line="290" w:lineRule="auto"/>
        <w:ind w:right="597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действие) по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 w:line="290" w:lineRule="auto"/>
        <w:ind w:right="159" w:firstLine="0"/>
        <w:rPr>
          <w:sz w:val="24"/>
        </w:rPr>
      </w:pPr>
      <w:r>
        <w:rPr>
          <w:sz w:val="24"/>
        </w:rPr>
        <w:t>прикидывать размеры фигуры, её элементов; понимать смысл зависимостей 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 w:line="288" w:lineRule="auto"/>
        <w:ind w:right="913" w:firstLine="0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алгоритма);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6" w:line="290" w:lineRule="auto"/>
        <w:ind w:right="325" w:firstLine="0"/>
        <w:rPr>
          <w:sz w:val="24"/>
        </w:rPr>
      </w:pPr>
      <w:r>
        <w:rPr>
          <w:sz w:val="24"/>
        </w:rPr>
        <w:t>соотносить начало, окончание, продолжительность события в практической 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ряд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7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правилу;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задачи.</w:t>
      </w:r>
    </w:p>
    <w:p w:rsidR="00772FBA" w:rsidRDefault="00772FBA" w:rsidP="00772FBA">
      <w:pPr>
        <w:spacing w:before="166"/>
        <w:ind w:left="29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4" w:line="288" w:lineRule="auto"/>
        <w:ind w:right="940" w:firstLine="0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чертеж;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6" w:line="290" w:lineRule="auto"/>
        <w:ind w:right="997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11"/>
          <w:sz w:val="24"/>
        </w:rPr>
        <w:t xml:space="preserve"> </w:t>
      </w:r>
      <w:r>
        <w:rPr>
          <w:sz w:val="24"/>
        </w:rPr>
        <w:t>(справочники,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словари)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4"/>
          <w:sz w:val="24"/>
        </w:rPr>
        <w:t xml:space="preserve"> </w:t>
      </w:r>
      <w:r>
        <w:rPr>
          <w:sz w:val="24"/>
        </w:rPr>
        <w:t>(понятия).</w:t>
      </w:r>
    </w:p>
    <w:p w:rsidR="00772FBA" w:rsidRDefault="00772FBA" w:rsidP="00772FBA">
      <w:pPr>
        <w:spacing w:before="104"/>
        <w:ind w:left="29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/>
        <w:ind w:left="890" w:hanging="366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62"/>
        <w:ind w:left="890" w:hanging="366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 w:line="290" w:lineRule="auto"/>
        <w:ind w:right="256" w:firstLine="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…</w:t>
      </w:r>
      <w:r>
        <w:rPr>
          <w:spacing w:val="-5"/>
          <w:sz w:val="24"/>
        </w:rPr>
        <w:t xml:space="preserve"> 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…</w:t>
      </w:r>
      <w:r>
        <w:rPr>
          <w:spacing w:val="-5"/>
          <w:sz w:val="24"/>
        </w:rPr>
        <w:t xml:space="preserve"> </w:t>
      </w:r>
      <w:r>
        <w:rPr>
          <w:sz w:val="24"/>
        </w:rPr>
        <w:t>»,</w:t>
      </w:r>
      <w:r>
        <w:rPr>
          <w:spacing w:val="-3"/>
          <w:sz w:val="24"/>
        </w:rPr>
        <w:t xml:space="preserve"> </w:t>
      </w:r>
      <w:r>
        <w:rPr>
          <w:sz w:val="24"/>
        </w:rPr>
        <w:t>«равно»;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3" w:line="290" w:lineRule="auto"/>
        <w:ind w:right="1389" w:firstLine="0"/>
        <w:rPr>
          <w:sz w:val="24"/>
        </w:rPr>
      </w:pPr>
      <w:r>
        <w:rPr>
          <w:sz w:val="24"/>
        </w:rPr>
        <w:t>выбирать, осуществлять переход от одних единиц измерения величины к другим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20"/>
        <w:ind w:left="890" w:hanging="366"/>
        <w:rPr>
          <w:sz w:val="24"/>
        </w:rPr>
      </w:pP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вычисления.</w:t>
      </w:r>
    </w:p>
    <w:p w:rsidR="00772FBA" w:rsidRDefault="00772FBA" w:rsidP="00772FBA">
      <w:pPr>
        <w:spacing w:before="165"/>
        <w:ind w:left="29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/>
        <w:ind w:left="890" w:hanging="366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5"/>
        <w:ind w:left="890" w:hanging="366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расчётами;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вычисления;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проверять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умножения..</w:t>
      </w:r>
    </w:p>
    <w:p w:rsidR="00772FBA" w:rsidRDefault="00772FBA" w:rsidP="00772FBA">
      <w:pPr>
        <w:spacing w:before="171"/>
        <w:ind w:left="29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71" w:line="290" w:lineRule="auto"/>
        <w:ind w:right="253" w:firstLine="0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(находить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время);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8" w:line="290" w:lineRule="auto"/>
        <w:ind w:right="1265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в 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772FBA" w:rsidRDefault="00772FBA" w:rsidP="00772FBA">
      <w:pPr>
        <w:pStyle w:val="a7"/>
        <w:numPr>
          <w:ilvl w:val="0"/>
          <w:numId w:val="4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772FBA" w:rsidRDefault="00772FBA" w:rsidP="00772FBA">
      <w:pPr>
        <w:ind w:firstLine="720"/>
      </w:pPr>
    </w:p>
    <w:p w:rsidR="00772FBA" w:rsidRPr="001A4CCA" w:rsidRDefault="001A4CCA" w:rsidP="00772FBA">
      <w:pPr>
        <w:rPr>
          <w:b/>
        </w:rPr>
        <w:sectPr w:rsidR="00772FBA" w:rsidRPr="001A4CCA">
          <w:pgSz w:w="11900" w:h="16840"/>
          <w:pgMar w:top="500" w:right="560" w:bottom="280" w:left="560" w:header="720" w:footer="720" w:gutter="0"/>
          <w:cols w:space="720"/>
        </w:sectPr>
      </w:pPr>
      <w:r w:rsidRPr="001A4CCA">
        <w:rPr>
          <w:b/>
        </w:rPr>
        <w:t xml:space="preserve">    4 класс</w:t>
      </w:r>
    </w:p>
    <w:p w:rsidR="001A4CCA" w:rsidRDefault="001A4CCA" w:rsidP="001A4CCA">
      <w:pPr>
        <w:pStyle w:val="1"/>
        <w:spacing w:before="191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</w:t>
      </w:r>
    </w:p>
    <w:p w:rsidR="001A4CCA" w:rsidRDefault="001A4CCA" w:rsidP="001A4CCA">
      <w:pPr>
        <w:pStyle w:val="a5"/>
        <w:spacing w:before="108" w:line="290" w:lineRule="auto"/>
        <w:ind w:left="106" w:right="94" w:firstLine="180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миллиона:</w:t>
      </w:r>
      <w:r>
        <w:rPr>
          <w:spacing w:val="-4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поразрядное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упорядочение.</w:t>
      </w:r>
      <w:r>
        <w:rPr>
          <w:spacing w:val="-4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 раз.</w:t>
      </w:r>
    </w:p>
    <w:p w:rsidR="001A4CCA" w:rsidRDefault="001A4CCA" w:rsidP="001A4CCA">
      <w:pPr>
        <w:pStyle w:val="a5"/>
        <w:spacing w:line="290" w:lineRule="auto"/>
        <w:ind w:left="286" w:right="2172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1A4CCA" w:rsidRDefault="001A4CCA" w:rsidP="001A4CCA">
      <w:pPr>
        <w:pStyle w:val="a5"/>
        <w:spacing w:line="290" w:lineRule="auto"/>
        <w:ind w:left="106" w:right="557" w:firstLine="180"/>
        <w:jc w:val="both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-58"/>
        </w:rPr>
        <w:t xml:space="preserve"> </w:t>
      </w:r>
      <w:r>
        <w:t>квадратный сантиметр), вместимости (литр), скорости (километры в час, метры в минуту, метры в</w:t>
      </w:r>
      <w:r>
        <w:rPr>
          <w:spacing w:val="-57"/>
        </w:rPr>
        <w:t xml:space="preserve"> </w:t>
      </w:r>
      <w:r>
        <w:t>секунду);</w:t>
      </w:r>
      <w:r>
        <w:rPr>
          <w:spacing w:val="-2"/>
        </w:rPr>
        <w:t xml:space="preserve"> </w:t>
      </w:r>
      <w:r>
        <w:t>соотношение между 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100 000.</w:t>
      </w:r>
    </w:p>
    <w:p w:rsidR="001A4CCA" w:rsidRDefault="001A4CCA" w:rsidP="001A4CCA">
      <w:pPr>
        <w:pStyle w:val="a5"/>
        <w:spacing w:line="274" w:lineRule="exact"/>
        <w:ind w:left="286"/>
        <w:jc w:val="both"/>
      </w:pPr>
      <w:r>
        <w:t>Доля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1A4CCA" w:rsidRDefault="001A4CCA" w:rsidP="001A4CCA">
      <w:pPr>
        <w:pStyle w:val="a5"/>
        <w:spacing w:before="7"/>
        <w:ind w:left="0"/>
        <w:rPr>
          <w:sz w:val="21"/>
        </w:rPr>
      </w:pPr>
    </w:p>
    <w:p w:rsidR="001A4CCA" w:rsidRDefault="001A4CCA" w:rsidP="001A4CCA">
      <w:pPr>
        <w:pStyle w:val="1"/>
        <w:spacing w:before="1"/>
      </w:pPr>
      <w:r>
        <w:t>Арифметические</w:t>
      </w:r>
      <w:r>
        <w:rPr>
          <w:spacing w:val="-9"/>
        </w:rPr>
        <w:t xml:space="preserve"> </w:t>
      </w:r>
      <w:r>
        <w:t>действия</w:t>
      </w:r>
    </w:p>
    <w:p w:rsidR="001A4CCA" w:rsidRDefault="001A4CCA" w:rsidP="001A4CCA">
      <w:pPr>
        <w:pStyle w:val="a5"/>
        <w:spacing w:before="108" w:line="290" w:lineRule="auto"/>
        <w:ind w:left="106" w:right="794" w:firstLine="180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однозначное/двузначное число в пределах 100 000;</w:t>
      </w:r>
      <w:r>
        <w:rPr>
          <w:spacing w:val="-58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остатком. Умножение/деление на</w:t>
      </w:r>
      <w:r>
        <w:rPr>
          <w:spacing w:val="-1"/>
        </w:rPr>
        <w:t xml:space="preserve"> </w:t>
      </w:r>
      <w:r>
        <w:t>10, 100, 1000.</w:t>
      </w:r>
    </w:p>
    <w:p w:rsidR="001A4CCA" w:rsidRDefault="001A4CCA" w:rsidP="001A4CCA">
      <w:pPr>
        <w:pStyle w:val="a5"/>
        <w:spacing w:line="290" w:lineRule="auto"/>
        <w:ind w:left="106" w:right="165" w:firstLine="180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 100 000. Проверка результата вычислений,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помощью</w:t>
      </w:r>
      <w:r>
        <w:rPr>
          <w:spacing w:val="-1"/>
        </w:rPr>
        <w:t xml:space="preserve"> </w:t>
      </w:r>
      <w:r>
        <w:t>калькулятора.</w:t>
      </w:r>
    </w:p>
    <w:p w:rsidR="001A4CCA" w:rsidRDefault="001A4CCA" w:rsidP="001A4CCA">
      <w:pPr>
        <w:pStyle w:val="a5"/>
        <w:spacing w:line="290" w:lineRule="auto"/>
        <w:ind w:left="106" w:right="577" w:firstLine="180"/>
      </w:pPr>
      <w:r>
        <w:t>Равенство, содержащее неизвестный компонент арифметического действия: запись, нахождение</w:t>
      </w:r>
      <w:r>
        <w:rPr>
          <w:spacing w:val="-58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1A4CCA" w:rsidRDefault="001A4CCA" w:rsidP="001A4CCA">
      <w:pPr>
        <w:pStyle w:val="a5"/>
        <w:spacing w:line="275" w:lineRule="exact"/>
        <w:ind w:left="286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2"/>
        </w:rPr>
        <w:t xml:space="preserve"> </w:t>
      </w:r>
      <w:r>
        <w:t>число.</w:t>
      </w:r>
    </w:p>
    <w:p w:rsidR="001A4CCA" w:rsidRDefault="001A4CCA" w:rsidP="001A4CCA">
      <w:pPr>
        <w:pStyle w:val="a5"/>
        <w:spacing w:before="7"/>
        <w:ind w:left="0"/>
        <w:rPr>
          <w:sz w:val="21"/>
        </w:rPr>
      </w:pPr>
    </w:p>
    <w:p w:rsidR="001A4CCA" w:rsidRDefault="001A4CCA" w:rsidP="001A4CCA">
      <w:pPr>
        <w:pStyle w:val="1"/>
        <w:spacing w:before="0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1A4CCA" w:rsidRDefault="001A4CCA" w:rsidP="001A4CCA">
      <w:pPr>
        <w:pStyle w:val="a5"/>
        <w:spacing w:before="108" w:line="290" w:lineRule="auto"/>
        <w:ind w:left="106" w:right="165" w:firstLine="180"/>
      </w:pPr>
      <w:r>
        <w:t>Работа с 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 2—3 действия: анализ, представление на</w:t>
      </w:r>
      <w:r>
        <w:rPr>
          <w:spacing w:val="1"/>
        </w:rPr>
        <w:t xml:space="preserve"> </w:t>
      </w:r>
      <w:r>
        <w:t>модели; планирование и запись решения; проверка решения и ответа. Анализ зависимостей,</w:t>
      </w:r>
      <w:r>
        <w:rPr>
          <w:spacing w:val="1"/>
        </w:rPr>
        <w:t xml:space="preserve"> </w:t>
      </w:r>
      <w:r>
        <w:t>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-5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работы),</w:t>
      </w:r>
      <w:r>
        <w:rPr>
          <w:spacing w:val="-4"/>
        </w:rPr>
        <w:t xml:space="preserve"> </w:t>
      </w:r>
      <w:r>
        <w:t>купли</w:t>
      </w:r>
      <w:r>
        <w:rPr>
          <w:spacing w:val="-4"/>
        </w:rPr>
        <w:t xml:space="preserve"> </w:t>
      </w:r>
      <w:r>
        <w:t>продажи</w:t>
      </w:r>
      <w:r>
        <w:rPr>
          <w:spacing w:val="-4"/>
        </w:rPr>
        <w:t xml:space="preserve"> </w:t>
      </w:r>
      <w:r>
        <w:t>(цена,</w:t>
      </w:r>
      <w:r>
        <w:rPr>
          <w:spacing w:val="-4"/>
        </w:rPr>
        <w:t xml:space="preserve"> </w:t>
      </w:r>
      <w:r>
        <w:t>количество,</w:t>
      </w:r>
      <w:r>
        <w:rPr>
          <w:spacing w:val="-4"/>
        </w:rPr>
        <w:t xml:space="preserve"> </w:t>
      </w:r>
      <w:r>
        <w:t>стоимость)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соответствующих задач. Задачи на установление времени (начало, продолжительность и окончание</w:t>
      </w:r>
      <w:r>
        <w:rPr>
          <w:spacing w:val="1"/>
        </w:rPr>
        <w:t xml:space="preserve"> </w:t>
      </w:r>
      <w:r>
        <w:t>события), расчёта количества, расхода, изменения. Задачи на нахождение доли величины, величины</w:t>
      </w:r>
      <w:r>
        <w:rPr>
          <w:spacing w:val="1"/>
        </w:rPr>
        <w:t xml:space="preserve"> </w:t>
      </w:r>
      <w:r>
        <w:t>по её доле. Разные 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 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1A4CCA" w:rsidRDefault="001A4CCA" w:rsidP="001A4CCA">
      <w:pPr>
        <w:pStyle w:val="a5"/>
        <w:spacing w:before="2"/>
        <w:ind w:left="0"/>
        <w:rPr>
          <w:sz w:val="37"/>
        </w:rPr>
      </w:pPr>
    </w:p>
    <w:p w:rsidR="001A4CCA" w:rsidRDefault="001A4CCA" w:rsidP="001A4CCA">
      <w:pPr>
        <w:pStyle w:val="1"/>
        <w:spacing w:before="0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</w:t>
      </w:r>
    </w:p>
    <w:p w:rsidR="001A4CCA" w:rsidRDefault="001A4CCA" w:rsidP="001A4CCA">
      <w:pPr>
        <w:pStyle w:val="a5"/>
        <w:spacing w:before="108"/>
        <w:ind w:left="286"/>
      </w:pP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</w:p>
    <w:p w:rsidR="001A4CCA" w:rsidRDefault="001A4CCA" w:rsidP="001A4CCA">
      <w:pPr>
        <w:pStyle w:val="a5"/>
        <w:spacing w:before="60" w:line="290" w:lineRule="auto"/>
        <w:ind w:left="106" w:right="854" w:firstLine="180"/>
      </w:pPr>
      <w:r>
        <w:t>Окружность, круг: распознавание и изображение; построение окружности заданного радиуса.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линейки,</w:t>
      </w:r>
      <w:r>
        <w:rPr>
          <w:spacing w:val="-2"/>
        </w:rPr>
        <w:t xml:space="preserve"> </w:t>
      </w:r>
      <w:r>
        <w:t>угольника,</w:t>
      </w:r>
      <w:r>
        <w:rPr>
          <w:spacing w:val="-1"/>
        </w:rPr>
        <w:t xml:space="preserve"> </w:t>
      </w:r>
      <w:r>
        <w:t>циркуля.</w:t>
      </w:r>
    </w:p>
    <w:p w:rsidR="001A4CCA" w:rsidRDefault="001A4CCA" w:rsidP="001A4CCA">
      <w:pPr>
        <w:pStyle w:val="a5"/>
        <w:spacing w:line="290" w:lineRule="auto"/>
        <w:ind w:left="106" w:right="372"/>
      </w:pPr>
      <w:r>
        <w:t>Пространственные геометрические фигуры (тела): шар, куб, цилиндр, конус, пирамида; различение,</w:t>
      </w:r>
      <w:r>
        <w:rPr>
          <w:spacing w:val="-58"/>
        </w:rPr>
        <w:t xml:space="preserve"> </w:t>
      </w:r>
      <w:r>
        <w:t>называние.</w:t>
      </w:r>
    </w:p>
    <w:p w:rsidR="001A4CCA" w:rsidRDefault="001A4CCA" w:rsidP="001A4CCA">
      <w:pPr>
        <w:pStyle w:val="a5"/>
        <w:spacing w:line="290" w:lineRule="auto"/>
        <w:ind w:left="106" w:right="1110" w:firstLine="180"/>
      </w:pPr>
      <w:r>
        <w:t>Конструирование: разбиение фигуры на прямоугольники (квадраты), составление фигур из</w:t>
      </w:r>
      <w:r>
        <w:rPr>
          <w:spacing w:val="-58"/>
        </w:rPr>
        <w:t xml:space="preserve"> </w:t>
      </w:r>
      <w:r>
        <w:t>прямоугольников/квадратов.</w:t>
      </w:r>
    </w:p>
    <w:p w:rsidR="001A4CCA" w:rsidRDefault="001A4CCA" w:rsidP="001A4CCA">
      <w:pPr>
        <w:pStyle w:val="a5"/>
        <w:spacing w:line="275" w:lineRule="exact"/>
        <w:ind w:left="286"/>
      </w:pPr>
      <w:r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двух,</w:t>
      </w:r>
      <w:r>
        <w:rPr>
          <w:spacing w:val="-4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</w:p>
    <w:p w:rsidR="001A4CCA" w:rsidRDefault="001A4CCA" w:rsidP="001A4CCA">
      <w:pPr>
        <w:widowControl/>
        <w:autoSpaceDE/>
        <w:autoSpaceDN/>
        <w:sectPr w:rsidR="001A4CCA">
          <w:pgSz w:w="11900" w:h="16840"/>
          <w:pgMar w:top="520" w:right="540" w:bottom="280" w:left="560" w:header="720" w:footer="720" w:gutter="0"/>
          <w:cols w:space="720"/>
        </w:sectPr>
      </w:pPr>
    </w:p>
    <w:p w:rsidR="001A4CCA" w:rsidRDefault="001A4CCA" w:rsidP="001A4CCA">
      <w:pPr>
        <w:pStyle w:val="1"/>
        <w:spacing w:before="74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1A4CCA" w:rsidRDefault="001A4CCA" w:rsidP="001A4CCA">
      <w:pPr>
        <w:pStyle w:val="a5"/>
        <w:spacing w:before="108" w:line="290" w:lineRule="auto"/>
        <w:ind w:left="106" w:right="1222" w:firstLine="180"/>
      </w:pPr>
      <w:r>
        <w:t>Работа с утверждениями: конструирование, проверка истинности; составление и 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рассуждений при решении задач.</w:t>
      </w:r>
    </w:p>
    <w:p w:rsidR="001A4CCA" w:rsidRDefault="001A4CCA" w:rsidP="001A4CCA">
      <w:pPr>
        <w:pStyle w:val="a5"/>
        <w:spacing w:line="290" w:lineRule="auto"/>
        <w:ind w:left="106" w:right="727" w:firstLine="180"/>
      </w:pPr>
      <w:r>
        <w:t>Данные о реальных процессах и явлениях окружающего мира, представленные на диаграммах,</w:t>
      </w:r>
      <w:r>
        <w:rPr>
          <w:spacing w:val="-57"/>
        </w:rPr>
        <w:t xml:space="preserve"> </w:t>
      </w:r>
      <w:r>
        <w:t>схемах, в таблицах, текстах. Сбор математических данных о заданном объекте (числе, величине,</w:t>
      </w:r>
      <w:r>
        <w:rPr>
          <w:spacing w:val="-57"/>
        </w:rPr>
        <w:t xml:space="preserve"> </w:t>
      </w:r>
      <w:r>
        <w:t>геометрической фигуре). Поиск информации в справочной литературе, сети Интернет. 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таблице, на столбчатой</w:t>
      </w:r>
      <w:r>
        <w:rPr>
          <w:spacing w:val="-1"/>
        </w:rPr>
        <w:t xml:space="preserve"> </w:t>
      </w:r>
      <w:r>
        <w:t>диаграмме.</w:t>
      </w:r>
    </w:p>
    <w:p w:rsidR="001A4CCA" w:rsidRDefault="001A4CCA" w:rsidP="001A4CCA">
      <w:pPr>
        <w:pStyle w:val="a5"/>
        <w:spacing w:line="290" w:lineRule="auto"/>
        <w:ind w:left="106" w:right="313" w:firstLine="180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 педагога и самостоятельно. Правила безопасной работы с электронными источниками</w:t>
      </w:r>
      <w:r>
        <w:rPr>
          <w:spacing w:val="-58"/>
        </w:rPr>
        <w:t xml:space="preserve"> </w:t>
      </w:r>
      <w:r>
        <w:t>информации (электронная форма учебника, электронные словари, образовательные 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 детей 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1A4CCA" w:rsidRDefault="001A4CCA" w:rsidP="001A4CCA">
      <w:pPr>
        <w:pStyle w:val="a5"/>
        <w:spacing w:line="274" w:lineRule="exact"/>
        <w:ind w:left="286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1A4CCA" w:rsidRDefault="001A4CCA" w:rsidP="00772FBA">
      <w:pPr>
        <w:widowControl/>
        <w:autoSpaceDE/>
        <w:autoSpaceDN/>
        <w:rPr>
          <w:sz w:val="24"/>
        </w:rPr>
      </w:pPr>
    </w:p>
    <w:p w:rsidR="001A4CCA" w:rsidRPr="001A4CCA" w:rsidRDefault="001A4CCA" w:rsidP="001A4CCA">
      <w:pPr>
        <w:rPr>
          <w:b/>
          <w:sz w:val="24"/>
        </w:rPr>
      </w:pPr>
      <w:r>
        <w:rPr>
          <w:sz w:val="24"/>
        </w:rPr>
        <w:t xml:space="preserve"> </w:t>
      </w:r>
      <w:r w:rsidRPr="001A4CCA">
        <w:rPr>
          <w:b/>
          <w:sz w:val="24"/>
        </w:rPr>
        <w:t>Универсальные учебные действия</w:t>
      </w:r>
    </w:p>
    <w:p w:rsidR="001A4CCA" w:rsidRDefault="001A4CCA" w:rsidP="001A4CCA">
      <w:pPr>
        <w:spacing w:before="156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1711" w:firstLine="0"/>
        <w:jc w:val="both"/>
        <w:rPr>
          <w:sz w:val="24"/>
        </w:rPr>
      </w:pPr>
      <w:r>
        <w:rPr>
          <w:sz w:val="24"/>
        </w:rPr>
        <w:t>ориентироваться в изученной математической терминологии, использовать её в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рассуждениях;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line="290" w:lineRule="auto"/>
        <w:ind w:right="352" w:firstLine="0"/>
        <w:jc w:val="both"/>
        <w:rPr>
          <w:sz w:val="24"/>
        </w:rPr>
      </w:pPr>
      <w:r>
        <w:rPr>
          <w:sz w:val="24"/>
        </w:rPr>
        <w:t>сравнивать математические объекты (числа, величины, геометрические фигуры), записывать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 сравнения; выбирать метод решения математической задачи (алгоритм действия, приём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 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вариантов);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1155" w:firstLine="0"/>
        <w:rPr>
          <w:sz w:val="24"/>
        </w:rPr>
      </w:pPr>
      <w:r>
        <w:rPr>
          <w:sz w:val="24"/>
        </w:rPr>
        <w:t>конструировать геометрическую фигуру, обладающую заданным свойством 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ind w:left="886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1" w:line="290" w:lineRule="auto"/>
        <w:ind w:right="592" w:firstLine="0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гиревые весы), температуру (градусник), скорость движения транспортного средства (макет</w:t>
      </w:r>
      <w:r>
        <w:rPr>
          <w:spacing w:val="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сосудов).</w:t>
      </w:r>
    </w:p>
    <w:p w:rsidR="001A4CCA" w:rsidRDefault="001A4CCA" w:rsidP="001A4CCA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264" w:firstLine="0"/>
        <w:rPr>
          <w:sz w:val="24"/>
        </w:rPr>
      </w:pPr>
      <w:r>
        <w:rPr>
          <w:sz w:val="24"/>
        </w:rPr>
        <w:t>извлекать и интерпретировать информацию, представленную в таблице, на диаграмме;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справочную литературу для поиска информации, в том числе Интернет (в 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выхода).</w:t>
      </w:r>
    </w:p>
    <w:p w:rsidR="001A4CCA" w:rsidRDefault="001A4CCA" w:rsidP="001A4CCA">
      <w:pPr>
        <w:spacing w:before="106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9" w:line="290" w:lineRule="auto"/>
        <w:ind w:right="1388" w:firstLine="0"/>
        <w:rPr>
          <w:sz w:val="24"/>
        </w:rPr>
      </w:pPr>
      <w:r>
        <w:rPr>
          <w:sz w:val="24"/>
        </w:rPr>
        <w:t>использовать математическую терминологию для записи решения предметной или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конструировать,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</w:p>
    <w:p w:rsidR="001A4CCA" w:rsidRDefault="001A4CCA" w:rsidP="001A4CCA">
      <w:pPr>
        <w:widowControl/>
        <w:autoSpaceDE/>
        <w:autoSpaceDN/>
        <w:rPr>
          <w:sz w:val="24"/>
        </w:rPr>
        <w:sectPr w:rsidR="001A4CCA">
          <w:pgSz w:w="11900" w:h="16840"/>
          <w:pgMar w:top="620" w:right="540" w:bottom="280" w:left="560" w:header="720" w:footer="720" w:gutter="0"/>
          <w:cols w:space="720"/>
        </w:sectPr>
      </w:pPr>
    </w:p>
    <w:p w:rsidR="001A4CCA" w:rsidRDefault="001A4CCA" w:rsidP="001A4CCA">
      <w:pPr>
        <w:pStyle w:val="a5"/>
        <w:spacing w:before="62"/>
      </w:pPr>
      <w:r>
        <w:t>величин;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инициировать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решении.</w:t>
      </w:r>
    </w:p>
    <w:p w:rsidR="001A4CCA" w:rsidRDefault="001A4CCA" w:rsidP="001A4CCA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421" w:firstLine="0"/>
        <w:rPr>
          <w:sz w:val="24"/>
        </w:rPr>
      </w:pPr>
      <w:r>
        <w:rPr>
          <w:sz w:val="24"/>
        </w:rPr>
        <w:t>контролировать правильность и полноту выполнения алгоритма арифметического действия,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80" w:line="290" w:lineRule="auto"/>
        <w:ind w:right="460" w:firstLine="0"/>
        <w:rPr>
          <w:sz w:val="24"/>
        </w:rPr>
      </w:pPr>
      <w:r>
        <w:rPr>
          <w:sz w:val="24"/>
        </w:rPr>
        <w:t>находить, исправлять, прогнозировать трудности и ошибки и трудности в решении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1A4CCA" w:rsidRDefault="001A4CCA" w:rsidP="001A4CCA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68" w:line="290" w:lineRule="auto"/>
        <w:ind w:right="649" w:firstLine="0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 между членами группы (например, в случае решения задач, требующих 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способа;</w:t>
      </w:r>
    </w:p>
    <w:p w:rsidR="001A4CCA" w:rsidRDefault="001A4CCA" w:rsidP="001A4CCA">
      <w:pPr>
        <w:pStyle w:val="a7"/>
        <w:numPr>
          <w:ilvl w:val="0"/>
          <w:numId w:val="5"/>
        </w:numPr>
        <w:tabs>
          <w:tab w:val="left" w:pos="887"/>
        </w:tabs>
        <w:spacing w:before="118" w:line="290" w:lineRule="auto"/>
        <w:ind w:right="428" w:firstLine="0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расписания, подсчёт денег, оценка стоимости и веса покупки, рост и вес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приближённая оценка расстояний и временных интервалов; взвешивание;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 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1A4CCA" w:rsidRDefault="001A4CCA" w:rsidP="001A4CCA">
      <w:pPr>
        <w:rPr>
          <w:sz w:val="24"/>
        </w:rPr>
      </w:pPr>
    </w:p>
    <w:p w:rsidR="001A4CCA" w:rsidRDefault="001A4CCA" w:rsidP="001A4CCA">
      <w:pPr>
        <w:rPr>
          <w:sz w:val="24"/>
        </w:rPr>
      </w:pPr>
    </w:p>
    <w:p w:rsidR="00772FBA" w:rsidRPr="001A4CCA" w:rsidRDefault="00772FBA" w:rsidP="001A4CCA">
      <w:pPr>
        <w:rPr>
          <w:sz w:val="24"/>
        </w:rPr>
        <w:sectPr w:rsidR="00772FBA" w:rsidRPr="001A4CCA">
          <w:pgSz w:w="11900" w:h="16840"/>
          <w:pgMar w:top="480" w:right="560" w:bottom="280" w:left="560" w:header="720" w:footer="720" w:gutter="0"/>
          <w:cols w:space="720"/>
        </w:sectPr>
      </w:pPr>
    </w:p>
    <w:p w:rsidR="00C1715D" w:rsidRDefault="00C1715D" w:rsidP="00D81C23">
      <w:pPr>
        <w:rPr>
          <w:sz w:val="24"/>
          <w:szCs w:val="24"/>
        </w:rPr>
      </w:pPr>
    </w:p>
    <w:p w:rsidR="00EF085F" w:rsidRDefault="002A34AC">
      <w:pPr>
        <w:pStyle w:val="1"/>
      </w:pPr>
      <w:r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864668">
        <w:t>ПЛАНИРУЕМЫЕ</w:t>
      </w:r>
      <w:r w:rsidR="00864668">
        <w:rPr>
          <w:spacing w:val="-11"/>
        </w:rPr>
        <w:t xml:space="preserve"> </w:t>
      </w:r>
      <w:r w:rsidR="00864668">
        <w:t>ОБРАЗОВАТЕЛЬНЫЕ</w:t>
      </w:r>
      <w:r w:rsidR="00864668">
        <w:rPr>
          <w:spacing w:val="-11"/>
        </w:rPr>
        <w:t xml:space="preserve"> </w:t>
      </w:r>
      <w:r w:rsidR="00864668">
        <w:t>РЕЗУЛЬТАТЫ</w:t>
      </w:r>
    </w:p>
    <w:p w:rsidR="00EF085F" w:rsidRDefault="00864668">
      <w:pPr>
        <w:pStyle w:val="a5"/>
        <w:spacing w:before="179" w:line="292" w:lineRule="auto"/>
        <w:ind w:left="106" w:right="1364" w:firstLine="180"/>
      </w:pPr>
      <w:r>
        <w:t>Изучение математики в 1</w:t>
      </w:r>
      <w:r w:rsidR="001A4CCA">
        <w:t>-4  классах</w:t>
      </w:r>
      <w:r>
        <w:t xml:space="preserve"> направлено на достижение обучающимися личностных,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 предмета.</w:t>
      </w:r>
    </w:p>
    <w:p w:rsidR="001A4CCA" w:rsidRPr="001A4CCA" w:rsidRDefault="001A4CCA">
      <w:pPr>
        <w:pStyle w:val="a5"/>
        <w:spacing w:before="179" w:line="292" w:lineRule="auto"/>
        <w:ind w:left="106" w:right="1364" w:firstLine="180"/>
        <w:rPr>
          <w:b/>
        </w:rPr>
      </w:pPr>
      <w:r w:rsidRPr="001A4CCA">
        <w:rPr>
          <w:b/>
        </w:rPr>
        <w:t>1 КЛАСС</w:t>
      </w:r>
    </w:p>
    <w:p w:rsidR="00EF085F" w:rsidRDefault="00864668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EF085F" w:rsidRDefault="00864668">
      <w:pPr>
        <w:pStyle w:val="a5"/>
        <w:spacing w:before="156" w:line="292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07" w:line="292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line="292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18" w:line="292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EF085F" w:rsidRDefault="00864668">
      <w:pPr>
        <w:pStyle w:val="a7"/>
        <w:numPr>
          <w:ilvl w:val="0"/>
          <w:numId w:val="3"/>
        </w:numPr>
        <w:tabs>
          <w:tab w:val="left" w:pos="887"/>
        </w:tabs>
        <w:spacing w:before="180" w:line="292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EF085F" w:rsidRDefault="00EF085F">
      <w:pPr>
        <w:pStyle w:val="a5"/>
        <w:spacing w:before="8"/>
        <w:ind w:left="0"/>
        <w:rPr>
          <w:sz w:val="21"/>
        </w:rPr>
      </w:pPr>
    </w:p>
    <w:p w:rsidR="00EF085F" w:rsidRDefault="00864668">
      <w:pPr>
        <w:pStyle w:val="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EF085F" w:rsidRDefault="00864668">
      <w:pPr>
        <w:pStyle w:val="a5"/>
        <w:spacing w:before="156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EF085F" w:rsidRDefault="00864668">
      <w:pPr>
        <w:pStyle w:val="1"/>
        <w:spacing w:before="180"/>
        <w:ind w:left="286"/>
      </w:pPr>
      <w:r>
        <w:t>Универсальные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EF085F" w:rsidRDefault="00864668">
      <w:pPr>
        <w:pStyle w:val="a7"/>
        <w:numPr>
          <w:ilvl w:val="0"/>
          <w:numId w:val="2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112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EF085F" w:rsidRDefault="00864668">
      <w:pPr>
        <w:pStyle w:val="a7"/>
        <w:numPr>
          <w:ilvl w:val="0"/>
          <w:numId w:val="2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32775E" w:rsidRDefault="0032775E">
      <w:pPr>
        <w:rPr>
          <w:sz w:val="24"/>
        </w:rPr>
      </w:pP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32775E" w:rsidRDefault="0032775E" w:rsidP="0032775E">
      <w:pPr>
        <w:pStyle w:val="a7"/>
        <w:numPr>
          <w:ilvl w:val="0"/>
          <w:numId w:val="2"/>
        </w:numPr>
        <w:tabs>
          <w:tab w:val="left" w:pos="607"/>
        </w:tabs>
        <w:spacing w:before="169"/>
        <w:ind w:left="606" w:hanging="32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32775E" w:rsidRDefault="0032775E" w:rsidP="0032775E">
      <w:pPr>
        <w:pStyle w:val="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32775E" w:rsidRDefault="0032775E" w:rsidP="0032775E">
      <w:pPr>
        <w:pStyle w:val="a5"/>
        <w:spacing w:before="1"/>
        <w:ind w:left="0"/>
        <w:rPr>
          <w:b/>
          <w:sz w:val="25"/>
        </w:rPr>
      </w:pP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 w:line="292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7" w:line="292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7" w:line="292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деформированные;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228" w:line="292" w:lineRule="auto"/>
        <w:ind w:right="431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изученным.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74" w:line="292" w:lineRule="auto"/>
        <w:ind w:right="1157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32775E" w:rsidRDefault="0032775E" w:rsidP="0032775E">
      <w:pPr>
        <w:pStyle w:val="a7"/>
        <w:numPr>
          <w:ilvl w:val="1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32775E" w:rsidRDefault="0032775E" w:rsidP="0032775E">
      <w:pPr>
        <w:ind w:firstLine="720"/>
        <w:rPr>
          <w:sz w:val="24"/>
        </w:rPr>
      </w:pPr>
    </w:p>
    <w:p w:rsidR="0032775E" w:rsidRDefault="0032775E" w:rsidP="0032775E">
      <w:pPr>
        <w:rPr>
          <w:sz w:val="24"/>
        </w:rPr>
      </w:pPr>
    </w:p>
    <w:p w:rsidR="00EF085F" w:rsidRPr="0032775E" w:rsidRDefault="00EF085F" w:rsidP="0032775E">
      <w:pPr>
        <w:rPr>
          <w:sz w:val="24"/>
        </w:rPr>
        <w:sectPr w:rsidR="00EF085F" w:rsidRPr="0032775E">
          <w:pgSz w:w="11900" w:h="16840"/>
          <w:pgMar w:top="520" w:right="540" w:bottom="280" w:left="560" w:header="720" w:footer="720" w:gutter="0"/>
          <w:cols w:space="720"/>
        </w:sectPr>
      </w:pPr>
    </w:p>
    <w:p w:rsidR="00EF085F" w:rsidRDefault="00864668">
      <w:pPr>
        <w:pStyle w:val="a7"/>
        <w:numPr>
          <w:ilvl w:val="0"/>
          <w:numId w:val="2"/>
        </w:numPr>
        <w:tabs>
          <w:tab w:val="left" w:pos="607"/>
        </w:tabs>
        <w:spacing w:before="169"/>
        <w:ind w:left="606" w:hanging="32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before="118" w:line="292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EF085F" w:rsidRDefault="00864668">
      <w:pPr>
        <w:pStyle w:val="a7"/>
        <w:numPr>
          <w:ilvl w:val="1"/>
          <w:numId w:val="2"/>
        </w:numPr>
        <w:tabs>
          <w:tab w:val="left" w:pos="887"/>
        </w:tabs>
        <w:spacing w:line="292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EF085F" w:rsidRDefault="00864668">
      <w:pPr>
        <w:pStyle w:val="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EF085F" w:rsidRDefault="00864668">
      <w:pPr>
        <w:pStyle w:val="a7"/>
        <w:numPr>
          <w:ilvl w:val="0"/>
          <w:numId w:val="1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80" w:line="292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EF085F" w:rsidRDefault="00864668">
      <w:pPr>
        <w:pStyle w:val="a7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EF085F" w:rsidRDefault="00864668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32775E" w:rsidRDefault="0032775E">
      <w:pPr>
        <w:rPr>
          <w:sz w:val="24"/>
        </w:rPr>
      </w:pP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78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80" w:line="292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32775E" w:rsidRDefault="0032775E" w:rsidP="0032775E">
      <w:pPr>
        <w:pStyle w:val="a7"/>
        <w:numPr>
          <w:ilvl w:val="0"/>
          <w:numId w:val="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68" w:line="292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32775E" w:rsidRDefault="0032775E" w:rsidP="0032775E">
      <w:pPr>
        <w:pStyle w:val="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68" w:line="292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контрпримеров);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52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32775E" w:rsidRDefault="0032775E" w:rsidP="0032775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32775E" w:rsidRDefault="0032775E" w:rsidP="0032775E">
      <w:pPr>
        <w:pStyle w:val="a5"/>
        <w:spacing w:before="10"/>
        <w:ind w:left="0"/>
        <w:rPr>
          <w:sz w:val="21"/>
        </w:rPr>
      </w:pPr>
    </w:p>
    <w:p w:rsidR="00AC507E" w:rsidRDefault="0032775E" w:rsidP="0032775E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AC507E" w:rsidRDefault="00AC507E" w:rsidP="00AC507E"/>
    <w:p w:rsidR="00AC507E" w:rsidRDefault="00AC507E" w:rsidP="00AC507E">
      <w:pPr>
        <w:pStyle w:val="a5"/>
        <w:spacing w:before="156"/>
        <w:ind w:left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54"/>
          <w:sz w:val="24"/>
        </w:rPr>
        <w:t xml:space="preserve"> </w:t>
      </w:r>
      <w:r>
        <w:rPr>
          <w:sz w:val="24"/>
        </w:rPr>
        <w:t>числа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пересчитывать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81" w:line="292" w:lineRule="auto"/>
        <w:ind w:right="572" w:firstLine="0"/>
        <w:rPr>
          <w:sz w:val="24"/>
        </w:rPr>
      </w:pPr>
      <w:r>
        <w:rPr>
          <w:sz w:val="24"/>
        </w:rPr>
        <w:t>выполнять арифметические действия сложения и вычитания в пределах 20 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 без перехода через десяток; называть и различать компоненты действий сложения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-1"/>
          <w:sz w:val="24"/>
        </w:rPr>
        <w:t xml:space="preserve"> </w:t>
      </w:r>
      <w:r>
        <w:rPr>
          <w:sz w:val="24"/>
        </w:rPr>
        <w:t>сумма)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818" w:firstLine="0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 и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991" w:firstLine="0"/>
        <w:rPr>
          <w:sz w:val="24"/>
        </w:rPr>
      </w:pPr>
      <w:r>
        <w:rPr>
          <w:sz w:val="24"/>
        </w:rPr>
        <w:t>сравнивать объекты по длине, устанавливая между ними соотношение длиннее/короче</w:t>
      </w:r>
      <w:r>
        <w:rPr>
          <w:spacing w:val="-58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79" w:firstLine="0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3"/>
          <w:sz w:val="24"/>
        </w:rPr>
        <w:t xml:space="preserve"> </w:t>
      </w:r>
      <w:r>
        <w:rPr>
          <w:sz w:val="24"/>
        </w:rPr>
        <w:t>длины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3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118" w:line="292" w:lineRule="auto"/>
        <w:ind w:right="1313" w:firstLine="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цифру;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(квадрат), отрезок;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3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-8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относительно заданного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объектов/предметов;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489" w:firstLine="0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 жизни;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before="66" w:line="292" w:lineRule="auto"/>
        <w:ind w:right="339" w:firstLine="0"/>
        <w:rPr>
          <w:sz w:val="24"/>
        </w:rPr>
      </w:pPr>
      <w:r>
        <w:rPr>
          <w:sz w:val="24"/>
        </w:rPr>
        <w:t>различать строки и столбцы таблицы, вносить данное в таблицу, извлекать данное/данные из</w:t>
      </w:r>
      <w:r>
        <w:rPr>
          <w:spacing w:val="-58"/>
          <w:sz w:val="24"/>
        </w:rPr>
        <w:t xml:space="preserve"> </w:t>
      </w:r>
      <w:r>
        <w:rPr>
          <w:sz w:val="24"/>
        </w:rPr>
        <w:t>таблицы;</w:t>
      </w:r>
    </w:p>
    <w:p w:rsidR="00AC507E" w:rsidRDefault="00AC507E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208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-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 основанию.</w:t>
      </w:r>
    </w:p>
    <w:p w:rsidR="00AC507E" w:rsidRDefault="00AC507E" w:rsidP="00AC507E">
      <w:pPr>
        <w:tabs>
          <w:tab w:val="left" w:pos="887"/>
        </w:tabs>
      </w:pPr>
    </w:p>
    <w:p w:rsidR="00AC507E" w:rsidRDefault="00AC507E" w:rsidP="00AC507E"/>
    <w:p w:rsidR="00AC507E" w:rsidRDefault="00AC507E" w:rsidP="00AC507E">
      <w:pPr>
        <w:rPr>
          <w:b/>
        </w:rPr>
      </w:pPr>
      <w:r w:rsidRPr="00AC507E">
        <w:rPr>
          <w:b/>
        </w:rPr>
        <w:t>2 КЛАСС</w:t>
      </w:r>
    </w:p>
    <w:p w:rsidR="00AC507E" w:rsidRDefault="00AC507E" w:rsidP="00AC507E"/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ЛИЧНОСТНЫЕ РЕЗУЛЬТАТЫ</w:t>
      </w:r>
    </w:p>
    <w:p w:rsidR="00AC507E" w:rsidRDefault="00AC507E" w:rsidP="00AC507E">
      <w:pPr>
        <w:tabs>
          <w:tab w:val="left" w:pos="180"/>
        </w:tabs>
        <w:spacing w:line="261" w:lineRule="auto"/>
        <w:ind w:right="28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AC507E" w:rsidRDefault="00AC507E" w:rsidP="00AC507E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осознавать необходимость изучения математики для адаптации к жизненным ситуациям, для развития общей культуры человека; </w:t>
      </w:r>
    </w:p>
    <w:p w:rsidR="00AC507E" w:rsidRDefault="00AC507E" w:rsidP="00AC507E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развития способности мыслить, рассуждать, выдвигать предположения и доказывать или опровергать их; </w:t>
      </w:r>
    </w:p>
    <w:p w:rsidR="00AC507E" w:rsidRDefault="00AC507E" w:rsidP="00AC507E">
      <w:pPr>
        <w:spacing w:line="268" w:lineRule="auto"/>
        <w:ind w:left="42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осваивать навыки организации безопасного поведения в информационной среде; </w:t>
      </w:r>
    </w:p>
    <w:p w:rsidR="00AC507E" w:rsidRDefault="00AC507E" w:rsidP="00AC507E">
      <w:pPr>
        <w:spacing w:line="261" w:lineRule="auto"/>
        <w:ind w:left="42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AC507E" w:rsidRDefault="00AC507E" w:rsidP="00AC507E">
      <w:pPr>
        <w:spacing w:line="268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AC507E" w:rsidRDefault="00AC507E" w:rsidP="00AC507E">
      <w:pPr>
        <w:spacing w:line="261" w:lineRule="auto"/>
        <w:ind w:left="42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оценивать свои успехи в изучении математики, намечать пути устранения трудностей; </w:t>
      </w:r>
    </w:p>
    <w:p w:rsidR="00AC507E" w:rsidRDefault="00AC507E" w:rsidP="00AC507E">
      <w:pPr>
        <w:spacing w:line="268" w:lineRule="auto"/>
        <w:ind w:left="420" w:right="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83E4C" w:rsidRDefault="00D83E4C" w:rsidP="00AC507E">
      <w:pPr>
        <w:spacing w:line="268" w:lineRule="auto"/>
        <w:ind w:left="420" w:right="288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МЕТАПРЕДМЕТНЫЕ РЕЗУЛЬТАТЫ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 концу обучения у обучающегося формируются следующие универсальные учебные действия.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познавательные учебные действия: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1)  Базовые логические действия:</w:t>
      </w:r>
    </w:p>
    <w:p w:rsidR="00AC507E" w:rsidRDefault="00AC507E" w:rsidP="00AC507E">
      <w:pPr>
        <w:spacing w:line="261" w:lineRule="auto"/>
        <w:ind w:left="420" w:right="1008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связи и зависимости между математическими объектами (часть-целое; причина-следствие; протяжённость); </w:t>
      </w:r>
    </w:p>
    <w:p w:rsidR="00AC507E" w:rsidRDefault="00AC507E" w:rsidP="00AC507E">
      <w:pPr>
        <w:spacing w:line="261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базовые логические универсальные действия: сравнение, анализ, классификация (группировка), обобщение;</w:t>
      </w:r>
    </w:p>
    <w:p w:rsidR="00AC507E" w:rsidRDefault="00AC507E" w:rsidP="00AC507E">
      <w:pPr>
        <w:spacing w:line="261" w:lineRule="auto"/>
        <w:ind w:left="42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>— приобретать практические графические и измерительные навыки для успешного решения учебных и житейских задач;</w:t>
      </w:r>
    </w:p>
    <w:p w:rsidR="00AC507E" w:rsidRDefault="00AC507E" w:rsidP="00AC507E">
      <w:pPr>
        <w:spacing w:line="261" w:lineRule="auto"/>
        <w:ind w:left="42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2)  Базовые исследовательские действия: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проявлять способность ориентироваться в учебном материале разных разделов курса математики; </w:t>
      </w:r>
    </w:p>
    <w:p w:rsidR="00AC507E" w:rsidRDefault="00AC507E" w:rsidP="00AC507E">
      <w:pPr>
        <w:spacing w:line="261" w:lineRule="auto"/>
        <w:ind w:left="240" w:right="14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понимать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применять изученные методы познания (измерение, моделирование, перебор вариантов)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3)  Работа с информацией:</w:t>
      </w:r>
    </w:p>
    <w:p w:rsidR="00AC507E" w:rsidRDefault="00AC507E" w:rsidP="00AC507E">
      <w:pPr>
        <w:spacing w:line="261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и использовать для решения учебных задач текстовую, графическую информацию в разных источниках информационной среды; 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читать, интерпретировать графически представленную информацию (схему, таблицу, диаграмму, другую модель); </w:t>
      </w:r>
    </w:p>
    <w:p w:rsidR="00AC507E" w:rsidRDefault="00AC507E" w:rsidP="00AC507E">
      <w:pPr>
        <w:spacing w:line="261" w:lineRule="auto"/>
        <w:ind w:left="240" w:right="43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AC507E" w:rsidRDefault="00AC507E" w:rsidP="00AC507E">
      <w:pPr>
        <w:spacing w:line="261" w:lineRule="auto"/>
        <w:ind w:left="2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принимать правила, безопасно использовать предлагаемые электронные средства и источники информации.</w:t>
      </w:r>
    </w:p>
    <w:p w:rsidR="00D83E4C" w:rsidRDefault="00D83E4C" w:rsidP="00AC507E">
      <w:pPr>
        <w:spacing w:line="261" w:lineRule="auto"/>
        <w:ind w:left="240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коммуникативные учебные действия: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конструировать утверждения, проверять их истинность;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строить логическое рассуждение;</w:t>
      </w:r>
    </w:p>
    <w:p w:rsidR="00AC507E" w:rsidRDefault="00AC507E" w:rsidP="00AC507E">
      <w:pPr>
        <w:spacing w:line="228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— использовать текст задания для объяснения способа и хода решения математической задачи;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формулировать ответ;</w:t>
      </w:r>
    </w:p>
    <w:p w:rsidR="00AC507E" w:rsidRDefault="00AC507E" w:rsidP="00AC507E">
      <w:pPr>
        <w:spacing w:line="261" w:lineRule="auto"/>
        <w:ind w:left="240" w:right="288"/>
        <w:rPr>
          <w:sz w:val="24"/>
          <w:szCs w:val="24"/>
        </w:rPr>
      </w:pPr>
      <w:r>
        <w:rPr>
          <w:color w:val="000000"/>
          <w:sz w:val="24"/>
          <w:szCs w:val="24"/>
        </w:rPr>
        <w:t>— 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AC507E" w:rsidRDefault="00AC507E" w:rsidP="00AC507E">
      <w:pPr>
        <w:spacing w:line="26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AC507E" w:rsidRDefault="00AC507E" w:rsidP="00AC507E">
      <w:pPr>
        <w:spacing w:line="273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>— ориентироваться в алгоритмах: воспроизводить, дополнять, исправлять деформированные;</w:t>
      </w:r>
    </w:p>
    <w:p w:rsidR="00AC507E" w:rsidRDefault="00AC507E" w:rsidP="00AC507E">
      <w:pPr>
        <w:spacing w:line="261" w:lineRule="auto"/>
        <w:ind w:left="240" w:right="144"/>
        <w:rPr>
          <w:sz w:val="24"/>
          <w:szCs w:val="24"/>
        </w:rPr>
      </w:pPr>
      <w:r>
        <w:rPr>
          <w:color w:val="000000"/>
          <w:sz w:val="24"/>
          <w:szCs w:val="24"/>
        </w:rPr>
        <w:t>— составлять по аналогии; самостоятельно составлять тексты заданий, аналогичные типовым изученным.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Универсальные регулятивные учебные действия: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1)  Самоорганизация: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планировать этапы предстоящей работы, определять последовательность учебных действий; </w:t>
      </w:r>
    </w:p>
    <w:p w:rsidR="00AC507E" w:rsidRDefault="00AC507E" w:rsidP="00AC507E">
      <w:pPr>
        <w:spacing w:line="261" w:lineRule="auto"/>
        <w:ind w:left="240" w:right="864"/>
        <w:rPr>
          <w:sz w:val="24"/>
          <w:szCs w:val="24"/>
        </w:rPr>
      </w:pPr>
      <w:r>
        <w:rPr>
          <w:color w:val="000000"/>
          <w:sz w:val="24"/>
          <w:szCs w:val="24"/>
        </w:rPr>
        <w:t>— выполнять правила безопасного использования электронных средств, предлагаемых в процессе обучения.</w:t>
      </w: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2)  Самоконтроль:</w:t>
      </w:r>
    </w:p>
    <w:p w:rsidR="00AC507E" w:rsidRDefault="00AC507E" w:rsidP="00AC507E">
      <w:pPr>
        <w:spacing w:line="228" w:lineRule="auto"/>
        <w:ind w:left="24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осуществлять контроль процесса и результата своей деятельности, объективно оценивать их; </w:t>
      </w:r>
    </w:p>
    <w:p w:rsidR="00AC507E" w:rsidRDefault="00AC507E" w:rsidP="00AC507E">
      <w:pPr>
        <w:rPr>
          <w:sz w:val="24"/>
          <w:szCs w:val="24"/>
        </w:rPr>
        <w:sectPr w:rsidR="00AC507E">
          <w:pgSz w:w="11900" w:h="16840"/>
          <w:pgMar w:top="352" w:right="722" w:bottom="302" w:left="846" w:header="720" w:footer="720" w:gutter="0"/>
          <w:cols w:space="720"/>
        </w:sectPr>
      </w:pP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выбирать и при необходимости корректировать способы действий;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находить ошибки в своей работе, устанавливать их причины, вести поиск путей преодоления ошибок.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3)  Самооценка:</w:t>
      </w:r>
    </w:p>
    <w:p w:rsidR="00AC507E" w:rsidRDefault="00AC507E" w:rsidP="00AC507E">
      <w:pPr>
        <w:spacing w:line="26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AC507E" w:rsidRDefault="00AC507E" w:rsidP="00AC507E">
      <w:pPr>
        <w:spacing w:line="228" w:lineRule="auto"/>
        <w:ind w:left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оценивать рациональность своих действий, давать им качественную характеристику.</w:t>
      </w:r>
    </w:p>
    <w:p w:rsidR="00D83E4C" w:rsidRDefault="00D83E4C" w:rsidP="00AC507E">
      <w:pPr>
        <w:spacing w:line="228" w:lineRule="auto"/>
        <w:ind w:left="420"/>
        <w:rPr>
          <w:sz w:val="24"/>
          <w:szCs w:val="24"/>
        </w:rPr>
      </w:pP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Совместная деятельность:</w:t>
      </w:r>
    </w:p>
    <w:p w:rsidR="00AC507E" w:rsidRDefault="00AC507E" w:rsidP="00AC507E">
      <w:pPr>
        <w:spacing w:line="268" w:lineRule="auto"/>
        <w:ind w:left="420" w:righ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>— согласовывать мнения в ходе поиска доказательств, выбора рационального способа, анализа информации;</w:t>
      </w:r>
    </w:p>
    <w:p w:rsidR="00AC507E" w:rsidRDefault="00AC507E" w:rsidP="00AC507E">
      <w:pPr>
        <w:spacing w:line="261" w:lineRule="auto"/>
        <w:ind w:left="420" w:right="28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— 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83E4C" w:rsidRDefault="00D83E4C" w:rsidP="00AC507E">
      <w:pPr>
        <w:spacing w:line="261" w:lineRule="auto"/>
        <w:ind w:left="420" w:right="288"/>
        <w:rPr>
          <w:sz w:val="24"/>
          <w:szCs w:val="24"/>
        </w:rPr>
      </w:pPr>
    </w:p>
    <w:p w:rsidR="00AC507E" w:rsidRDefault="00AC507E" w:rsidP="00AC507E">
      <w:pPr>
        <w:spacing w:line="228" w:lineRule="auto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ПРЕДМЕТНЫЕ РЕЗУЛЬТАТЫ</w:t>
      </w:r>
    </w:p>
    <w:p w:rsidR="00AC507E" w:rsidRDefault="00AC507E" w:rsidP="00AC507E">
      <w:pPr>
        <w:spacing w:line="228" w:lineRule="auto"/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 концу обучения во 2классе обучающийся научится: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читать, записывать, сравнивать, упорядочивать числа в пределах 100;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AC507E" w:rsidRDefault="00AC507E" w:rsidP="00AC507E">
      <w:pPr>
        <w:spacing w:line="261" w:lineRule="auto"/>
        <w:ind w:left="420" w:right="57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AC507E" w:rsidRDefault="00AC507E" w:rsidP="00AC507E">
      <w:pPr>
        <w:spacing w:line="261" w:lineRule="auto"/>
        <w:ind w:left="288" w:right="864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называть и различать компоненты действий умножения (множители, произведение); деления (делимое, делитель, частное); </w:t>
      </w:r>
    </w:p>
    <w:p w:rsidR="00AC507E" w:rsidRDefault="00AC507E" w:rsidP="00C07A5F">
      <w:pPr>
        <w:spacing w:line="276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в другие; </w:t>
      </w:r>
    </w:p>
    <w:p w:rsidR="00AC507E" w:rsidRDefault="00AC507E" w:rsidP="00AC507E">
      <w:pPr>
        <w:spacing w:line="26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AC507E" w:rsidRDefault="00AC507E" w:rsidP="00AC507E">
      <w:pPr>
        <w:spacing w:line="261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решать текстовые задачи в одно-два действия: представлять задачу (краткая запись, рисунок, таблица или другая модель); </w:t>
      </w:r>
    </w:p>
    <w:p w:rsidR="00AC507E" w:rsidRDefault="00AC507E" w:rsidP="00AC507E">
      <w:pPr>
        <w:spacing w:line="261" w:lineRule="auto"/>
        <w:ind w:left="420" w:right="12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AC507E" w:rsidRDefault="00AC507E" w:rsidP="00AC507E">
      <w:pPr>
        <w:spacing w:line="228" w:lineRule="auto"/>
        <w:ind w:left="4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— различать и называть геометрические фигуры: прямой угол; ломаную, многоугольник; </w:t>
      </w:r>
    </w:p>
    <w:p w:rsidR="00C07A5F" w:rsidRPr="00C07A5F" w:rsidRDefault="00C07A5F" w:rsidP="00C07A5F">
      <w:pPr>
        <w:spacing w:line="276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           выделять среди четырехугольников прямоугольники, квадраты;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на бумаге в клетку изображать ломаную, многоугольник; чертить прямой угол,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 прямоугольник с заданными длинами сторон;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использовать для выполнения построений линейку, угольник;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—  выполнять измерение длин реальных объектов с помощью линейки; находить длину ломаной,    состоящей из двух-трёх звеньев, периметр прямоугольника (квадрата); </w:t>
      </w:r>
      <w:r>
        <w:rPr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 </w:t>
      </w:r>
      <w:r w:rsidRPr="00C07A5F">
        <w:rPr>
          <w:color w:val="000000"/>
        </w:rPr>
        <w:t xml:space="preserve">—  распознавать верные (истинные) и неверные (ложные) утверждения со словами «все», </w:t>
      </w:r>
      <w:r w:rsidRPr="00C07A5F">
        <w:br/>
      </w:r>
      <w:r w:rsidRPr="00C07A5F">
        <w:rPr>
          <w:color w:val="000000"/>
        </w:rPr>
        <w:t xml:space="preserve">       —  проводить одно-двухшаговые логические рассуждения и делать выводы; </w:t>
      </w:r>
      <w:r w:rsidRPr="00C07A5F">
        <w:br/>
      </w:r>
      <w:r w:rsidRPr="00C07A5F">
        <w:rPr>
          <w:color w:val="000000"/>
        </w:rPr>
        <w:t xml:space="preserve">       —  находить общий признак группы математических объектов (чисел, величин, фигур)</w:t>
      </w:r>
      <w:r w:rsidRPr="00C07A5F">
        <w:br/>
      </w:r>
      <w:r w:rsidRPr="00C07A5F">
        <w:rPr>
          <w:color w:val="000000"/>
        </w:rPr>
        <w:t xml:space="preserve">       —  находить закономерность в ряду объектов (чисел, геометрических фигур); </w:t>
      </w:r>
      <w:r w:rsidRPr="00C07A5F">
        <w:br/>
      </w:r>
      <w:r w:rsidRPr="00C07A5F">
        <w:rPr>
          <w:color w:val="000000"/>
        </w:rPr>
        <w:t xml:space="preserve">       —  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   геометрических фигур); </w:t>
      </w:r>
      <w:r w:rsidRPr="00C07A5F">
        <w:br/>
      </w:r>
      <w:r w:rsidRPr="00C07A5F">
        <w:rPr>
          <w:color w:val="000000"/>
        </w:rPr>
        <w:t xml:space="preserve">      —  сравнивать группы объектов (находить общее, различное); </w:t>
      </w:r>
      <w:r w:rsidRPr="00C07A5F">
        <w:br/>
      </w:r>
      <w:r w:rsidRPr="00C07A5F">
        <w:rPr>
          <w:color w:val="000000"/>
        </w:rPr>
        <w:t xml:space="preserve">      —  обнаруживать модели геометрических фигур в окружающем мире; подбирать примеры,   подтверждающие суждение, ответ; </w:t>
      </w:r>
      <w:r w:rsidRPr="00C07A5F">
        <w:br/>
      </w:r>
      <w:r w:rsidRPr="00C07A5F">
        <w:rPr>
          <w:color w:val="000000"/>
        </w:rPr>
        <w:t xml:space="preserve">      —  составлять (дополнять) текстовую задачу; </w:t>
      </w:r>
      <w:r w:rsidRPr="00C07A5F">
        <w:br/>
      </w:r>
      <w:r w:rsidRPr="00C07A5F">
        <w:rPr>
          <w:color w:val="000000"/>
        </w:rPr>
        <w:t xml:space="preserve">      —  проверять правильность вычислений.</w:t>
      </w:r>
    </w:p>
    <w:p w:rsidR="00C07A5F" w:rsidRDefault="00C07A5F" w:rsidP="00AC507E">
      <w:pPr>
        <w:rPr>
          <w:sz w:val="24"/>
          <w:szCs w:val="24"/>
        </w:rPr>
      </w:pPr>
    </w:p>
    <w:p w:rsidR="00C07A5F" w:rsidRPr="00C07A5F" w:rsidRDefault="00C07A5F" w:rsidP="00C07A5F">
      <w:pPr>
        <w:ind w:firstLine="720"/>
        <w:rPr>
          <w:b/>
          <w:sz w:val="24"/>
          <w:szCs w:val="24"/>
        </w:rPr>
      </w:pPr>
      <w:r w:rsidRPr="00C07A5F">
        <w:rPr>
          <w:b/>
          <w:sz w:val="24"/>
          <w:szCs w:val="24"/>
        </w:rPr>
        <w:t>3 КЛАСС</w:t>
      </w:r>
    </w:p>
    <w:p w:rsidR="00C07A5F" w:rsidRDefault="00C07A5F" w:rsidP="00C07A5F">
      <w:pPr>
        <w:rPr>
          <w:sz w:val="24"/>
          <w:szCs w:val="24"/>
        </w:rPr>
      </w:pPr>
    </w:p>
    <w:p w:rsidR="00C07A5F" w:rsidRDefault="00C07A5F" w:rsidP="00C07A5F">
      <w:pPr>
        <w:pStyle w:val="1"/>
        <w:spacing w:before="202"/>
      </w:pPr>
      <w:r>
        <w:t>ЛИЧНОСТНЫЕ</w:t>
      </w:r>
      <w:r>
        <w:rPr>
          <w:spacing w:val="-14"/>
        </w:rPr>
        <w:t xml:space="preserve"> </w:t>
      </w:r>
      <w:r>
        <w:t>РЕЗУЛЬТАТЫ.</w:t>
      </w:r>
    </w:p>
    <w:p w:rsidR="00C07A5F" w:rsidRDefault="00C07A5F" w:rsidP="00C07A5F">
      <w:pPr>
        <w:pStyle w:val="a5"/>
        <w:spacing w:before="157" w:line="288" w:lineRule="auto"/>
        <w:ind w:left="107" w:firstLine="182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5" w:line="288" w:lineRule="auto"/>
        <w:ind w:right="321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5" w:line="290" w:lineRule="auto"/>
        <w:ind w:right="723" w:firstLine="0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line="290" w:lineRule="auto"/>
        <w:ind w:right="1020" w:firstLine="0"/>
        <w:rPr>
          <w:sz w:val="24"/>
        </w:rPr>
      </w:pP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3"/>
        <w:ind w:left="890" w:hanging="366"/>
        <w:rPr>
          <w:sz w:val="24"/>
        </w:rPr>
      </w:pPr>
      <w:r>
        <w:rPr>
          <w:sz w:val="24"/>
        </w:rPr>
        <w:t>осваивать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среде;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85" w:line="288" w:lineRule="auto"/>
        <w:ind w:right="42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5" w:line="290" w:lineRule="auto"/>
        <w:ind w:right="507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уверенность 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силах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 задач,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18" w:line="288" w:lineRule="auto"/>
        <w:ind w:right="991" w:firstLine="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26"/>
        <w:ind w:left="890" w:hanging="366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1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трудностей;</w:t>
      </w:r>
    </w:p>
    <w:p w:rsidR="00C07A5F" w:rsidRDefault="00C07A5F" w:rsidP="00C07A5F">
      <w:pPr>
        <w:pStyle w:val="a7"/>
        <w:numPr>
          <w:ilvl w:val="0"/>
          <w:numId w:val="6"/>
        </w:numPr>
        <w:tabs>
          <w:tab w:val="left" w:pos="891"/>
        </w:tabs>
        <w:spacing w:before="184" w:line="288" w:lineRule="auto"/>
        <w:ind w:right="441" w:firstLine="0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информационными средства 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07A5F" w:rsidRDefault="00C07A5F" w:rsidP="00C07A5F">
      <w:pPr>
        <w:pStyle w:val="a5"/>
        <w:spacing w:before="4"/>
        <w:ind w:left="0"/>
        <w:rPr>
          <w:sz w:val="22"/>
        </w:rPr>
      </w:pPr>
    </w:p>
    <w:p w:rsidR="00C07A5F" w:rsidRDefault="00C07A5F" w:rsidP="00C07A5F">
      <w:pPr>
        <w:pStyle w:val="1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C07A5F" w:rsidRDefault="00C07A5F" w:rsidP="00C07A5F">
      <w:pPr>
        <w:pStyle w:val="a5"/>
        <w:spacing w:before="151"/>
        <w:ind w:left="290"/>
      </w:pP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концу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 универсальные учебные</w:t>
      </w:r>
      <w:r>
        <w:rPr>
          <w:spacing w:val="-5"/>
        </w:rPr>
        <w:t xml:space="preserve"> </w:t>
      </w:r>
      <w:r>
        <w:t>действия.</w:t>
      </w:r>
    </w:p>
    <w:p w:rsidR="00C07A5F" w:rsidRDefault="00C07A5F" w:rsidP="00C07A5F">
      <w:pPr>
        <w:pStyle w:val="1"/>
        <w:spacing w:before="65"/>
        <w:ind w:left="290"/>
      </w:pPr>
      <w:r>
        <w:t>Универсальныепознавательные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действия: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55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1" w:line="290" w:lineRule="auto"/>
        <w:ind w:right="1144" w:firstLine="0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line="288" w:lineRule="auto"/>
        <w:ind w:right="463" w:firstLine="0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655" w:firstLine="0"/>
        <w:rPr>
          <w:sz w:val="24"/>
        </w:rPr>
      </w:pP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line="290" w:lineRule="auto"/>
        <w:ind w:right="489" w:firstLine="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 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проблемой.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104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66"/>
        <w:ind w:left="890" w:hanging="366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</w:p>
    <w:p w:rsidR="00D83E4C" w:rsidRDefault="00D83E4C" w:rsidP="00C07A5F">
      <w:pPr>
        <w:widowControl/>
        <w:autoSpaceDE/>
        <w:autoSpaceDN/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Default="00D83E4C" w:rsidP="00D83E4C">
      <w:pPr>
        <w:tabs>
          <w:tab w:val="left" w:pos="1455"/>
        </w:tabs>
        <w:rPr>
          <w:sz w:val="24"/>
        </w:rPr>
      </w:pPr>
    </w:p>
    <w:p w:rsidR="00D83E4C" w:rsidRDefault="00D83E4C" w:rsidP="00D83E4C">
      <w:pPr>
        <w:rPr>
          <w:sz w:val="24"/>
        </w:rPr>
      </w:pPr>
    </w:p>
    <w:p w:rsidR="00C07A5F" w:rsidRPr="00D83E4C" w:rsidRDefault="00C07A5F" w:rsidP="00D83E4C">
      <w:pPr>
        <w:rPr>
          <w:sz w:val="24"/>
        </w:rPr>
        <w:sectPr w:rsidR="00C07A5F" w:rsidRPr="00D83E4C">
          <w:pgSz w:w="11900" w:h="16840"/>
          <w:pgMar w:top="50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5"/>
        <w:spacing w:before="71"/>
      </w:pPr>
      <w:r>
        <w:t>математики;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 w:line="288" w:lineRule="auto"/>
        <w:ind w:right="1712" w:firstLine="0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/>
        <w:ind w:left="890" w:hanging="366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12"/>
          <w:sz w:val="24"/>
        </w:rPr>
        <w:t xml:space="preserve"> </w:t>
      </w:r>
      <w:r>
        <w:rPr>
          <w:sz w:val="24"/>
        </w:rPr>
        <w:t>вариантов)</w:t>
      </w:r>
    </w:p>
    <w:p w:rsidR="00C07A5F" w:rsidRDefault="00C07A5F" w:rsidP="00C07A5F">
      <w:pPr>
        <w:pStyle w:val="a7"/>
        <w:numPr>
          <w:ilvl w:val="0"/>
          <w:numId w:val="7"/>
        </w:numPr>
        <w:tabs>
          <w:tab w:val="left" w:pos="612"/>
        </w:tabs>
        <w:spacing w:before="166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1" w:line="290" w:lineRule="auto"/>
        <w:ind w:right="245" w:firstLine="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 w:line="288" w:lineRule="auto"/>
        <w:ind w:right="1093" w:firstLine="0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5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701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line="290" w:lineRule="auto"/>
        <w:ind w:right="181" w:firstLine="0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C07A5F" w:rsidRDefault="00C07A5F" w:rsidP="00C07A5F">
      <w:pPr>
        <w:pStyle w:val="1"/>
        <w:spacing w:before="110"/>
        <w:ind w:left="290"/>
      </w:pPr>
      <w:r>
        <w:t>Универсальные</w:t>
      </w:r>
      <w:r>
        <w:rPr>
          <w:spacing w:val="-10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60"/>
        <w:ind w:left="890" w:hanging="366"/>
        <w:rPr>
          <w:sz w:val="24"/>
        </w:rPr>
      </w:pPr>
      <w:r>
        <w:rPr>
          <w:sz w:val="24"/>
        </w:rPr>
        <w:t>конструировать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1"/>
        <w:ind w:left="890" w:hanging="366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хода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 w:line="288" w:lineRule="auto"/>
        <w:ind w:right="486" w:firstLine="0"/>
        <w:rPr>
          <w:sz w:val="24"/>
        </w:rPr>
      </w:pPr>
      <w:r>
        <w:rPr>
          <w:sz w:val="24"/>
        </w:rPr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 решения;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изученной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терминологии;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25" w:line="290" w:lineRule="auto"/>
        <w:ind w:right="226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 w:line="290" w:lineRule="auto"/>
        <w:ind w:right="289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(к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7"/>
          <w:sz w:val="24"/>
        </w:rPr>
        <w:t xml:space="preserve"> </w:t>
      </w:r>
      <w:r>
        <w:rPr>
          <w:sz w:val="24"/>
        </w:rPr>
        <w:t>отрезка);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1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деформированные;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 аналогии;</w:t>
      </w:r>
    </w:p>
    <w:p w:rsidR="00C07A5F" w:rsidRDefault="00C07A5F" w:rsidP="00C07A5F">
      <w:pPr>
        <w:pStyle w:val="a7"/>
        <w:numPr>
          <w:ilvl w:val="1"/>
          <w:numId w:val="7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изученным.</w:t>
      </w:r>
    </w:p>
    <w:p w:rsidR="00C07A5F" w:rsidRDefault="00C07A5F" w:rsidP="00C07A5F">
      <w:pPr>
        <w:pStyle w:val="1"/>
        <w:spacing w:before="170"/>
        <w:ind w:left="290"/>
      </w:pPr>
      <w:r>
        <w:t>Универсальные</w:t>
      </w:r>
      <w:r>
        <w:rPr>
          <w:spacing w:val="-10"/>
        </w:rPr>
        <w:t xml:space="preserve"> </w:t>
      </w:r>
      <w:r>
        <w:t>регулятивные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5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этапы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1060" w:firstLine="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 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111"/>
        <w:rPr>
          <w:i/>
          <w:sz w:val="24"/>
        </w:rPr>
      </w:pPr>
      <w:r>
        <w:rPr>
          <w:i/>
          <w:sz w:val="24"/>
        </w:rPr>
        <w:t>Самоконтроль: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90" w:lineRule="auto"/>
        <w:ind w:right="311" w:firstLine="0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 своей работе,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 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C07A5F" w:rsidRDefault="00C07A5F" w:rsidP="00C07A5F">
      <w:pPr>
        <w:widowControl/>
        <w:autoSpaceDE/>
        <w:autoSpaceDN/>
        <w:spacing w:line="290" w:lineRule="auto"/>
        <w:rPr>
          <w:sz w:val="24"/>
        </w:rPr>
        <w:sectPr w:rsidR="00C07A5F">
          <w:pgSz w:w="11900" w:h="16840"/>
          <w:pgMar w:top="56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7"/>
        <w:numPr>
          <w:ilvl w:val="0"/>
          <w:numId w:val="8"/>
        </w:numPr>
        <w:tabs>
          <w:tab w:val="left" w:pos="612"/>
        </w:tabs>
        <w:spacing w:before="79"/>
        <w:rPr>
          <w:i/>
          <w:sz w:val="24"/>
        </w:rPr>
      </w:pPr>
      <w:r>
        <w:rPr>
          <w:i/>
          <w:sz w:val="24"/>
        </w:rPr>
        <w:t>Самооценка: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1" w:line="288" w:lineRule="auto"/>
        <w:ind w:right="255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1"/>
        <w:ind w:left="890" w:hanging="366"/>
        <w:rPr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им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характеристику.</w:t>
      </w:r>
    </w:p>
    <w:p w:rsidR="00C07A5F" w:rsidRDefault="00C07A5F" w:rsidP="00C07A5F">
      <w:pPr>
        <w:pStyle w:val="1"/>
        <w:spacing w:before="176"/>
        <w:ind w:left="290"/>
      </w:pPr>
      <w:r>
        <w:t>Совместная</w:t>
      </w:r>
      <w:r>
        <w:rPr>
          <w:spacing w:val="-11"/>
        </w:rPr>
        <w:t xml:space="preserve"> </w:t>
      </w:r>
      <w:r>
        <w:t>деятельность: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61" w:line="290" w:lineRule="auto"/>
        <w:ind w:right="940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 и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контрпримеров);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90" w:lineRule="auto"/>
        <w:ind w:right="383" w:firstLine="0"/>
        <w:rPr>
          <w:sz w:val="24"/>
        </w:rPr>
      </w:pPr>
      <w:r>
        <w:rPr>
          <w:sz w:val="24"/>
        </w:rPr>
        <w:t>согласовывать мнения в ходе поиска доказательств, выбора рационального способа,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line="288" w:lineRule="auto"/>
        <w:ind w:right="537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предупреждения.</w:t>
      </w:r>
    </w:p>
    <w:p w:rsidR="00C07A5F" w:rsidRDefault="00C07A5F" w:rsidP="00C07A5F">
      <w:pPr>
        <w:pStyle w:val="a5"/>
        <w:spacing w:before="6"/>
        <w:ind w:left="0"/>
        <w:rPr>
          <w:sz w:val="22"/>
        </w:rPr>
      </w:pPr>
    </w:p>
    <w:p w:rsidR="00C07A5F" w:rsidRDefault="00C07A5F" w:rsidP="00C07A5F">
      <w:pPr>
        <w:pStyle w:val="1"/>
        <w:spacing w:before="1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C07A5F" w:rsidRDefault="00C07A5F" w:rsidP="00C07A5F">
      <w:pPr>
        <w:pStyle w:val="a5"/>
        <w:spacing w:before="151"/>
        <w:ind w:left="290"/>
      </w:pP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b/>
        </w:rPr>
        <w:t>классе</w:t>
      </w:r>
      <w:r>
        <w:rPr>
          <w:b/>
          <w:spacing w:val="-1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0"/>
        <w:ind w:left="890" w:hanging="366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1"/>
          <w:sz w:val="24"/>
        </w:rPr>
        <w:t xml:space="preserve"> </w:t>
      </w:r>
      <w:r>
        <w:rPr>
          <w:sz w:val="24"/>
        </w:rPr>
        <w:t>1000;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1" w:line="290" w:lineRule="auto"/>
        <w:ind w:right="461" w:firstLine="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1000);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90" w:lineRule="auto"/>
        <w:ind w:right="609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(в пределах 100 — устно,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1000 — письменно); умножение и деление на однозначное число (в пределах 100 —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деление с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0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151" w:firstLine="0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деления; 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 вычислениях переместительное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255" w:firstLine="0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-5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6"/>
          <w:sz w:val="24"/>
        </w:rPr>
        <w:t xml:space="preserve"> </w:t>
      </w:r>
      <w:r>
        <w:rPr>
          <w:sz w:val="24"/>
        </w:rPr>
        <w:t>метр,</w:t>
      </w:r>
      <w:r>
        <w:rPr>
          <w:spacing w:val="-5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7"/>
          <w:sz w:val="24"/>
        </w:rPr>
        <w:t xml:space="preserve"> </w:t>
      </w:r>
      <w:r>
        <w:rPr>
          <w:sz w:val="24"/>
        </w:rPr>
        <w:t>(минута,</w:t>
      </w:r>
      <w:r>
        <w:rPr>
          <w:spacing w:val="-57"/>
          <w:sz w:val="24"/>
        </w:rPr>
        <w:t xml:space="preserve"> </w:t>
      </w:r>
      <w:r>
        <w:rPr>
          <w:sz w:val="24"/>
        </w:rPr>
        <w:t>час,</w:t>
      </w:r>
      <w:r>
        <w:rPr>
          <w:spacing w:val="3"/>
          <w:sz w:val="24"/>
        </w:rPr>
        <w:t xml:space="preserve"> </w:t>
      </w:r>
      <w:r>
        <w:rPr>
          <w:sz w:val="24"/>
        </w:rPr>
        <w:t>секунда),</w:t>
      </w:r>
      <w:r>
        <w:rPr>
          <w:spacing w:val="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4"/>
          <w:sz w:val="24"/>
        </w:rPr>
        <w:t xml:space="preserve"> </w:t>
      </w:r>
      <w:r>
        <w:rPr>
          <w:sz w:val="24"/>
        </w:rPr>
        <w:t>рубль),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1"/>
        <w:ind w:left="890" w:hanging="366"/>
        <w:rPr>
          <w:sz w:val="24"/>
        </w:rPr>
      </w:pPr>
      <w:r>
        <w:rPr>
          <w:sz w:val="24"/>
        </w:rPr>
        <w:t>преобразовывать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одни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 w:line="288" w:lineRule="auto"/>
        <w:ind w:right="75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 аналоговых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длину,</w:t>
      </w:r>
      <w:r>
        <w:rPr>
          <w:spacing w:val="4"/>
          <w:sz w:val="24"/>
        </w:rPr>
        <w:t xml:space="preserve"> </w:t>
      </w:r>
      <w:r>
        <w:rPr>
          <w:sz w:val="24"/>
        </w:rPr>
        <w:t>массу,</w:t>
      </w:r>
      <w:r>
        <w:rPr>
          <w:spacing w:val="4"/>
          <w:sz w:val="24"/>
        </w:rPr>
        <w:t xml:space="preserve"> </w:t>
      </w:r>
      <w:r>
        <w:rPr>
          <w:sz w:val="24"/>
        </w:rPr>
        <w:t>время;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6"/>
        <w:ind w:left="890" w:hanging="366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837" w:firstLine="0"/>
        <w:rPr>
          <w:sz w:val="24"/>
        </w:rPr>
      </w:pPr>
      <w:r>
        <w:rPr>
          <w:sz w:val="24"/>
        </w:rPr>
        <w:t>определять продолжительность события; сравнивать величины длины, площади, массы,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-7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на/в»;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называть,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2"/>
          <w:sz w:val="24"/>
        </w:rPr>
        <w:t xml:space="preserve"> </w:t>
      </w:r>
      <w:r>
        <w:rPr>
          <w:sz w:val="24"/>
        </w:rPr>
        <w:t>четверть);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6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C07A5F" w:rsidRDefault="00C07A5F" w:rsidP="00C07A5F">
      <w:pPr>
        <w:widowControl/>
        <w:autoSpaceDE/>
        <w:autoSpaceDN/>
        <w:rPr>
          <w:sz w:val="24"/>
        </w:rPr>
        <w:sectPr w:rsidR="00C07A5F">
          <w:pgSz w:w="11900" w:h="16840"/>
          <w:pgMar w:top="480" w:right="560" w:bottom="280" w:left="560" w:header="720" w:footer="720" w:gutter="0"/>
          <w:cols w:space="720"/>
        </w:sectPr>
      </w:pP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62" w:line="290" w:lineRule="auto"/>
        <w:ind w:right="1017" w:firstLine="0"/>
        <w:rPr>
          <w:sz w:val="24"/>
        </w:rPr>
      </w:pPr>
      <w:r>
        <w:rPr>
          <w:sz w:val="24"/>
        </w:rPr>
        <w:t>знать 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(покупка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 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величинами;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3" w:line="290" w:lineRule="auto"/>
        <w:ind w:right="474" w:firstLine="0"/>
        <w:rPr>
          <w:sz w:val="24"/>
        </w:rPr>
      </w:pPr>
      <w:r>
        <w:rPr>
          <w:sz w:val="24"/>
        </w:rPr>
        <w:t>выполнять 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4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 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0" w:line="290" w:lineRule="auto"/>
        <w:ind w:right="279" w:firstLine="0"/>
        <w:rPr>
          <w:sz w:val="24"/>
        </w:rPr>
      </w:pPr>
      <w:r>
        <w:rPr>
          <w:sz w:val="24"/>
        </w:rPr>
        <w:t>решать задачи в одно, два действия: представлять текст задачи, планировать ход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ответ, 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 w:line="288" w:lineRule="auto"/>
        <w:ind w:right="1097" w:firstLine="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25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5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1147" w:firstLine="0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7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9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правило/алгоритм;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18"/>
        <w:ind w:left="890" w:hanging="366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-5"/>
          <w:sz w:val="24"/>
        </w:rPr>
        <w:t xml:space="preserve"> </w:t>
      </w:r>
      <w:r>
        <w:rPr>
          <w:sz w:val="24"/>
        </w:rPr>
        <w:t>«все»,</w:t>
      </w:r>
    </w:p>
    <w:p w:rsidR="00C07A5F" w:rsidRDefault="00C07A5F" w:rsidP="00C07A5F">
      <w:pPr>
        <w:pStyle w:val="a5"/>
        <w:spacing w:before="61"/>
      </w:pPr>
      <w:r>
        <w:t>«некоторые»,</w:t>
      </w:r>
      <w:r>
        <w:rPr>
          <w:spacing w:val="-7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 w:line="290" w:lineRule="auto"/>
        <w:ind w:right="187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(одно/двухшаговые),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line="288" w:lineRule="auto"/>
        <w:ind w:right="1270" w:firstLine="0"/>
        <w:rPr>
          <w:sz w:val="24"/>
        </w:rPr>
      </w:pPr>
      <w:r>
        <w:rPr>
          <w:sz w:val="24"/>
        </w:rPr>
        <w:t>классифицировать объекты по одному, двум признакам; извлекать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 таблицах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 мира (например, расписание, режим работы), в предметах 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"/>
          <w:sz w:val="24"/>
        </w:rPr>
        <w:t xml:space="preserve"> </w:t>
      </w:r>
      <w:r>
        <w:rPr>
          <w:sz w:val="24"/>
        </w:rPr>
        <w:t>ярлык,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этикетка);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 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ему;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5"/>
        <w:ind w:left="890" w:hanging="36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75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4"/>
          <w:sz w:val="24"/>
        </w:rPr>
        <w:t xml:space="preserve"> </w:t>
      </w:r>
      <w:r>
        <w:rPr>
          <w:sz w:val="24"/>
        </w:rPr>
        <w:t>уникальное);</w:t>
      </w:r>
    </w:p>
    <w:p w:rsidR="00C07A5F" w:rsidRDefault="00C07A5F" w:rsidP="00C07A5F">
      <w:pPr>
        <w:pStyle w:val="a7"/>
        <w:numPr>
          <w:ilvl w:val="1"/>
          <w:numId w:val="8"/>
        </w:numPr>
        <w:tabs>
          <w:tab w:val="left" w:pos="891"/>
        </w:tabs>
        <w:spacing w:before="180"/>
        <w:ind w:left="890" w:hanging="366"/>
        <w:rPr>
          <w:sz w:val="24"/>
        </w:rPr>
      </w:pPr>
      <w:r>
        <w:rPr>
          <w:sz w:val="24"/>
        </w:rPr>
        <w:t>выбирать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задачи.</w:t>
      </w:r>
    </w:p>
    <w:p w:rsidR="00C07A5F" w:rsidRDefault="00C07A5F" w:rsidP="00C07A5F">
      <w:pPr>
        <w:rPr>
          <w:sz w:val="24"/>
          <w:szCs w:val="24"/>
        </w:rPr>
      </w:pPr>
    </w:p>
    <w:p w:rsidR="00C07A5F" w:rsidRPr="00C07A5F" w:rsidRDefault="00C07A5F" w:rsidP="00C07A5F">
      <w:pPr>
        <w:rPr>
          <w:sz w:val="24"/>
          <w:szCs w:val="24"/>
        </w:rPr>
      </w:pPr>
    </w:p>
    <w:p w:rsidR="00C07A5F" w:rsidRPr="00C07A5F" w:rsidRDefault="00C07A5F" w:rsidP="00C07A5F">
      <w:pPr>
        <w:ind w:firstLine="720"/>
        <w:rPr>
          <w:b/>
          <w:sz w:val="24"/>
          <w:szCs w:val="24"/>
        </w:rPr>
      </w:pPr>
      <w:r w:rsidRPr="00C07A5F">
        <w:rPr>
          <w:b/>
          <w:sz w:val="24"/>
          <w:szCs w:val="24"/>
        </w:rPr>
        <w:t>4 КЛАСС</w:t>
      </w:r>
    </w:p>
    <w:p w:rsidR="00C07A5F" w:rsidRDefault="00C07A5F" w:rsidP="00C07A5F">
      <w:pPr>
        <w:rPr>
          <w:sz w:val="24"/>
          <w:szCs w:val="24"/>
        </w:rPr>
      </w:pPr>
    </w:p>
    <w:p w:rsidR="004C39B9" w:rsidRDefault="004C39B9" w:rsidP="004C39B9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4C39B9" w:rsidRDefault="004C39B9" w:rsidP="004C39B9">
      <w:pPr>
        <w:pStyle w:val="a5"/>
        <w:spacing w:before="156" w:line="290" w:lineRule="auto"/>
        <w:ind w:left="106" w:right="419" w:firstLine="180"/>
      </w:pPr>
      <w:r>
        <w:t>В результате изучения предмета «Математика»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07" w:line="290" w:lineRule="auto"/>
        <w:ind w:right="335" w:firstLine="0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ситуациям,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18" w:line="290" w:lineRule="auto"/>
        <w:ind w:right="739" w:firstLine="0"/>
        <w:rPr>
          <w:sz w:val="24"/>
        </w:rPr>
      </w:pPr>
      <w:r>
        <w:rPr>
          <w:sz w:val="24"/>
        </w:rPr>
        <w:t>развития способности мыслить, рассуждать, выдвигать предположения и доказывать 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line="290" w:lineRule="auto"/>
        <w:ind w:right="1012" w:firstLine="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 лидировать, следовать указаниям, осознавать личную ответственность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80" w:line="290" w:lineRule="auto"/>
        <w:ind w:right="413" w:firstLine="0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line="290" w:lineRule="auto"/>
        <w:ind w:right="521" w:firstLine="0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силах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18" w:line="290" w:lineRule="auto"/>
        <w:ind w:right="1012" w:firstLine="0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трудностей;</w:t>
      </w:r>
    </w:p>
    <w:p w:rsidR="004C39B9" w:rsidRDefault="004C39B9" w:rsidP="004C39B9">
      <w:pPr>
        <w:pStyle w:val="a7"/>
        <w:numPr>
          <w:ilvl w:val="0"/>
          <w:numId w:val="9"/>
        </w:numPr>
        <w:tabs>
          <w:tab w:val="left" w:pos="887"/>
        </w:tabs>
        <w:spacing w:before="180" w:line="290" w:lineRule="auto"/>
        <w:ind w:right="458" w:firstLine="0"/>
        <w:rPr>
          <w:sz w:val="24"/>
        </w:rPr>
      </w:pPr>
      <w:r>
        <w:rPr>
          <w:sz w:val="24"/>
        </w:rPr>
        <w:t>стремиться углублять свои математические знания и умения; пользоваться разнообразными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информационными средствами для решения предложенных и самостоятельно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задач.</w:t>
      </w:r>
    </w:p>
    <w:p w:rsidR="004C39B9" w:rsidRDefault="004C39B9" w:rsidP="004C39B9">
      <w:pPr>
        <w:pStyle w:val="a5"/>
        <w:spacing w:before="8"/>
        <w:ind w:left="0"/>
        <w:rPr>
          <w:sz w:val="21"/>
        </w:rPr>
      </w:pPr>
    </w:p>
    <w:p w:rsidR="004C39B9" w:rsidRDefault="004C39B9" w:rsidP="004C39B9">
      <w:pPr>
        <w:pStyle w:val="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4C39B9" w:rsidRDefault="004C39B9" w:rsidP="004C39B9">
      <w:pPr>
        <w:pStyle w:val="a5"/>
        <w:spacing w:before="156"/>
        <w:ind w:left="28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4C39B9" w:rsidRDefault="004C39B9" w:rsidP="004C39B9">
      <w:pPr>
        <w:pStyle w:val="1"/>
        <w:spacing w:before="180"/>
        <w:ind w:left="286"/>
      </w:pPr>
      <w:r>
        <w:t>Универсальные</w:t>
      </w:r>
      <w:r>
        <w:rPr>
          <w:spacing w:val="4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4C39B9" w:rsidRDefault="004C39B9" w:rsidP="004C39B9">
      <w:pPr>
        <w:pStyle w:val="a7"/>
        <w:numPr>
          <w:ilvl w:val="0"/>
          <w:numId w:val="10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 w:line="290" w:lineRule="auto"/>
        <w:ind w:right="1128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6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476" w:firstLine="0"/>
        <w:rPr>
          <w:sz w:val="24"/>
        </w:rPr>
      </w:pPr>
      <w:r>
        <w:rPr>
          <w:sz w:val="24"/>
        </w:rPr>
        <w:t>применять базовые логические универсальные действия: сравнение, анализ, классификация</w:t>
      </w:r>
      <w:r>
        <w:rPr>
          <w:spacing w:val="-58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675" w:firstLine="0"/>
        <w:rPr>
          <w:sz w:val="24"/>
        </w:rPr>
      </w:pPr>
      <w:r>
        <w:rPr>
          <w:sz w:val="24"/>
        </w:rPr>
        <w:t>приобретать практические графические и измерительные навыки для успешного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житейских задач;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509" w:firstLine="0"/>
        <w:rPr>
          <w:sz w:val="24"/>
        </w:rPr>
      </w:pPr>
      <w:r>
        <w:rPr>
          <w:sz w:val="24"/>
        </w:rPr>
        <w:t>представлять текстовую задачу, её решение в виде модели, схемы, арифметической записи,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предложенной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проблемой.</w:t>
      </w:r>
    </w:p>
    <w:p w:rsidR="004C39B9" w:rsidRDefault="004C39B9" w:rsidP="004C39B9">
      <w:pPr>
        <w:pStyle w:val="a7"/>
        <w:numPr>
          <w:ilvl w:val="0"/>
          <w:numId w:val="10"/>
        </w:numPr>
        <w:tabs>
          <w:tab w:val="left" w:pos="611"/>
        </w:tabs>
        <w:spacing w:before="10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D83E4C" w:rsidRDefault="00D83E4C" w:rsidP="004C39B9">
      <w:pPr>
        <w:widowControl/>
        <w:autoSpaceDE/>
        <w:autoSpaceDN/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rPr>
          <w:sz w:val="24"/>
        </w:rPr>
      </w:pPr>
    </w:p>
    <w:p w:rsidR="00D83E4C" w:rsidRPr="00D83E4C" w:rsidRDefault="00D83E4C" w:rsidP="00D83E4C">
      <w:pPr>
        <w:tabs>
          <w:tab w:val="left" w:pos="1410"/>
        </w:tabs>
        <w:rPr>
          <w:sz w:val="24"/>
        </w:rPr>
      </w:pPr>
    </w:p>
    <w:p w:rsidR="00D83E4C" w:rsidRDefault="00D83E4C" w:rsidP="00D83E4C">
      <w:pPr>
        <w:rPr>
          <w:sz w:val="24"/>
        </w:rPr>
      </w:pPr>
    </w:p>
    <w:p w:rsidR="004C39B9" w:rsidRPr="00D83E4C" w:rsidRDefault="004C39B9" w:rsidP="00D83E4C">
      <w:pPr>
        <w:rPr>
          <w:sz w:val="24"/>
        </w:rPr>
        <w:sectPr w:rsidR="004C39B9" w:rsidRPr="00D83E4C">
          <w:pgSz w:w="11900" w:h="16840"/>
          <w:pgMar w:top="520" w:right="540" w:bottom="280" w:left="560" w:header="720" w:footer="720" w:gutter="0"/>
          <w:cols w:space="720"/>
        </w:sectPr>
      </w:pP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74" w:line="290" w:lineRule="auto"/>
        <w:ind w:right="1157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1704" w:firstLine="0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вариантов).</w:t>
      </w:r>
    </w:p>
    <w:p w:rsidR="004C39B9" w:rsidRDefault="004C39B9" w:rsidP="004C39B9">
      <w:pPr>
        <w:pStyle w:val="a7"/>
        <w:numPr>
          <w:ilvl w:val="0"/>
          <w:numId w:val="10"/>
        </w:numPr>
        <w:tabs>
          <w:tab w:val="left" w:pos="611"/>
        </w:tabs>
        <w:spacing w:before="16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 w:line="290" w:lineRule="auto"/>
        <w:ind w:right="264" w:firstLine="0"/>
        <w:rPr>
          <w:sz w:val="24"/>
        </w:rPr>
      </w:pPr>
      <w:r>
        <w:rPr>
          <w:sz w:val="24"/>
        </w:rPr>
        <w:t>находить и использовать для решения учебных задач текстовую, графическую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1105" w:firstLine="0"/>
        <w:rPr>
          <w:sz w:val="24"/>
        </w:rPr>
      </w:pPr>
      <w:r>
        <w:rPr>
          <w:sz w:val="24"/>
        </w:rPr>
        <w:t>читать, интерпретировать графически представленную информацию (схему, таблицу,</w:t>
      </w:r>
      <w:r>
        <w:rPr>
          <w:spacing w:val="-58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18" w:line="290" w:lineRule="auto"/>
        <w:ind w:right="727" w:firstLine="0"/>
        <w:rPr>
          <w:sz w:val="24"/>
        </w:rPr>
      </w:pPr>
      <w:r>
        <w:rPr>
          <w:sz w:val="24"/>
        </w:rPr>
        <w:t>представлять информацию в заданной форме (дополнять таблицу, текст), формулировать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line="290" w:lineRule="auto"/>
        <w:ind w:right="200" w:firstLine="0"/>
        <w:rPr>
          <w:sz w:val="24"/>
        </w:rPr>
      </w:pPr>
      <w:r>
        <w:rPr>
          <w:sz w:val="24"/>
        </w:rPr>
        <w:t>принимать правила, безопасно использовать предлагаемые электронные средства и источники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информации.</w:t>
      </w:r>
    </w:p>
    <w:p w:rsidR="004C39B9" w:rsidRDefault="004C39B9" w:rsidP="004C39B9">
      <w:pPr>
        <w:pStyle w:val="1"/>
        <w:spacing w:before="107"/>
        <w:ind w:left="286"/>
      </w:pPr>
      <w:r>
        <w:t>Универсальные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 w:line="290" w:lineRule="auto"/>
        <w:ind w:right="509" w:firstLine="0"/>
        <w:rPr>
          <w:sz w:val="24"/>
        </w:rPr>
      </w:pPr>
      <w:r>
        <w:rPr>
          <w:sz w:val="24"/>
        </w:rPr>
        <w:t>комментировать процесс вычисления, построения, решения; объяснять полученный ответ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изученной терминологии;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7" w:line="290" w:lineRule="auto"/>
        <w:ind w:right="253" w:firstLine="0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этику общения;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6" w:line="290" w:lineRule="auto"/>
        <w:ind w:right="301" w:firstLine="0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 фигуры), рассуждение (к примеру, при решении задачи), инструкция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деформированные;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4C39B9" w:rsidRDefault="004C39B9" w:rsidP="004C39B9">
      <w:pPr>
        <w:pStyle w:val="a7"/>
        <w:numPr>
          <w:ilvl w:val="1"/>
          <w:numId w:val="10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изученным.</w:t>
      </w:r>
    </w:p>
    <w:p w:rsidR="004C39B9" w:rsidRDefault="004C39B9" w:rsidP="004C39B9">
      <w:pPr>
        <w:pStyle w:val="1"/>
        <w:spacing w:before="169"/>
        <w:ind w:left="286"/>
      </w:pP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80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 w:line="290" w:lineRule="auto"/>
        <w:ind w:right="1076" w:firstLine="0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Самоконтроль: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4C39B9" w:rsidRDefault="004C39B9" w:rsidP="004C39B9">
      <w:pPr>
        <w:widowControl/>
        <w:autoSpaceDE/>
        <w:autoSpaceDN/>
        <w:rPr>
          <w:sz w:val="24"/>
        </w:rPr>
        <w:sectPr w:rsidR="004C39B9">
          <w:pgSz w:w="11900" w:h="16840"/>
          <w:pgMar w:top="620" w:right="540" w:bottom="280" w:left="560" w:header="720" w:footer="720" w:gutter="0"/>
          <w:cols w:space="720"/>
        </w:sectPr>
      </w:pP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78" w:line="290" w:lineRule="auto"/>
        <w:ind w:right="331" w:firstLine="0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ошибок.</w:t>
      </w:r>
    </w:p>
    <w:p w:rsidR="004C39B9" w:rsidRDefault="004C39B9" w:rsidP="004C39B9">
      <w:pPr>
        <w:pStyle w:val="a7"/>
        <w:numPr>
          <w:ilvl w:val="0"/>
          <w:numId w:val="11"/>
        </w:numPr>
        <w:tabs>
          <w:tab w:val="left" w:pos="611"/>
        </w:tabs>
        <w:spacing w:before="107"/>
        <w:rPr>
          <w:i/>
          <w:sz w:val="24"/>
        </w:rPr>
      </w:pPr>
      <w:r>
        <w:rPr>
          <w:i/>
          <w:sz w:val="24"/>
        </w:rPr>
        <w:t>Самооценка: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 w:line="290" w:lineRule="auto"/>
        <w:ind w:right="267" w:firstLine="0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 (формулирование вопросов, обращение к учебнику, дополнительным средствам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электронным);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характеристику.</w:t>
      </w:r>
    </w:p>
    <w:p w:rsidR="004C39B9" w:rsidRDefault="004C39B9" w:rsidP="004C39B9">
      <w:pPr>
        <w:pStyle w:val="1"/>
        <w:spacing w:before="168"/>
        <w:ind w:left="286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 w:line="290" w:lineRule="auto"/>
        <w:ind w:right="957" w:firstLine="0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контрпримеров);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352" w:firstLine="0"/>
        <w:rPr>
          <w:sz w:val="24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в ходе поиска доказательств, выбора рационального способа, 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523" w:firstLine="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предупреждения.</w:t>
      </w:r>
    </w:p>
    <w:p w:rsidR="004C39B9" w:rsidRDefault="004C39B9" w:rsidP="004C39B9">
      <w:pPr>
        <w:pStyle w:val="a5"/>
        <w:spacing w:before="10"/>
        <w:ind w:left="0"/>
        <w:rPr>
          <w:sz w:val="21"/>
        </w:rPr>
      </w:pPr>
    </w:p>
    <w:p w:rsidR="004C39B9" w:rsidRDefault="004C39B9" w:rsidP="004C39B9">
      <w:pPr>
        <w:pStyle w:val="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4C39B9" w:rsidRDefault="004C39B9" w:rsidP="004C39B9">
      <w:pPr>
        <w:pStyle w:val="a5"/>
        <w:spacing w:before="156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 обучающийся</w:t>
      </w:r>
      <w:r>
        <w:rPr>
          <w:spacing w:val="-3"/>
        </w:rPr>
        <w:t xml:space="preserve"> </w:t>
      </w:r>
      <w:r>
        <w:t>научится: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 w:line="290" w:lineRule="auto"/>
        <w:ind w:right="844" w:firstLine="0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 100 -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41" w:firstLine="0"/>
        <w:rPr>
          <w:sz w:val="24"/>
        </w:rPr>
      </w:pPr>
      <w:r>
        <w:rPr>
          <w:sz w:val="24"/>
        </w:rPr>
        <w:t>умножение и деление многозначного числа на однозначное, двузначное число письменно 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100 -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38" w:firstLine="0"/>
        <w:rPr>
          <w:sz w:val="24"/>
        </w:rPr>
      </w:pPr>
      <w:r>
        <w:rPr>
          <w:sz w:val="24"/>
        </w:rPr>
        <w:t>деление с остатком — письменно (в пределах 1000); вычислять значение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скобками/без скобок), содержащего действия сложения, вычитания, умножения,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многозначными числами;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1" w:line="290" w:lineRule="auto"/>
        <w:ind w:right="50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(реальность),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правилу/алгоритму,</w:t>
      </w:r>
      <w:r>
        <w:rPr>
          <w:spacing w:val="-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калькулятора;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217" w:firstLine="0"/>
        <w:rPr>
          <w:sz w:val="24"/>
        </w:rPr>
      </w:pPr>
      <w:r>
        <w:rPr>
          <w:sz w:val="24"/>
        </w:rPr>
        <w:t>находить долю величины, величину по ее доле; находить неизвестный 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вместимость, стоимость, площадь,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384" w:firstLine="0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 массы (грамм, килограмм, центнер, тонна), времени (секунда, минута, час; сутки,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 месяц, год, век), вместимости (литр), стоимости (копейка, рубль), площади (квадратный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(километр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час,</w:t>
      </w:r>
      <w:r>
        <w:rPr>
          <w:spacing w:val="-3"/>
          <w:sz w:val="24"/>
        </w:rPr>
        <w:t xml:space="preserve"> </w:t>
      </w:r>
      <w:r>
        <w:rPr>
          <w:sz w:val="24"/>
        </w:rPr>
        <w:t>метр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секунду);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7" w:line="290" w:lineRule="auto"/>
        <w:ind w:right="342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</w:p>
    <w:p w:rsidR="004C39B9" w:rsidRDefault="004C39B9" w:rsidP="004C39B9">
      <w:pPr>
        <w:widowControl/>
        <w:autoSpaceDE/>
        <w:autoSpaceDN/>
        <w:spacing w:line="290" w:lineRule="auto"/>
        <w:rPr>
          <w:sz w:val="24"/>
        </w:rPr>
        <w:sectPr w:rsidR="004C39B9">
          <w:pgSz w:w="11900" w:h="16840"/>
          <w:pgMar w:top="640" w:right="540" w:bottom="280" w:left="560" w:header="720" w:footer="720" w:gutter="0"/>
          <w:cols w:space="720"/>
        </w:sectPr>
      </w:pPr>
    </w:p>
    <w:p w:rsidR="004C39B9" w:rsidRDefault="004C39B9" w:rsidP="004C39B9">
      <w:pPr>
        <w:pStyle w:val="a5"/>
        <w:spacing w:before="74" w:line="290" w:lineRule="auto"/>
        <w:ind w:right="374"/>
      </w:pPr>
      <w:r>
        <w:t>работы; определять с помощью цифровых и аналоговых приборов массу предмета, температуру</w:t>
      </w:r>
      <w:r>
        <w:rPr>
          <w:spacing w:val="-5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помещении),</w:t>
      </w:r>
      <w:r>
        <w:rPr>
          <w:spacing w:val="-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439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сосудов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вместимость;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755" w:firstLine="0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1—3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при решении подходящие способы вычисления, сочетая устные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 и используя, при необходимости, вычислительные устройства,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условию;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371" w:firstLine="0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т.п.), в том числе, с избыточными данными, находить недостающую информацию (например, из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 схем), находить и оценивать различные способы решения, использовать 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891" w:firstLine="0"/>
        <w:rPr>
          <w:sz w:val="24"/>
        </w:rPr>
      </w:pPr>
      <w:r>
        <w:rPr>
          <w:sz w:val="24"/>
        </w:rPr>
        <w:t>различать, называть геометрические фигуры: окружность, круг; изображать 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2"/>
          <w:sz w:val="24"/>
        </w:rPr>
        <w:t xml:space="preserve"> </w:t>
      </w:r>
      <w:r>
        <w:rPr>
          <w:sz w:val="24"/>
        </w:rPr>
        <w:t>и линейки 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радиуса;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344" w:firstLine="0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 конуса,</w:t>
      </w:r>
      <w:r>
        <w:rPr>
          <w:spacing w:val="-58"/>
          <w:sz w:val="24"/>
        </w:rPr>
        <w:t xml:space="preserve"> </w:t>
      </w:r>
      <w:r>
        <w:rPr>
          <w:sz w:val="24"/>
        </w:rPr>
        <w:t>пирамиды;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598" w:firstLine="0"/>
        <w:rPr>
          <w:sz w:val="24"/>
        </w:rPr>
      </w:pPr>
      <w:r>
        <w:rPr>
          <w:sz w:val="24"/>
        </w:rPr>
        <w:t>распознавать в простейших случаях проекции предметов окружающего мира на плоскость</w:t>
      </w:r>
      <w:r>
        <w:rPr>
          <w:spacing w:val="-58"/>
          <w:sz w:val="24"/>
        </w:rPr>
        <w:t xml:space="preserve"> </w:t>
      </w:r>
      <w:r>
        <w:rPr>
          <w:sz w:val="24"/>
        </w:rPr>
        <w:t>(пол,</w:t>
      </w:r>
      <w:r>
        <w:rPr>
          <w:spacing w:val="-1"/>
          <w:sz w:val="24"/>
        </w:rPr>
        <w:t xml:space="preserve"> </w:t>
      </w:r>
      <w:r>
        <w:rPr>
          <w:sz w:val="24"/>
        </w:rPr>
        <w:t>стену);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619" w:firstLine="0"/>
        <w:jc w:val="both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прямоугольники (квадраты), находить периметр и площадь фигур, составленных из двух трех</w:t>
      </w:r>
      <w:r>
        <w:rPr>
          <w:spacing w:val="-58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(квадратов);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852" w:firstLine="0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контрпример;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line="290" w:lineRule="auto"/>
        <w:ind w:right="272" w:firstLine="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(одно/двухшаговые) с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 изученных связок; классифицировать объекты по 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одному, двум признакам;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965" w:firstLine="0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 столбчатых диаграммах, таблицах 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1428" w:firstLine="0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6"/>
          <w:sz w:val="24"/>
        </w:rPr>
        <w:t xml:space="preserve"> </w:t>
      </w:r>
      <w:r>
        <w:rPr>
          <w:sz w:val="24"/>
        </w:rPr>
        <w:t>диаграмму;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формализованные описания последовательности действий (алгоритм, план, схема)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 ситуациях;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18" w:line="290" w:lineRule="auto"/>
        <w:ind w:right="916" w:firstLine="0"/>
        <w:rPr>
          <w:sz w:val="24"/>
        </w:rPr>
      </w:pPr>
      <w:r>
        <w:rPr>
          <w:sz w:val="24"/>
        </w:rPr>
        <w:t>дополнять алгоритм, упорядочивать шаги алгоритма; выбирать рациональное решение;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числовое выражение;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4C39B9" w:rsidRDefault="004C39B9" w:rsidP="004C39B9">
      <w:pPr>
        <w:pStyle w:val="a7"/>
        <w:numPr>
          <w:ilvl w:val="1"/>
          <w:numId w:val="1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предложенных.</w:t>
      </w:r>
    </w:p>
    <w:p w:rsidR="00AC507E" w:rsidRPr="00C07A5F" w:rsidRDefault="00AC507E" w:rsidP="00C07A5F">
      <w:pPr>
        <w:rPr>
          <w:sz w:val="24"/>
          <w:szCs w:val="24"/>
        </w:rPr>
        <w:sectPr w:rsidR="00AC507E" w:rsidRPr="00C07A5F">
          <w:pgSz w:w="11900" w:h="16840"/>
          <w:pgMar w:top="364" w:right="760" w:bottom="312" w:left="666" w:header="720" w:footer="720" w:gutter="0"/>
          <w:cols w:space="720"/>
        </w:sectPr>
      </w:pPr>
    </w:p>
    <w:p w:rsidR="00AC507E" w:rsidRDefault="00AC507E" w:rsidP="00AC507E">
      <w:pPr>
        <w:ind w:firstLine="720"/>
      </w:pPr>
    </w:p>
    <w:p w:rsidR="00AC507E" w:rsidRDefault="00AC507E" w:rsidP="00AC507E"/>
    <w:p w:rsidR="009D0436" w:rsidRDefault="009D0436" w:rsidP="009D0436">
      <w:pPr>
        <w:pStyle w:val="1"/>
        <w:spacing w:before="63"/>
        <w:ind w:left="2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97E2B21" wp14:editId="684952B3">
                <wp:simplePos x="0" y="0"/>
                <wp:positionH relativeFrom="page">
                  <wp:posOffset>338455</wp:posOffset>
                </wp:positionH>
                <wp:positionV relativeFrom="paragraph">
                  <wp:posOffset>276860</wp:posOffset>
                </wp:positionV>
                <wp:extent cx="10021570" cy="8890"/>
                <wp:effectExtent l="0" t="3810" r="3175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157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04F36" id="Прямоугольник 1" o:spid="_x0000_s1026" style="position:absolute;margin-left:26.65pt;margin-top:21.8pt;width:789.1pt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bookmarkStart w:id="1" w:name="ТЕМАТИЧЕСКОЕ_ПЛАНИРОВАНИЕ"/>
      <w:bookmarkEnd w:id="1"/>
      <w:r>
        <w:t>ТЕМАТИЧЕСКОЕ</w:t>
      </w:r>
      <w:r>
        <w:rPr>
          <w:spacing w:val="-15"/>
        </w:rPr>
        <w:t xml:space="preserve"> </w:t>
      </w:r>
      <w:r>
        <w:t>ПЛАНИРОВАНИЕ 1 класс</w:t>
      </w:r>
    </w:p>
    <w:p w:rsidR="009D0436" w:rsidRDefault="009D0436" w:rsidP="009D0436">
      <w:pPr>
        <w:pStyle w:val="a5"/>
        <w:ind w:left="0"/>
        <w:rPr>
          <w:b/>
          <w:sz w:val="15"/>
        </w:r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330"/>
        </w:trPr>
        <w:tc>
          <w:tcPr>
            <w:tcW w:w="394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83" w:right="64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п/п</w:t>
            </w:r>
          </w:p>
        </w:tc>
        <w:tc>
          <w:tcPr>
            <w:tcW w:w="2880" w:type="dxa"/>
            <w:vMerge w:val="restart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Наименование</w:t>
            </w:r>
            <w:r w:rsidRPr="00AB0F27">
              <w:rPr>
                <w:b/>
                <w:spacing w:val="1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разделов</w:t>
            </w:r>
            <w:r w:rsidRPr="00AB0F27">
              <w:rPr>
                <w:b/>
                <w:spacing w:val="2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тем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программы</w:t>
            </w:r>
          </w:p>
        </w:tc>
        <w:tc>
          <w:tcPr>
            <w:tcW w:w="2775" w:type="dxa"/>
            <w:gridSpan w:val="3"/>
          </w:tcPr>
          <w:p w:rsidR="009D0436" w:rsidRDefault="009D0436" w:rsidP="009D0436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right="118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изучения</w:t>
            </w:r>
          </w:p>
        </w:tc>
        <w:tc>
          <w:tcPr>
            <w:tcW w:w="4033" w:type="dxa"/>
            <w:vMerge w:val="restart"/>
          </w:tcPr>
          <w:p w:rsidR="009D0436" w:rsidRDefault="009D0436" w:rsidP="009D0436">
            <w:pPr>
              <w:pStyle w:val="TableParagraph"/>
              <w:spacing w:before="71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314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3471" w:type="dxa"/>
            <w:vMerge w:val="restart"/>
          </w:tcPr>
          <w:p w:rsidR="009D0436" w:rsidRDefault="009D0436" w:rsidP="009D0436">
            <w:pPr>
              <w:pStyle w:val="TableParagraph"/>
              <w:spacing w:before="71" w:line="266" w:lineRule="auto"/>
              <w:ind w:left="90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 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9D0436" w:rsidTr="009D0436">
        <w:trPr>
          <w:trHeight w:val="527"/>
        </w:trPr>
        <w:tc>
          <w:tcPr>
            <w:tcW w:w="394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6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6" w:line="266" w:lineRule="auto"/>
              <w:ind w:right="71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6" w:line="266" w:lineRule="auto"/>
              <w:ind w:right="75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3471" w:type="dxa"/>
            <w:vMerge/>
            <w:tcBorders>
              <w:top w:val="nil"/>
            </w:tcBorders>
          </w:tcPr>
          <w:p w:rsidR="009D0436" w:rsidRDefault="009D0436" w:rsidP="009D0436">
            <w:pPr>
              <w:rPr>
                <w:sz w:val="2"/>
                <w:szCs w:val="2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Числа</w:t>
            </w:r>
          </w:p>
        </w:tc>
      </w:tr>
      <w:tr w:rsidR="009D0436" w:rsidRPr="00720C05" w:rsidTr="009D0436">
        <w:trPr>
          <w:trHeight w:val="79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5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66" w:line="261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Числа</w:t>
            </w:r>
            <w:r w:rsidRPr="00AB0F27">
              <w:rPr>
                <w:b/>
                <w:spacing w:val="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1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до</w:t>
            </w:r>
            <w:r w:rsidRPr="00AB0F27">
              <w:rPr>
                <w:b/>
                <w:spacing w:val="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9: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различение,</w:t>
            </w:r>
            <w:r w:rsidRPr="00AB0F27">
              <w:rPr>
                <w:b/>
                <w:spacing w:val="1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чтение,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запись.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before="75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учебных ситуаций,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связанных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применением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представлений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о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числе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практических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ситуациях.</w:t>
            </w:r>
            <w:r w:rsidRPr="00AB0F27"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Письмо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цифр.;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5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6" w:lineRule="auto"/>
              <w:ind w:left="8" w:right="1293" w:firstLine="81"/>
              <w:rPr>
                <w:rFonts w:ascii="Calibri"/>
                <w:sz w:val="16"/>
              </w:rPr>
            </w:pPr>
            <w:hyperlink r:id="rId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r w:rsidR="009D0436">
              <w:rPr>
                <w:color w:val="0000FF"/>
                <w:spacing w:val="1"/>
                <w:sz w:val="16"/>
              </w:rPr>
              <w:t xml:space="preserve"> </w:t>
            </w:r>
            <w:hyperlink r:id="rId10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D35995" w:rsidRDefault="002A34AC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hyperlink r:id="rId1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 w:rsidRPr="00D35995">
              <w:rPr>
                <w:sz w:val="15"/>
              </w:rPr>
              <w:t>Электронное</w:t>
            </w:r>
            <w:r w:rsidR="009D0436" w:rsidRPr="00D35995">
              <w:rPr>
                <w:spacing w:val="1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приложение</w:t>
            </w:r>
            <w:r w:rsidR="009D0436" w:rsidRPr="00D35995">
              <w:rPr>
                <w:spacing w:val="10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к</w:t>
            </w:r>
            <w:r w:rsidR="009D0436" w:rsidRPr="00D35995">
              <w:rPr>
                <w:spacing w:val="-35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12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Единица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счёта.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Десяток.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парах/ группах.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вопросы: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«Сколько?»,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«Который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счёту?»,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19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больше?»,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меньше?»,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«Что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получится,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если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увеличить/уменьшить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количество на 1, 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2?»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71" w:lineRule="auto"/>
              <w:ind w:left="8" w:right="1293" w:firstLine="81"/>
              <w:rPr>
                <w:rFonts w:ascii="Calibri"/>
                <w:sz w:val="16"/>
              </w:rPr>
            </w:pPr>
            <w:hyperlink r:id="rId13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r w:rsidR="009D0436">
              <w:rPr>
                <w:color w:val="0000FF"/>
                <w:spacing w:val="1"/>
                <w:sz w:val="16"/>
              </w:rPr>
              <w:t xml:space="preserve"> </w:t>
            </w:r>
            <w:hyperlink r:id="rId14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Счёт предметов,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запись результата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цифрами.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Игровые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упражнения по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различению количества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предметов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(зрительно, на слух,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установлением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соответствия),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числа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 цифры, представлению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чисел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словесно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письменно.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6" w:lineRule="auto"/>
              <w:ind w:left="8" w:right="1293" w:firstLine="81"/>
              <w:rPr>
                <w:rFonts w:ascii="Calibri"/>
                <w:sz w:val="16"/>
              </w:rPr>
            </w:pPr>
            <w:hyperlink r:id="rId15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r w:rsidR="009D0436">
              <w:rPr>
                <w:color w:val="0000FF"/>
                <w:spacing w:val="1"/>
                <w:sz w:val="16"/>
              </w:rPr>
              <w:t xml:space="preserve"> </w:t>
            </w:r>
            <w:hyperlink r:id="rId16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D35995" w:rsidRDefault="002A34AC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hyperlink r:id="rId17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 w:rsidRPr="00D35995">
              <w:rPr>
                <w:sz w:val="15"/>
              </w:rPr>
              <w:t>Электронное</w:t>
            </w:r>
            <w:r w:rsidR="009D0436" w:rsidRPr="00D35995">
              <w:rPr>
                <w:spacing w:val="1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приложение</w:t>
            </w:r>
            <w:r w:rsidR="009D0436" w:rsidRPr="00D35995">
              <w:rPr>
                <w:spacing w:val="10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к</w:t>
            </w:r>
            <w:r w:rsidR="009D0436" w:rsidRPr="00D35995">
              <w:rPr>
                <w:spacing w:val="-35"/>
                <w:sz w:val="15"/>
              </w:rPr>
              <w:t xml:space="preserve"> </w:t>
            </w:r>
            <w:r w:rsidR="009D0436" w:rsidRPr="00D3599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18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71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Порядковый</w:t>
            </w:r>
            <w:r w:rsidRPr="00AB0F27">
              <w:rPr>
                <w:b/>
                <w:spacing w:val="2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номер</w:t>
            </w:r>
            <w:r w:rsidRPr="00AB0F27">
              <w:rPr>
                <w:b/>
                <w:spacing w:val="1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объекта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при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заданном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порядке</w:t>
            </w:r>
            <w:r w:rsidRPr="00AB0F27">
              <w:rPr>
                <w:b/>
                <w:spacing w:val="1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счёта.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Чтение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запись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групп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чисел, геометрических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фигур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заданном 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установленном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порядке.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1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4" w:lineRule="auto"/>
              <w:ind w:left="83" w:right="318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Сравнение чисел, сравнение групп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предметов по количеству: больше,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меньше,</w:t>
            </w:r>
            <w:r w:rsidRPr="00AB0F27">
              <w:rPr>
                <w:b/>
                <w:spacing w:val="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столько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же.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парах/ группах.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вопросы: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«Сколько?»,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«Который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счёту?»,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19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больше?»,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меньше?»,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«Что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получится,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если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увеличить/уменьшить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количество на 1, 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2?»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1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Default="009D0436" w:rsidP="009D0436"/>
          <w:p w:rsidR="009D0436" w:rsidRDefault="002A34AC" w:rsidP="009D0436">
            <w:pPr>
              <w:pStyle w:val="TableParagraph"/>
              <w:spacing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720C0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>
              <w:rPr>
                <w:rFonts w:ascii="Calibri"/>
                <w:color w:val="0000FF"/>
                <w:sz w:val="16"/>
                <w:u w:val="single" w:color="0000FF"/>
              </w:rPr>
              <w:t xml:space="preserve"> </w:t>
            </w:r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24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60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1.6.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Число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цифра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0</w:t>
            </w:r>
            <w:r w:rsidRPr="00AB0F27">
              <w:rPr>
                <w:b/>
                <w:spacing w:val="1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при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измерении,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вычислении.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Цифры;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знаки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сравнения,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равенства,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арифметических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действий.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5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0" w:line="175" w:lineRule="exact"/>
              <w:ind w:left="8"/>
              <w:rPr>
                <w:rFonts w:ascii="Calibri"/>
                <w:sz w:val="16"/>
              </w:rPr>
            </w:pPr>
            <w:hyperlink r:id="rId26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sz w:val="15"/>
              </w:rPr>
            </w:pPr>
            <w:r w:rsidRPr="00AB0F27">
              <w:rPr>
                <w:b/>
                <w:sz w:val="15"/>
              </w:rPr>
              <w:t>Числа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</w:t>
            </w:r>
            <w:r w:rsidRPr="00AB0F27">
              <w:rPr>
                <w:b/>
                <w:spacing w:val="1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пределах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20: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чтение,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запись,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сравнение</w:t>
            </w:r>
            <w:r w:rsidRPr="00AB0F27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Чтение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запись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групп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чисел, геометрических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фигур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заданном 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установленном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порядке.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7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28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71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1.8.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Однозначные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двузначные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числа.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before="71" w:line="271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учебных ситуаций,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связанных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применением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представлений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о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числе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практических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ситуациях.</w:t>
            </w:r>
            <w:r w:rsidRPr="00AB0F27"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Письмо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цифр.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68" w:lineRule="auto"/>
              <w:ind w:left="90" w:right="2190"/>
              <w:rPr>
                <w:sz w:val="16"/>
              </w:rPr>
            </w:pPr>
            <w:hyperlink r:id="rId29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71"/>
              <w:ind w:left="90"/>
              <w:rPr>
                <w:sz w:val="15"/>
              </w:rPr>
            </w:pPr>
            <w:hyperlink r:id="rId3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spacing w:before="71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1.9.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Увеличение (уменьшение)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числа на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несколько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единиц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before="71"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парах/ группах.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вопросы: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«Сколько?»,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«Который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счёту?»,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19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больше?»,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«На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меньше?»,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«Что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получится,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если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увеличить/уменьшить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количество на 1, 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2?»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самостоятельно.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before="71"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Pr="00D35995" w:rsidRDefault="002A34AC" w:rsidP="009D0436">
            <w:pPr>
              <w:pStyle w:val="TableParagraph"/>
              <w:spacing w:before="71" w:line="266" w:lineRule="auto"/>
              <w:ind w:left="90"/>
              <w:rPr>
                <w:sz w:val="15"/>
              </w:rPr>
            </w:pPr>
            <w:hyperlink r:id="rId31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  <w:r w:rsidR="009D0436">
              <w:rPr>
                <w:color w:val="0000FF"/>
                <w:spacing w:val="1"/>
                <w:sz w:val="15"/>
              </w:rPr>
              <w:t xml:space="preserve"> </w:t>
            </w:r>
          </w:p>
          <w:p w:rsidR="009D0436" w:rsidRPr="00D35995" w:rsidRDefault="009D0436" w:rsidP="009D0436"/>
          <w:p w:rsidR="009D0436" w:rsidRPr="00D35995" w:rsidRDefault="002A34AC" w:rsidP="009D0436">
            <w:pPr>
              <w:pStyle w:val="TableParagraph"/>
              <w:spacing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3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  <w:r w:rsidR="009D0436" w:rsidRPr="00D35995">
              <w:rPr>
                <w:rFonts w:ascii="Calibri"/>
                <w:color w:val="0000FF"/>
                <w:sz w:val="16"/>
                <w:u w:val="single" w:color="0000FF"/>
              </w:rPr>
              <w:t xml:space="preserve"> </w:t>
            </w:r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33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Tr="009D0436">
        <w:trPr>
          <w:trHeight w:val="335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1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Величины</w:t>
            </w:r>
          </w:p>
        </w:tc>
      </w:tr>
    </w:tbl>
    <w:p w:rsidR="009D0436" w:rsidRDefault="009D0436" w:rsidP="009D0436">
      <w:pPr>
        <w:rPr>
          <w:sz w:val="15"/>
        </w:rPr>
        <w:sectPr w:rsidR="009D0436">
          <w:pgSz w:w="16840" w:h="11900" w:orient="landscape"/>
          <w:pgMar w:top="50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522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sz w:val="15"/>
              </w:rPr>
            </w:pPr>
            <w:r w:rsidRPr="00AB0F27">
              <w:rPr>
                <w:b/>
                <w:sz w:val="15"/>
              </w:rPr>
              <w:t>Длина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её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измерение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помощью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заданной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мерки</w:t>
            </w:r>
            <w:r w:rsidRPr="00AB0F27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Знакомство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приборами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для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измерения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величин.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3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720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before="51"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Сравнение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без измерения: выше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—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ниже,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шире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—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уже,</w:t>
            </w:r>
            <w:r w:rsidRPr="00AB0F27">
              <w:rPr>
                <w:b/>
                <w:spacing w:val="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длиннее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—</w:t>
            </w:r>
            <w:r w:rsidRPr="00AB0F27">
              <w:rPr>
                <w:b/>
                <w:spacing w:val="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короче,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старше</w:t>
            </w:r>
            <w:r w:rsidRPr="00AB0F27">
              <w:rPr>
                <w:b/>
                <w:spacing w:val="2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—</w:t>
            </w:r>
            <w:r w:rsidRPr="00AB0F27">
              <w:rPr>
                <w:b/>
                <w:spacing w:val="1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моложе,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тяжелее</w:t>
            </w:r>
            <w:r w:rsidRPr="00AB0F27">
              <w:rPr>
                <w:b/>
                <w:spacing w:val="1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—</w:t>
            </w:r>
            <w:r w:rsidRPr="00AB0F27">
              <w:rPr>
                <w:b/>
                <w:spacing w:val="1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легче.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Понимание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назначения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необходимости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использования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величин</w:t>
            </w:r>
            <w:r w:rsidRPr="00AB0F27">
              <w:rPr>
                <w:spacing w:val="2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жизни.;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35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Единицы длины: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сантиметр,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дециметр;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установление соотношения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между</w:t>
            </w:r>
            <w:r w:rsidRPr="00AB0F27">
              <w:rPr>
                <w:b/>
                <w:spacing w:val="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ними.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ind w:left="85"/>
              <w:rPr>
                <w:sz w:val="15"/>
              </w:rPr>
            </w:pPr>
            <w:r>
              <w:rPr>
                <w:sz w:val="15"/>
              </w:rPr>
              <w:t>Наблюдение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измерительных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приборов.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Pr="00D35995" w:rsidRDefault="002A34AC" w:rsidP="009D0436">
            <w:pPr>
              <w:pStyle w:val="TableParagraph"/>
              <w:spacing w:line="266" w:lineRule="auto"/>
              <w:ind w:left="90"/>
              <w:rPr>
                <w:sz w:val="15"/>
              </w:rPr>
            </w:pPr>
            <w:hyperlink r:id="rId36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ru</w:t>
              </w:r>
            </w:hyperlink>
          </w:p>
          <w:p w:rsidR="009D0436" w:rsidRPr="00D35995" w:rsidRDefault="009D0436" w:rsidP="009D0436"/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37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Tr="009D0436">
        <w:trPr>
          <w:trHeight w:val="335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3.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Арифметические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действия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570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вычитание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чисел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пределах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20.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Обсуждение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приёмов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сложения,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вычитания: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нахождение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значения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суммы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разности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основе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состава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числа,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использованием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числовой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ленты,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частям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др.;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before="0" w:line="271" w:lineRule="auto"/>
              <w:ind w:left="8" w:right="1293" w:firstLine="81"/>
              <w:rPr>
                <w:rFonts w:ascii="Calibri"/>
                <w:sz w:val="16"/>
              </w:rPr>
            </w:pPr>
            <w:hyperlink r:id="rId38">
              <w:r w:rsidR="009D0436">
                <w:rPr>
                  <w:color w:val="0000FF"/>
                  <w:sz w:val="16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6"/>
                </w:rPr>
                <w:t>/</w:t>
              </w:r>
            </w:hyperlink>
            <w:r w:rsidR="009D0436">
              <w:rPr>
                <w:color w:val="0000FF"/>
                <w:spacing w:val="1"/>
                <w:sz w:val="16"/>
              </w:rPr>
              <w:t xml:space="preserve"> </w:t>
            </w:r>
            <w:hyperlink r:id="rId39">
              <w:r w:rsidR="009D0436">
                <w:rPr>
                  <w:rFonts w:ascii="Calibri"/>
                  <w:color w:val="0000FF"/>
                  <w:w w:val="95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48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Названия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компонентов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действий,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результатов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действий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сложения,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вычитания.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Знаки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сложения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вычитания,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названия</w:t>
            </w:r>
            <w:r w:rsidRPr="00AB0F27">
              <w:rPr>
                <w:b/>
                <w:spacing w:val="1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компонентов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действия.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Таблица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сложения.</w:t>
            </w:r>
          </w:p>
          <w:p w:rsidR="009D0436" w:rsidRPr="00AB0F27" w:rsidRDefault="009D0436" w:rsidP="009D0436">
            <w:pPr>
              <w:pStyle w:val="TableParagraph"/>
              <w:spacing w:before="3"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w w:val="95"/>
                <w:sz w:val="15"/>
              </w:rPr>
              <w:t>Переместительное</w:t>
            </w:r>
            <w:r w:rsidRPr="00AB0F27">
              <w:rPr>
                <w:b/>
                <w:spacing w:val="4"/>
                <w:w w:val="95"/>
                <w:sz w:val="15"/>
              </w:rPr>
              <w:t xml:space="preserve"> </w:t>
            </w:r>
            <w:r w:rsidRPr="00AB0F27">
              <w:rPr>
                <w:b/>
                <w:w w:val="95"/>
                <w:sz w:val="15"/>
              </w:rPr>
              <w:t>свойство</w:t>
            </w:r>
            <w:r w:rsidRPr="00AB0F27">
              <w:rPr>
                <w:b/>
                <w:spacing w:val="1"/>
                <w:w w:val="9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сложения.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9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Обсуждение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приёмов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сложения,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вычитания: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нахождение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значения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суммы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разности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основе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состава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числа,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использованием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числовой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ленты,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частям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др.;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Pr="00D35995" w:rsidRDefault="002A34AC" w:rsidP="009D0436">
            <w:pPr>
              <w:pStyle w:val="TableParagraph"/>
              <w:spacing w:line="266" w:lineRule="auto"/>
              <w:ind w:left="90" w:right="244"/>
              <w:jc w:val="both"/>
              <w:rPr>
                <w:sz w:val="15"/>
              </w:rPr>
            </w:pPr>
            <w:hyperlink r:id="rId4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://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education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yandex</w:t>
              </w:r>
              <w:r w:rsidR="009D0436" w:rsidRPr="00D35995">
                <w:rPr>
                  <w:rFonts w:ascii="Calibri"/>
                  <w:color w:val="0000FF"/>
                  <w:sz w:val="16"/>
                  <w:u w:val="single" w:color="0000FF"/>
                </w:rPr>
                <w:t>.</w:t>
              </w:r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ru</w:t>
              </w:r>
            </w:hyperlink>
          </w:p>
          <w:p w:rsidR="009D0436" w:rsidRPr="00D35995" w:rsidRDefault="009D0436" w:rsidP="009D0436"/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41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349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Вычитание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как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действие,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обратное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сложению.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 работа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числовым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выражением: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запись,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чтение,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приведение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примера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(с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помощью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учителя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или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образцу),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иллюстрирующего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смысл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арифметического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42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Неизвестное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слагаемое.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Моделирование.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Иллюстрация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помощью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предметной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переместительного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свойства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сложения,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способа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нахождения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неизвестного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слагаемого.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Под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руководством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педагога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выполнение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счёта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использованием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заданной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единицы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счёта.;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4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5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 одинаковых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слагаемых.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Счёт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2,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3,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5.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парах/группах: проверка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правильности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вычисления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раздаточного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материала,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линейки,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 образцу;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обнаружение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общего 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различного в записи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арифметических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действий,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одного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того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же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разными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числами.;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46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7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06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Прибавление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вычитание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нуля.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Дидактические игры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упражнения,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связанные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выбором,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составлением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сумм,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разностей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заданным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результатом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действия;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сравнением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значений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числовых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выражений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(без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вычислений),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результату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48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49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Сложение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вычитание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чисел без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перехода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переходом</w:t>
            </w:r>
            <w:r w:rsidRPr="00AB0F27">
              <w:rPr>
                <w:b/>
                <w:spacing w:val="1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через</w:t>
            </w:r>
            <w:r w:rsidRPr="00AB0F27">
              <w:rPr>
                <w:b/>
                <w:spacing w:val="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десяток.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Использование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разных способов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подсчёта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суммы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разности,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переместительного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свойства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при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нахождении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суммы.;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50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5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</w:tbl>
    <w:p w:rsidR="009D0436" w:rsidRPr="009D0436" w:rsidRDefault="009D0436" w:rsidP="009D0436">
      <w:pPr>
        <w:rPr>
          <w:rFonts w:ascii="Calibri"/>
          <w:sz w:val="16"/>
        </w:rPr>
        <w:sectPr w:rsidR="009D0436" w:rsidRP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3.8.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Вычисление суммы,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разности трёх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чисел.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Работа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парах/группах: проверка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правильности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вычисления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раздаточного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материала,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линейки,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 образцу;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обнаружение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общего 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различного в записи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арифметических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действий,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одного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того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же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разными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числами.;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52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5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6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40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Текстовые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задачи</w:t>
            </w:r>
          </w:p>
        </w:tc>
      </w:tr>
      <w:tr w:rsidR="009D0436" w:rsidRPr="00720C05" w:rsidTr="009D0436">
        <w:trPr>
          <w:trHeight w:val="1680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Текстовая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задача: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структурные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элементы,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составление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текстовой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задачи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образцу.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47"/>
              <w:rPr>
                <w:sz w:val="15"/>
              </w:rPr>
            </w:pPr>
            <w:r w:rsidRPr="00AB0F27">
              <w:rPr>
                <w:sz w:val="15"/>
              </w:rPr>
              <w:t>Моделирование: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описание словами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 с помощью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предметной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сюжетной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ситуации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математическогоотношения.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Иллюстрация</w:t>
            </w:r>
            <w:r w:rsidRPr="00AB0F27">
              <w:rPr>
                <w:spacing w:val="35"/>
                <w:sz w:val="15"/>
              </w:rPr>
              <w:t xml:space="preserve"> </w:t>
            </w:r>
            <w:r w:rsidRPr="00AB0F27">
              <w:rPr>
                <w:sz w:val="15"/>
              </w:rPr>
              <w:t>практической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ситуации</w:t>
            </w:r>
            <w:r w:rsidRPr="00AB0F27">
              <w:rPr>
                <w:spacing w:val="23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использованием</w:t>
            </w:r>
            <w:r w:rsidRPr="00AB0F27">
              <w:rPr>
                <w:spacing w:val="25"/>
                <w:sz w:val="15"/>
              </w:rPr>
              <w:t xml:space="preserve"> </w:t>
            </w:r>
            <w:r w:rsidRPr="00AB0F27">
              <w:rPr>
                <w:sz w:val="15"/>
              </w:rPr>
              <w:t>счётного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материала.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Решение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текстовой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задачи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помощью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раздаточного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материала.</w:t>
            </w:r>
          </w:p>
          <w:p w:rsidR="009D0436" w:rsidRPr="00AB0F27" w:rsidRDefault="009D0436" w:rsidP="009D0436">
            <w:pPr>
              <w:pStyle w:val="TableParagraph"/>
              <w:spacing w:before="8" w:line="264" w:lineRule="auto"/>
              <w:ind w:left="85" w:right="541"/>
              <w:jc w:val="both"/>
              <w:rPr>
                <w:sz w:val="15"/>
              </w:rPr>
            </w:pPr>
            <w:r w:rsidRPr="00AB0F27">
              <w:rPr>
                <w:sz w:val="15"/>
              </w:rPr>
              <w:t>Объяснение выбора арифметического действия для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решения, иллюстрация хода решения, выполнения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действия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модели.;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54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720C05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514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Зависимость между данными 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искомой величиной в текстовой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задаче.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Коллективное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обсуждение: анализ реальной ситуации,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помощью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иллюстрации,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текста,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таблицы,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схемы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(описание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ситуации, что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известно, что не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известно;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условие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задачи,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задачи).;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55">
              <w:r w:rsidR="009D0436">
                <w:rPr>
                  <w:color w:val="0000FF"/>
                  <w:sz w:val="15"/>
                  <w:u w:val="single" w:color="0000FF"/>
                </w:rPr>
                <w:t>https://resh.edu.ru/subject/lesson/4095/main/272729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0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56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342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Выбор 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запись арифметического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действия для получения ответа на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вопрос.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Соотнесение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текста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задачи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её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модели.;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57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58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338"/>
              <w:jc w:val="both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Текстовая сюжетная задача в одно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действие: запись решения, ответа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задачи.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86"/>
              <w:rPr>
                <w:sz w:val="15"/>
              </w:rPr>
            </w:pPr>
            <w:r w:rsidRPr="00AB0F27">
              <w:rPr>
                <w:sz w:val="15"/>
              </w:rPr>
              <w:t>Обобщение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представлений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 текстовых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задачах,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решаемых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помощью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действий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сложения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 вычитания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(«на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сколько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больше/меньше»,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«сколько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всего»,</w:t>
            </w:r>
            <w:r w:rsidRPr="00AB0F27">
              <w:rPr>
                <w:spacing w:val="19"/>
                <w:sz w:val="15"/>
              </w:rPr>
              <w:t xml:space="preserve"> </w:t>
            </w:r>
            <w:r w:rsidRPr="00AB0F27">
              <w:rPr>
                <w:sz w:val="15"/>
              </w:rPr>
              <w:t>«сколь-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ко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осталось»).</w:t>
            </w:r>
            <w:r w:rsidRPr="00AB0F27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 текста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текстовой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задаче.;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133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5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6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10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4.5.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Обнаружение</w:t>
            </w:r>
            <w:r w:rsidRPr="00AB0F27">
              <w:rPr>
                <w:b/>
                <w:spacing w:val="1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недостающего</w:t>
            </w:r>
            <w:r w:rsidRPr="00AB0F27">
              <w:rPr>
                <w:b/>
                <w:spacing w:val="1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элемента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задачи,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дополнение текста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числовыми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данными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(по</w:t>
            </w:r>
          </w:p>
          <w:p w:rsidR="009D0436" w:rsidRPr="00AB0F27" w:rsidRDefault="009D0436" w:rsidP="009D0436">
            <w:pPr>
              <w:pStyle w:val="TableParagraph"/>
              <w:spacing w:before="2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иллюстрации,</w:t>
            </w:r>
            <w:r w:rsidRPr="00AB0F27">
              <w:rPr>
                <w:b/>
                <w:spacing w:val="2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смыслу</w:t>
            </w:r>
            <w:r w:rsidRPr="00AB0F27">
              <w:rPr>
                <w:b/>
                <w:spacing w:val="2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задачи,</w:t>
            </w:r>
            <w:r w:rsidRPr="00AB0F27">
              <w:rPr>
                <w:b/>
                <w:spacing w:val="2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её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решению).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Коллективное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обсуждение: анализ реальной ситуации,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помощью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иллюстрации,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текста,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таблицы,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схемы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(описание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ситуации, что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известно, что не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известно;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условие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задачи,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задачи).;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61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62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5"/>
        </w:trPr>
        <w:tc>
          <w:tcPr>
            <w:tcW w:w="15497" w:type="dxa"/>
            <w:gridSpan w:val="9"/>
          </w:tcPr>
          <w:p w:rsidR="009D0436" w:rsidRPr="00AB0F27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 w:rsidRPr="00AB0F27">
              <w:rPr>
                <w:sz w:val="15"/>
              </w:rPr>
              <w:t>Раздел</w:t>
            </w:r>
            <w:r w:rsidRPr="00AB0F27">
              <w:rPr>
                <w:spacing w:val="4"/>
                <w:sz w:val="15"/>
              </w:rPr>
              <w:t xml:space="preserve"> </w:t>
            </w:r>
            <w:r w:rsidRPr="00AB0F27">
              <w:rPr>
                <w:sz w:val="15"/>
              </w:rPr>
              <w:t>5.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Пространственные</w:t>
            </w:r>
            <w:r w:rsidRPr="00AB0F27">
              <w:rPr>
                <w:b/>
                <w:spacing w:val="2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отношения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2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геометрические</w:t>
            </w:r>
            <w:r w:rsidRPr="00AB0F27">
              <w:rPr>
                <w:b/>
                <w:spacing w:val="1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фигуры</w:t>
            </w:r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Расположение</w:t>
            </w:r>
            <w:r w:rsidRPr="00AB0F27">
              <w:rPr>
                <w:b/>
                <w:spacing w:val="1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предметов</w:t>
            </w:r>
            <w:r w:rsidRPr="00AB0F27">
              <w:rPr>
                <w:b/>
                <w:spacing w:val="2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объектов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на плоскости,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пространстве: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слева/справа,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сверху/снизу,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между;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установление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пространственных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отношений.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Игровые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упражнения: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«Угадай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фигуру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описанию»,</w:t>
            </w:r>
          </w:p>
          <w:p w:rsidR="009D0436" w:rsidRPr="00AB0F27" w:rsidRDefault="009D0436" w:rsidP="009D0436">
            <w:pPr>
              <w:pStyle w:val="TableParagraph"/>
              <w:spacing w:before="19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«Расположи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фигуры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заданном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порядке»,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«Найди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фигур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классе»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т.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п.;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line="266" w:lineRule="auto"/>
              <w:ind w:left="90"/>
              <w:rPr>
                <w:sz w:val="15"/>
              </w:rPr>
            </w:pPr>
            <w:hyperlink r:id="rId63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https://resh.edu.ru/subject/lesson/5194/main/121552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r w:rsidR="009D0436">
              <w:rPr>
                <w:color w:val="0000FF"/>
                <w:spacing w:val="1"/>
                <w:w w:val="95"/>
                <w:sz w:val="15"/>
              </w:rPr>
              <w:t xml:space="preserve"> </w:t>
            </w:r>
            <w:hyperlink r:id="rId6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65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Tr="009D0436">
        <w:trPr>
          <w:trHeight w:val="79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Распознавание</w:t>
            </w:r>
            <w:r w:rsidRPr="00AB0F27">
              <w:rPr>
                <w:b/>
                <w:spacing w:val="1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объекта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</w:t>
            </w:r>
            <w:r w:rsidRPr="00AB0F27">
              <w:rPr>
                <w:b/>
                <w:spacing w:val="1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его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отражения.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323"/>
              <w:jc w:val="both"/>
              <w:rPr>
                <w:sz w:val="15"/>
              </w:rPr>
            </w:pPr>
            <w:r w:rsidRPr="00AB0F27">
              <w:rPr>
                <w:sz w:val="15"/>
              </w:rPr>
              <w:t>Творческие задания: узоры и орнаменты. Составление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инструкции изображения узора, линии (по клеткам). 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Составление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пар: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объект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его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отражение.;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66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</w:tbl>
    <w:p w:rsidR="009D0436" w:rsidRDefault="009D0436" w:rsidP="009D0436">
      <w:pPr>
        <w:rPr>
          <w:sz w:val="15"/>
        </w:rPr>
        <w:sectPr w:rsid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Tr="009D0436">
        <w:trPr>
          <w:trHeight w:val="714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Геометрические</w:t>
            </w:r>
            <w:r w:rsidRPr="00AB0F27">
              <w:rPr>
                <w:b/>
                <w:spacing w:val="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фигуры: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распознавание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круга,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треугольника,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прямоугольника,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отрезка.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Игровые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упражнения: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«Угадай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фигуру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описанию»,</w:t>
            </w:r>
          </w:p>
          <w:p w:rsidR="009D0436" w:rsidRPr="00AB0F27" w:rsidRDefault="009D0436" w:rsidP="009D0436">
            <w:pPr>
              <w:pStyle w:val="TableParagraph"/>
              <w:spacing w:before="19"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«Расположи</w:t>
            </w:r>
            <w:r w:rsidRPr="00AB0F27">
              <w:rPr>
                <w:spacing w:val="22"/>
                <w:sz w:val="15"/>
              </w:rPr>
              <w:t xml:space="preserve"> </w:t>
            </w:r>
            <w:r w:rsidRPr="00AB0F27">
              <w:rPr>
                <w:sz w:val="15"/>
              </w:rPr>
              <w:t>фигуры</w:t>
            </w:r>
            <w:r w:rsidRPr="00AB0F27">
              <w:rPr>
                <w:spacing w:val="20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заданном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порядке»,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«Найди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модели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фигур</w:t>
            </w:r>
            <w:r w:rsidRPr="00AB0F27">
              <w:rPr>
                <w:spacing w:val="3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классе»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т.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п.;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67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EE41E1" w:rsidTr="009D0436">
        <w:trPr>
          <w:trHeight w:val="912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Построение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отрезка,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квадрата,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треугольника с помощью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линейки;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измерение длины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отрезка в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сантиметрах.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</w:t>
            </w:r>
            <w:r w:rsidRPr="00AB0F27">
              <w:rPr>
                <w:spacing w:val="37"/>
                <w:sz w:val="15"/>
              </w:rPr>
              <w:t xml:space="preserve"> </w:t>
            </w:r>
            <w:r w:rsidRPr="00AB0F27">
              <w:rPr>
                <w:sz w:val="15"/>
              </w:rPr>
              <w:t>деятельность:</w:t>
            </w:r>
            <w:r w:rsidRPr="00AB0F27">
              <w:rPr>
                <w:spacing w:val="38"/>
                <w:sz w:val="15"/>
              </w:rPr>
              <w:t xml:space="preserve"> </w:t>
            </w:r>
            <w:r w:rsidRPr="00AB0F27">
              <w:rPr>
                <w:sz w:val="15"/>
              </w:rPr>
              <w:t>графические</w:t>
            </w:r>
            <w:r w:rsidRPr="00AB0F27">
              <w:rPr>
                <w:spacing w:val="37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измерительные действия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работе с карандашом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линейкой: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копирование,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рисование</w:t>
            </w:r>
            <w:r w:rsidRPr="00AB0F27">
              <w:rPr>
                <w:spacing w:val="16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фигур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по</w:t>
            </w:r>
            <w:r w:rsidRPr="00AB0F27">
              <w:rPr>
                <w:spacing w:val="4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инструкции.</w:t>
            </w:r>
          </w:p>
          <w:p w:rsidR="009D0436" w:rsidRDefault="009D0436" w:rsidP="009D0436">
            <w:pPr>
              <w:pStyle w:val="TableParagraph"/>
              <w:spacing w:before="2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line="273" w:lineRule="auto"/>
              <w:ind w:left="90"/>
              <w:rPr>
                <w:sz w:val="15"/>
              </w:rPr>
            </w:pPr>
            <w:hyperlink r:id="rId68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https://resh.edu.ru/subject/lesson/3971/main/302205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r w:rsidR="009D0436">
              <w:rPr>
                <w:color w:val="0000FF"/>
                <w:spacing w:val="1"/>
                <w:w w:val="95"/>
                <w:sz w:val="15"/>
              </w:rPr>
              <w:t xml:space="preserve"> </w:t>
            </w:r>
            <w:hyperlink r:id="rId6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Длина стороны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прямоугольника,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квадрата,</w:t>
            </w:r>
            <w:r w:rsidRPr="00AB0F27">
              <w:rPr>
                <w:b/>
                <w:spacing w:val="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треугольника.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Практические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работы: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измерение длины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отрезка,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ломаной,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длины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стороны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квадрата,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сторон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прямоугольника.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Комментирование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хода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результата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работы;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установление соответствия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результата 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поставленного вопроса.;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70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71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72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5.6.</w:t>
            </w:r>
          </w:p>
        </w:tc>
        <w:tc>
          <w:tcPr>
            <w:tcW w:w="2880" w:type="dxa"/>
          </w:tcPr>
          <w:p w:rsidR="009D0436" w:rsidRDefault="009D0436" w:rsidP="009D0436">
            <w:pPr>
              <w:pStyle w:val="TableParagraph"/>
              <w:spacing w:line="273" w:lineRule="auto"/>
              <w:ind w:left="83" w:right="456"/>
              <w:rPr>
                <w:b/>
                <w:sz w:val="15"/>
              </w:rPr>
            </w:pPr>
            <w:r>
              <w:rPr>
                <w:b/>
                <w:sz w:val="15"/>
              </w:rPr>
              <w:t>Изображение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прямоугольника,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квадрата,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треугольника.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Практическая</w:t>
            </w:r>
            <w:r w:rsidRPr="00AB0F27">
              <w:rPr>
                <w:spacing w:val="37"/>
                <w:sz w:val="15"/>
              </w:rPr>
              <w:t xml:space="preserve"> </w:t>
            </w:r>
            <w:r w:rsidRPr="00AB0F27">
              <w:rPr>
                <w:sz w:val="15"/>
              </w:rPr>
              <w:t>деятельность:</w:t>
            </w:r>
            <w:r w:rsidRPr="00AB0F27">
              <w:rPr>
                <w:spacing w:val="38"/>
                <w:sz w:val="15"/>
              </w:rPr>
              <w:t xml:space="preserve"> </w:t>
            </w:r>
            <w:r w:rsidRPr="00AB0F27">
              <w:rPr>
                <w:sz w:val="15"/>
              </w:rPr>
              <w:t>графические</w:t>
            </w:r>
            <w:r w:rsidRPr="00AB0F27">
              <w:rPr>
                <w:spacing w:val="37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измерительные действия 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работе с карандашом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линейкой: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копирование,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рисование</w:t>
            </w:r>
            <w:r w:rsidRPr="00AB0F27">
              <w:rPr>
                <w:spacing w:val="16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фигур</w:t>
            </w:r>
            <w:r w:rsidRPr="00AB0F27">
              <w:rPr>
                <w:spacing w:val="19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по</w:t>
            </w:r>
            <w:r w:rsidRPr="00AB0F27">
              <w:rPr>
                <w:spacing w:val="4"/>
                <w:w w:val="95"/>
                <w:sz w:val="15"/>
              </w:rPr>
              <w:t xml:space="preserve"> </w:t>
            </w:r>
            <w:r w:rsidRPr="00AB0F27">
              <w:rPr>
                <w:w w:val="95"/>
                <w:sz w:val="15"/>
              </w:rPr>
              <w:t>инструкции.</w:t>
            </w:r>
          </w:p>
          <w:p w:rsidR="009D0436" w:rsidRDefault="009D0436" w:rsidP="009D0436">
            <w:pPr>
              <w:pStyle w:val="TableParagraph"/>
              <w:spacing w:before="2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73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74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5"/>
        </w:trPr>
        <w:tc>
          <w:tcPr>
            <w:tcW w:w="15497" w:type="dxa"/>
            <w:gridSpan w:val="9"/>
          </w:tcPr>
          <w:p w:rsidR="009D0436" w:rsidRDefault="009D0436" w:rsidP="009D043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6.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Математическая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информация</w:t>
            </w:r>
          </w:p>
        </w:tc>
      </w:tr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6.1.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Сбор данных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объекте по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образцу.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Характеристики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объекта,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группы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объектов</w:t>
            </w:r>
            <w:r w:rsidRPr="00AB0F27">
              <w:rPr>
                <w:b/>
                <w:spacing w:val="3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(количество, форма,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размер);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выбор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предметов по образцу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(по</w:t>
            </w:r>
            <w:r w:rsidRPr="00AB0F27">
              <w:rPr>
                <w:b/>
                <w:spacing w:val="16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заданным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признакам).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наглядностью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рисунками, содержащими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математическую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информацию.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вопросов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рисунку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(иллюстрации,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модели).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Упорядочение математических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объектов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опорой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рисунок,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сюжетную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ситуацию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8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75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3"/>
              <w:ind w:left="8"/>
              <w:rPr>
                <w:rFonts w:ascii="Calibri"/>
                <w:sz w:val="16"/>
              </w:rPr>
            </w:pPr>
            <w:hyperlink r:id="rId76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Группировка</w:t>
            </w:r>
            <w:r w:rsidRPr="00AB0F27">
              <w:rPr>
                <w:b/>
                <w:spacing w:val="1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объектов</w:t>
            </w:r>
            <w:r w:rsidRPr="00AB0F27">
              <w:rPr>
                <w:b/>
                <w:spacing w:val="20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заданному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признаку.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23"/>
                <w:sz w:val="15"/>
              </w:rPr>
              <w:t xml:space="preserve"> </w:t>
            </w:r>
            <w:r w:rsidRPr="00AB0F27">
              <w:rPr>
                <w:sz w:val="15"/>
              </w:rPr>
              <w:t>парах/группах: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поиск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общих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свойств</w:t>
            </w:r>
            <w:r w:rsidRPr="00AB0F27">
              <w:rPr>
                <w:spacing w:val="24"/>
                <w:sz w:val="15"/>
              </w:rPr>
              <w:t xml:space="preserve"> </w:t>
            </w:r>
            <w:r w:rsidRPr="00AB0F27">
              <w:rPr>
                <w:sz w:val="15"/>
              </w:rPr>
              <w:t>групп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предметов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(цвет, форма, величина,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количество,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назначение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др.).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Таблица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как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способ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представления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полученной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 повседневной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жизни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(расписания,чеки,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меню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т.д.).;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spacing w:line="273" w:lineRule="auto"/>
              <w:ind w:left="90"/>
              <w:rPr>
                <w:sz w:val="15"/>
              </w:rPr>
            </w:pPr>
            <w:hyperlink r:id="rId77">
              <w:r w:rsidR="009D0436">
                <w:rPr>
                  <w:color w:val="0000FF"/>
                  <w:w w:val="95"/>
                  <w:sz w:val="15"/>
                  <w:u w:val="single" w:color="0000FF"/>
                </w:rPr>
                <w:t>https://resh.edu.ru/subject/lesson/5194/main/121552</w:t>
              </w:r>
              <w:r w:rsidR="009D0436">
                <w:rPr>
                  <w:color w:val="0000FF"/>
                  <w:w w:val="95"/>
                  <w:sz w:val="15"/>
                </w:rPr>
                <w:t>/</w:t>
              </w:r>
            </w:hyperlink>
            <w:r w:rsidR="009D0436">
              <w:rPr>
                <w:color w:val="0000FF"/>
                <w:spacing w:val="1"/>
                <w:w w:val="95"/>
                <w:sz w:val="15"/>
              </w:rPr>
              <w:t xml:space="preserve"> </w:t>
            </w:r>
            <w:hyperlink r:id="rId78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6.3.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Закономерность в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ряду заданных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объектов: её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обнаружение,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продолжение</w:t>
            </w:r>
            <w:r w:rsidRPr="00AB0F27">
              <w:rPr>
                <w:b/>
                <w:spacing w:val="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ряда.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наглядностью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рисунками, содержащими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математическую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информацию.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вопросов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рисунку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(иллюстрации,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модели).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Упорядочение математических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объектов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опорой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рисунок,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сюжетную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ситуацию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7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0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81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911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6.4.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Верные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(истинные) и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неверные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(ложные) предложения,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составленные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относительно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заданного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набора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математических</w:t>
            </w:r>
            <w:r w:rsidRPr="00AB0F27">
              <w:rPr>
                <w:b/>
                <w:spacing w:val="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объектов.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ind w:left="85"/>
              <w:rPr>
                <w:sz w:val="15"/>
              </w:rPr>
            </w:pPr>
            <w:r w:rsidRPr="00AB0F27">
              <w:rPr>
                <w:sz w:val="15"/>
              </w:rPr>
              <w:t>Знакомство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с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логической</w:t>
            </w:r>
            <w:r w:rsidRPr="00AB0F27">
              <w:rPr>
                <w:spacing w:val="11"/>
                <w:sz w:val="15"/>
              </w:rPr>
              <w:t xml:space="preserve"> </w:t>
            </w:r>
            <w:r w:rsidRPr="00AB0F27">
              <w:rPr>
                <w:sz w:val="15"/>
              </w:rPr>
              <w:t>конструкцией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«Если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…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,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то</w:t>
            </w:r>
          </w:p>
          <w:p w:rsidR="009D0436" w:rsidRPr="00AB0F27" w:rsidRDefault="009D0436" w:rsidP="009D0436">
            <w:pPr>
              <w:pStyle w:val="TableParagraph"/>
              <w:spacing w:before="24" w:line="268" w:lineRule="auto"/>
              <w:ind w:left="85" w:right="114"/>
              <w:rPr>
                <w:sz w:val="15"/>
              </w:rPr>
            </w:pPr>
            <w:r w:rsidRPr="00AB0F27">
              <w:rPr>
                <w:sz w:val="15"/>
              </w:rPr>
              <w:t>…».Верно</w:t>
            </w:r>
            <w:r w:rsidRPr="00AB0F27">
              <w:rPr>
                <w:spacing w:val="10"/>
                <w:sz w:val="15"/>
              </w:rPr>
              <w:t xml:space="preserve"> </w:t>
            </w:r>
            <w:r w:rsidRPr="00AB0F27">
              <w:rPr>
                <w:sz w:val="15"/>
              </w:rPr>
              <w:t>или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неверно:</w:t>
            </w:r>
            <w:r w:rsidRPr="00AB0F27">
              <w:rPr>
                <w:spacing w:val="19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8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проверка</w:t>
            </w:r>
            <w:r w:rsidRPr="00AB0F27">
              <w:rPr>
                <w:spacing w:val="-34"/>
                <w:sz w:val="15"/>
              </w:rPr>
              <w:t xml:space="preserve"> </w:t>
            </w:r>
            <w:r w:rsidRPr="00AB0F27">
              <w:rPr>
                <w:sz w:val="15"/>
              </w:rPr>
              <w:t>предложения.;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82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3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RPr="00720C05" w:rsidTr="009D0436">
        <w:trPr>
          <w:trHeight w:val="1099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6.5.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140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Чтение таблицы</w:t>
            </w:r>
            <w:r w:rsidRPr="00AB0F27">
              <w:rPr>
                <w:b/>
                <w:spacing w:val="3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(содержащей</w:t>
            </w:r>
            <w:r w:rsidRPr="00AB0F27">
              <w:rPr>
                <w:b/>
                <w:spacing w:val="3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не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более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четырёх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данных); извлечение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данного</w:t>
            </w:r>
            <w:r w:rsidRPr="00AB0F27">
              <w:rPr>
                <w:b/>
                <w:spacing w:val="9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из</w:t>
            </w:r>
            <w:r w:rsidRPr="00AB0F27">
              <w:rPr>
                <w:b/>
                <w:spacing w:val="3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строки,</w:t>
            </w:r>
            <w:r w:rsidRPr="00AB0F27">
              <w:rPr>
                <w:b/>
                <w:spacing w:val="1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столбца;</w:t>
            </w:r>
            <w:r w:rsidRPr="00AB0F27">
              <w:rPr>
                <w:b/>
                <w:spacing w:val="18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внесение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одного-двух</w:t>
            </w:r>
            <w:r w:rsidRPr="00AB0F27">
              <w:rPr>
                <w:b/>
                <w:spacing w:val="1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данных</w:t>
            </w:r>
            <w:r w:rsidRPr="00AB0F27">
              <w:rPr>
                <w:b/>
                <w:spacing w:val="12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таблицу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в</w:t>
            </w:r>
            <w:r w:rsidRPr="00AB0F27">
              <w:rPr>
                <w:spacing w:val="23"/>
                <w:sz w:val="15"/>
              </w:rPr>
              <w:t xml:space="preserve"> </w:t>
            </w:r>
            <w:r w:rsidRPr="00AB0F27">
              <w:rPr>
                <w:sz w:val="15"/>
              </w:rPr>
              <w:t>парах/группах:</w:t>
            </w:r>
            <w:r w:rsidRPr="00AB0F27">
              <w:rPr>
                <w:spacing w:val="17"/>
                <w:sz w:val="15"/>
              </w:rPr>
              <w:t xml:space="preserve"> </w:t>
            </w:r>
            <w:r w:rsidRPr="00AB0F27">
              <w:rPr>
                <w:sz w:val="15"/>
              </w:rPr>
              <w:t>поиск</w:t>
            </w:r>
            <w:r w:rsidRPr="00AB0F27">
              <w:rPr>
                <w:spacing w:val="21"/>
                <w:sz w:val="15"/>
              </w:rPr>
              <w:t xml:space="preserve"> </w:t>
            </w:r>
            <w:r w:rsidRPr="00AB0F27">
              <w:rPr>
                <w:sz w:val="15"/>
              </w:rPr>
              <w:t>общих</w:t>
            </w:r>
            <w:r w:rsidRPr="00AB0F27">
              <w:rPr>
                <w:spacing w:val="16"/>
                <w:sz w:val="15"/>
              </w:rPr>
              <w:t xml:space="preserve"> </w:t>
            </w:r>
            <w:r w:rsidRPr="00AB0F27">
              <w:rPr>
                <w:sz w:val="15"/>
              </w:rPr>
              <w:t>свойств</w:t>
            </w:r>
            <w:r w:rsidRPr="00AB0F27">
              <w:rPr>
                <w:spacing w:val="24"/>
                <w:sz w:val="15"/>
              </w:rPr>
              <w:t xml:space="preserve"> </w:t>
            </w:r>
            <w:r w:rsidRPr="00AB0F27">
              <w:rPr>
                <w:sz w:val="15"/>
              </w:rPr>
              <w:t>групп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предметов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(цвет, форма, величина,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количество,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назначение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др.).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Таблица</w:t>
            </w:r>
            <w:r w:rsidRPr="00AB0F27">
              <w:rPr>
                <w:spacing w:val="14"/>
                <w:sz w:val="15"/>
              </w:rPr>
              <w:t xml:space="preserve"> </w:t>
            </w:r>
            <w:r w:rsidRPr="00AB0F27">
              <w:rPr>
                <w:sz w:val="15"/>
              </w:rPr>
              <w:t>как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способ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представления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информации,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полученной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из повседневной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жизни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(расписания,чеки,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меню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8"/>
                <w:sz w:val="15"/>
              </w:rPr>
              <w:t xml:space="preserve"> </w:t>
            </w:r>
            <w:r w:rsidRPr="00AB0F27">
              <w:rPr>
                <w:sz w:val="15"/>
              </w:rPr>
              <w:t>т.д.).;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84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5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720C05" w:rsidRDefault="009D0436" w:rsidP="009D0436">
            <w:pPr>
              <w:pStyle w:val="TableParagraph"/>
              <w:spacing w:line="266" w:lineRule="auto"/>
              <w:ind w:left="81"/>
              <w:rPr>
                <w:sz w:val="15"/>
              </w:rPr>
            </w:pPr>
            <w:r w:rsidRPr="00720C05">
              <w:rPr>
                <w:sz w:val="15"/>
              </w:rPr>
              <w:t>Электронное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приложение</w:t>
            </w:r>
            <w:r w:rsidRPr="00720C05">
              <w:rPr>
                <w:spacing w:val="10"/>
                <w:sz w:val="15"/>
              </w:rPr>
              <w:t xml:space="preserve"> </w:t>
            </w:r>
            <w:r w:rsidRPr="00720C05">
              <w:rPr>
                <w:sz w:val="15"/>
              </w:rPr>
              <w:t>к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учебнику</w:t>
            </w:r>
          </w:p>
          <w:p w:rsidR="009D0436" w:rsidRPr="00720C05" w:rsidRDefault="009D0436" w:rsidP="009D0436">
            <w:r w:rsidRPr="00720C05">
              <w:rPr>
                <w:sz w:val="15"/>
              </w:rPr>
              <w:t>«Математика»,</w:t>
            </w:r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 w:rsidRPr="00720C05">
              <w:rPr>
                <w:sz w:val="15"/>
              </w:rPr>
              <w:t>класс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(Диск С</w:t>
            </w:r>
            <w:r>
              <w:rPr>
                <w:sz w:val="15"/>
              </w:rPr>
              <w:t>D</w:t>
            </w:r>
            <w:r w:rsidRPr="00720C05">
              <w:rPr>
                <w:sz w:val="15"/>
              </w:rPr>
              <w:t>),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авторы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Волкова,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С.П.Максимова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единая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коллекция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цифровых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образовательных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ресурсов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(или</w:t>
            </w:r>
            <w:r w:rsidRPr="00720C05">
              <w:rPr>
                <w:spacing w:val="1"/>
                <w:sz w:val="15"/>
              </w:rPr>
              <w:t xml:space="preserve"> </w:t>
            </w:r>
            <w:r w:rsidRPr="00720C05">
              <w:rPr>
                <w:sz w:val="15"/>
              </w:rPr>
              <w:t>по</w:t>
            </w:r>
            <w:r w:rsidRPr="00720C05">
              <w:rPr>
                <w:spacing w:val="-35"/>
                <w:sz w:val="15"/>
              </w:rPr>
              <w:t xml:space="preserve"> </w:t>
            </w:r>
            <w:r w:rsidRPr="00720C05">
              <w:rPr>
                <w:sz w:val="15"/>
              </w:rPr>
              <w:t>адресу:</w:t>
            </w:r>
            <w:r w:rsidRPr="00720C05">
              <w:rPr>
                <w:spacing w:val="1"/>
                <w:sz w:val="15"/>
              </w:rPr>
              <w:t xml:space="preserve"> </w:t>
            </w:r>
            <w:hyperlink r:id="rId86">
              <w:r>
                <w:rPr>
                  <w:sz w:val="15"/>
                </w:rPr>
                <w:t>http</w:t>
              </w:r>
              <w:r w:rsidRPr="00720C05">
                <w:rPr>
                  <w:sz w:val="15"/>
                </w:rPr>
                <w:t>://</w:t>
              </w:r>
              <w:r>
                <w:rPr>
                  <w:sz w:val="15"/>
                </w:rPr>
                <w:t>school</w:t>
              </w:r>
              <w:r w:rsidRPr="00720C05">
                <w:rPr>
                  <w:sz w:val="15"/>
                </w:rPr>
                <w:t>-</w:t>
              </w:r>
            </w:hyperlink>
            <w:r w:rsidRPr="00720C05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collection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edu</w:t>
            </w:r>
            <w:r w:rsidRPr="00720C05">
              <w:rPr>
                <w:sz w:val="15"/>
              </w:rPr>
              <w:t>.</w:t>
            </w:r>
            <w:r>
              <w:rPr>
                <w:sz w:val="15"/>
              </w:rPr>
              <w:t>ru</w:t>
            </w:r>
            <w:r w:rsidRPr="00720C05">
              <w:rPr>
                <w:sz w:val="15"/>
              </w:rPr>
              <w:t>)</w:t>
            </w:r>
          </w:p>
        </w:tc>
      </w:tr>
      <w:tr w:rsidR="009D0436" w:rsidRPr="00EE41E1" w:rsidTr="009D0436">
        <w:trPr>
          <w:trHeight w:val="1103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0" w:right="69"/>
              <w:jc w:val="right"/>
              <w:rPr>
                <w:sz w:val="15"/>
              </w:rPr>
            </w:pPr>
            <w:r>
              <w:rPr>
                <w:sz w:val="15"/>
              </w:rPr>
              <w:t>6.6.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91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Чтение рисунка, схемы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1—2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числовыми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данными</w:t>
            </w:r>
            <w:r w:rsidRPr="00AB0F27">
              <w:rPr>
                <w:b/>
                <w:spacing w:val="1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(значениями</w:t>
            </w:r>
            <w:r w:rsidRPr="00AB0F27">
              <w:rPr>
                <w:b/>
                <w:spacing w:val="-34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данных</w:t>
            </w:r>
            <w:r w:rsidRPr="00AB0F27">
              <w:rPr>
                <w:b/>
                <w:spacing w:val="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величин).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наглядностью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рисунками, содержащими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математическую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информацию.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вопросов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рисунку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(иллюстрации,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модели).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Упорядочение математических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объектов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опорой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рисунок,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сюжетную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ситуацию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73" w:lineRule="auto"/>
              <w:ind w:left="85" w:right="460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87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88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</w:tbl>
    <w:p w:rsidR="009D0436" w:rsidRPr="009D0436" w:rsidRDefault="009D0436" w:rsidP="009D0436">
      <w:pPr>
        <w:rPr>
          <w:rFonts w:ascii="Calibri"/>
          <w:sz w:val="16"/>
        </w:rPr>
        <w:sectPr w:rsidR="009D0436" w:rsidRP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"/>
        <w:gridCol w:w="2880"/>
        <w:gridCol w:w="528"/>
        <w:gridCol w:w="1104"/>
        <w:gridCol w:w="1143"/>
        <w:gridCol w:w="864"/>
        <w:gridCol w:w="4033"/>
        <w:gridCol w:w="1080"/>
        <w:gridCol w:w="3471"/>
      </w:tblGrid>
      <w:tr w:rsidR="009D0436" w:rsidRPr="00EE41E1" w:rsidTr="009D0436">
        <w:trPr>
          <w:trHeight w:val="1098"/>
        </w:trPr>
        <w:tc>
          <w:tcPr>
            <w:tcW w:w="394" w:type="dxa"/>
          </w:tcPr>
          <w:p w:rsidR="009D0436" w:rsidRDefault="009D0436" w:rsidP="009D0436">
            <w:pPr>
              <w:pStyle w:val="TableParagraph"/>
              <w:ind w:left="88"/>
              <w:rPr>
                <w:sz w:val="15"/>
              </w:rPr>
            </w:pPr>
            <w:r>
              <w:rPr>
                <w:sz w:val="15"/>
              </w:rPr>
              <w:t>6.7.</w:t>
            </w:r>
          </w:p>
        </w:tc>
        <w:tc>
          <w:tcPr>
            <w:tcW w:w="2880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3" w:right="456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Выполнение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1—3-шаговых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инструкций,</w:t>
            </w:r>
            <w:r w:rsidRPr="00AB0F27">
              <w:rPr>
                <w:b/>
                <w:spacing w:val="1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связанных</w:t>
            </w:r>
            <w:r w:rsidRPr="00AB0F27">
              <w:rPr>
                <w:b/>
                <w:spacing w:val="17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с</w:t>
            </w:r>
          </w:p>
          <w:p w:rsidR="009D0436" w:rsidRPr="00AB0F27" w:rsidRDefault="009D0436" w:rsidP="009D0436">
            <w:pPr>
              <w:pStyle w:val="TableParagraph"/>
              <w:spacing w:before="1" w:line="266" w:lineRule="auto"/>
              <w:ind w:left="83"/>
              <w:rPr>
                <w:b/>
                <w:sz w:val="15"/>
              </w:rPr>
            </w:pPr>
            <w:r w:rsidRPr="00AB0F27">
              <w:rPr>
                <w:b/>
                <w:sz w:val="15"/>
              </w:rPr>
              <w:t>вычислениями,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измерением</w:t>
            </w:r>
            <w:r w:rsidRPr="00AB0F27">
              <w:rPr>
                <w:b/>
                <w:spacing w:val="1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длины,</w:t>
            </w:r>
            <w:r w:rsidRPr="00AB0F27">
              <w:rPr>
                <w:b/>
                <w:spacing w:val="-3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построением</w:t>
            </w:r>
            <w:r w:rsidRPr="00AB0F27">
              <w:rPr>
                <w:b/>
                <w:spacing w:val="13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геометрических</w:t>
            </w:r>
            <w:r w:rsidRPr="00AB0F27">
              <w:rPr>
                <w:b/>
                <w:spacing w:val="15"/>
                <w:sz w:val="15"/>
              </w:rPr>
              <w:t xml:space="preserve"> </w:t>
            </w:r>
            <w:r w:rsidRPr="00AB0F27">
              <w:rPr>
                <w:b/>
                <w:sz w:val="15"/>
              </w:rPr>
              <w:t>фигур.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4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033" w:type="dxa"/>
          </w:tcPr>
          <w:p w:rsidR="009D0436" w:rsidRPr="00AB0F27" w:rsidRDefault="009D0436" w:rsidP="009D0436">
            <w:pPr>
              <w:pStyle w:val="TableParagraph"/>
              <w:spacing w:line="266" w:lineRule="auto"/>
              <w:ind w:left="85" w:right="244"/>
              <w:rPr>
                <w:sz w:val="15"/>
              </w:rPr>
            </w:pPr>
            <w:r w:rsidRPr="00AB0F27">
              <w:rPr>
                <w:sz w:val="15"/>
              </w:rPr>
              <w:t>Работа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с наглядностью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—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рисунками, содержащими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математическую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информацию.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Формулирование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вопросов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ответов</w:t>
            </w:r>
            <w:r w:rsidRPr="00AB0F27">
              <w:rPr>
                <w:spacing w:val="6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рисунку</w:t>
            </w:r>
            <w:r w:rsidRPr="00AB0F27">
              <w:rPr>
                <w:spacing w:val="15"/>
                <w:sz w:val="15"/>
              </w:rPr>
              <w:t xml:space="preserve"> </w:t>
            </w:r>
            <w:r w:rsidRPr="00AB0F27">
              <w:rPr>
                <w:sz w:val="15"/>
              </w:rPr>
              <w:t>(иллюстрации,</w:t>
            </w:r>
            <w:r w:rsidRPr="00AB0F27">
              <w:rPr>
                <w:spacing w:val="13"/>
                <w:sz w:val="15"/>
              </w:rPr>
              <w:t xml:space="preserve"> </w:t>
            </w:r>
            <w:r w:rsidRPr="00AB0F27">
              <w:rPr>
                <w:sz w:val="15"/>
              </w:rPr>
              <w:t>модели).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Упорядочение математических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объектов с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опорой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на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рисунок,</w:t>
            </w:r>
            <w:r w:rsidRPr="00AB0F27">
              <w:rPr>
                <w:spacing w:val="7"/>
                <w:sz w:val="15"/>
              </w:rPr>
              <w:t xml:space="preserve"> </w:t>
            </w:r>
            <w:r w:rsidRPr="00AB0F27">
              <w:rPr>
                <w:sz w:val="15"/>
              </w:rPr>
              <w:t>сюжетную</w:t>
            </w:r>
            <w:r w:rsidRPr="00AB0F27">
              <w:rPr>
                <w:spacing w:val="12"/>
                <w:sz w:val="15"/>
              </w:rPr>
              <w:t xml:space="preserve"> </w:t>
            </w:r>
            <w:r w:rsidRPr="00AB0F27">
              <w:rPr>
                <w:sz w:val="15"/>
              </w:rPr>
              <w:t>ситуацию</w:t>
            </w:r>
            <w:r w:rsidRPr="00AB0F27">
              <w:rPr>
                <w:spacing w:val="5"/>
                <w:sz w:val="15"/>
              </w:rPr>
              <w:t xml:space="preserve"> </w:t>
            </w:r>
            <w:r w:rsidRPr="00AB0F27">
              <w:rPr>
                <w:sz w:val="15"/>
              </w:rPr>
              <w:t>и</w:t>
            </w:r>
            <w:r w:rsidRPr="00AB0F27">
              <w:rPr>
                <w:spacing w:val="9"/>
                <w:sz w:val="15"/>
              </w:rPr>
              <w:t xml:space="preserve"> </w:t>
            </w:r>
            <w:r w:rsidRPr="00AB0F27">
              <w:rPr>
                <w:sz w:val="15"/>
              </w:rPr>
              <w:t>пр.;</w:t>
            </w:r>
          </w:p>
        </w:tc>
        <w:tc>
          <w:tcPr>
            <w:tcW w:w="1080" w:type="dxa"/>
          </w:tcPr>
          <w:p w:rsidR="009D0436" w:rsidRDefault="009D0436" w:rsidP="009D0436">
            <w:pPr>
              <w:pStyle w:val="TableParagraph"/>
              <w:spacing w:line="266" w:lineRule="auto"/>
              <w:ind w:left="85" w:right="74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работа;</w:t>
            </w:r>
          </w:p>
        </w:tc>
        <w:tc>
          <w:tcPr>
            <w:tcW w:w="3471" w:type="dxa"/>
          </w:tcPr>
          <w:p w:rsidR="009D0436" w:rsidRDefault="002A34AC" w:rsidP="009D0436">
            <w:pPr>
              <w:pStyle w:val="TableParagraph"/>
              <w:ind w:left="90"/>
              <w:rPr>
                <w:sz w:val="15"/>
              </w:rPr>
            </w:pPr>
            <w:hyperlink r:id="rId89">
              <w:r w:rsid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>
                <w:rPr>
                  <w:color w:val="0000FF"/>
                  <w:sz w:val="15"/>
                </w:rPr>
                <w:t>/</w:t>
              </w:r>
            </w:hyperlink>
          </w:p>
          <w:p w:rsidR="009D0436" w:rsidRDefault="002A34AC" w:rsidP="009D0436">
            <w:pPr>
              <w:pStyle w:val="TableParagraph"/>
              <w:spacing w:before="2"/>
              <w:ind w:left="8"/>
              <w:rPr>
                <w:rFonts w:ascii="Calibri"/>
                <w:sz w:val="16"/>
              </w:rPr>
            </w:pPr>
            <w:hyperlink r:id="rId90">
              <w:r w:rsid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</w:tc>
      </w:tr>
      <w:tr w:rsidR="009D0436" w:rsidTr="009D0436">
        <w:trPr>
          <w:trHeight w:val="336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spacing w:before="62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330"/>
        </w:trPr>
        <w:tc>
          <w:tcPr>
            <w:tcW w:w="3274" w:type="dxa"/>
            <w:gridSpan w:val="2"/>
          </w:tcPr>
          <w:p w:rsidR="009D0436" w:rsidRDefault="009D0436" w:rsidP="009D043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Резервное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время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14</w:t>
            </w:r>
          </w:p>
        </w:tc>
        <w:tc>
          <w:tcPr>
            <w:tcW w:w="11695" w:type="dxa"/>
            <w:gridSpan w:val="6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9D0436" w:rsidTr="009D0436">
        <w:trPr>
          <w:trHeight w:val="527"/>
        </w:trPr>
        <w:tc>
          <w:tcPr>
            <w:tcW w:w="3274" w:type="dxa"/>
            <w:gridSpan w:val="2"/>
          </w:tcPr>
          <w:p w:rsidR="009D0436" w:rsidRPr="00AB0F27" w:rsidRDefault="009D0436" w:rsidP="009D0436">
            <w:pPr>
              <w:pStyle w:val="TableParagraph"/>
              <w:spacing w:line="273" w:lineRule="auto"/>
              <w:ind w:left="83"/>
              <w:rPr>
                <w:sz w:val="15"/>
              </w:rPr>
            </w:pPr>
            <w:r w:rsidRPr="00AB0F27">
              <w:rPr>
                <w:sz w:val="15"/>
              </w:rPr>
              <w:t>ОБЩЕЕ КОЛИЧЕСТВО ЧАСОВ</w:t>
            </w:r>
            <w:r w:rsidRPr="00AB0F27">
              <w:rPr>
                <w:spacing w:val="1"/>
                <w:sz w:val="15"/>
              </w:rPr>
              <w:t xml:space="preserve"> </w:t>
            </w:r>
            <w:r w:rsidRPr="00AB0F27">
              <w:rPr>
                <w:sz w:val="15"/>
              </w:rPr>
              <w:t>ПО</w:t>
            </w:r>
            <w:r w:rsidRPr="00AB0F27">
              <w:rPr>
                <w:spacing w:val="-35"/>
                <w:sz w:val="15"/>
              </w:rPr>
              <w:t xml:space="preserve"> </w:t>
            </w:r>
            <w:r w:rsidRPr="00AB0F27"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D0436" w:rsidRDefault="009D0436" w:rsidP="009D0436">
            <w:pPr>
              <w:pStyle w:val="TableParagraph"/>
              <w:rPr>
                <w:sz w:val="15"/>
              </w:rPr>
            </w:pPr>
            <w:r>
              <w:rPr>
                <w:sz w:val="15"/>
              </w:rPr>
              <w:t>132</w:t>
            </w:r>
          </w:p>
        </w:tc>
        <w:tc>
          <w:tcPr>
            <w:tcW w:w="1104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43" w:type="dxa"/>
          </w:tcPr>
          <w:p w:rsidR="009D0436" w:rsidRPr="00D35995" w:rsidRDefault="009D0436" w:rsidP="009D0436">
            <w:pPr>
              <w:pStyle w:val="TableParagraph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9448" w:type="dxa"/>
            <w:gridSpan w:val="4"/>
          </w:tcPr>
          <w:p w:rsidR="009D0436" w:rsidRDefault="009D0436" w:rsidP="009D043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9D0436" w:rsidRDefault="009D0436" w:rsidP="009D0436">
      <w:pPr>
        <w:rPr>
          <w:sz w:val="14"/>
        </w:rPr>
        <w:sectPr w:rsidR="009D0436">
          <w:pgSz w:w="16840" w:h="11900" w:orient="landscape"/>
          <w:pgMar w:top="560" w:right="420" w:bottom="280" w:left="320" w:header="720" w:footer="720" w:gutter="0"/>
          <w:cols w:space="720"/>
        </w:sectPr>
      </w:pPr>
    </w:p>
    <w:p w:rsidR="009D0436" w:rsidRDefault="009D0436" w:rsidP="00AC507E"/>
    <w:p w:rsidR="009D0436" w:rsidRPr="009D0436" w:rsidRDefault="009D0436" w:rsidP="009D0436"/>
    <w:p w:rsidR="009D0436" w:rsidRPr="009D0436" w:rsidRDefault="009D0436" w:rsidP="009D0436"/>
    <w:p w:rsidR="009D0436" w:rsidRPr="009D0436" w:rsidRDefault="009D0436" w:rsidP="009D0436"/>
    <w:p w:rsidR="009D0436" w:rsidRPr="009D0436" w:rsidRDefault="009D0436" w:rsidP="009D0436"/>
    <w:p w:rsidR="009D0436" w:rsidRDefault="009D0436" w:rsidP="009D0436">
      <w:pPr>
        <w:spacing w:after="312" w:line="230" w:lineRule="auto"/>
      </w:pPr>
      <w:r>
        <w:rPr>
          <w:b/>
          <w:color w:val="000000"/>
          <w:w w:val="101"/>
          <w:sz w:val="23"/>
        </w:rPr>
        <w:t>ПОУРОЧНОЕ ПЛАНИРОВАНИЕ 1 класс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47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144"/>
            </w:pPr>
            <w:r>
              <w:rPr>
                <w:b/>
                <w:color w:val="000000"/>
                <w:w w:val="101"/>
                <w:sz w:val="23"/>
              </w:rPr>
              <w:t>№</w:t>
            </w:r>
            <w:r>
              <w:br/>
            </w:r>
            <w:r>
              <w:rPr>
                <w:b/>
                <w:color w:val="000000"/>
                <w:w w:val="101"/>
                <w:sz w:val="23"/>
              </w:rPr>
              <w:t>п/п</w:t>
            </w:r>
          </w:p>
        </w:tc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b/>
                <w:color w:val="000000"/>
                <w:w w:val="101"/>
                <w:sz w:val="23"/>
              </w:rPr>
              <w:t>Тема урока</w:t>
            </w:r>
          </w:p>
        </w:tc>
        <w:tc>
          <w:tcPr>
            <w:tcW w:w="3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b/>
                <w:color w:val="000000"/>
                <w:w w:val="101"/>
                <w:sz w:val="23"/>
              </w:rPr>
              <w:t>Количество часов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144"/>
            </w:pPr>
            <w:r>
              <w:rPr>
                <w:b/>
                <w:color w:val="000000"/>
                <w:w w:val="101"/>
                <w:sz w:val="23"/>
              </w:rPr>
              <w:t xml:space="preserve">Дата </w:t>
            </w:r>
            <w:r>
              <w:br/>
            </w:r>
            <w:r>
              <w:rPr>
                <w:b/>
                <w:color w:val="000000"/>
                <w:w w:val="101"/>
                <w:sz w:val="23"/>
              </w:rPr>
              <w:t>изучения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71" w:lineRule="auto"/>
              <w:ind w:left="70" w:right="432"/>
            </w:pPr>
            <w:r>
              <w:rPr>
                <w:b/>
                <w:color w:val="000000"/>
                <w:w w:val="101"/>
                <w:sz w:val="23"/>
              </w:rPr>
              <w:t xml:space="preserve">Виды, </w:t>
            </w:r>
            <w:r>
              <w:br/>
            </w:r>
            <w:r>
              <w:rPr>
                <w:b/>
                <w:color w:val="000000"/>
                <w:w w:val="101"/>
                <w:sz w:val="23"/>
              </w:rPr>
              <w:t xml:space="preserve">формы </w:t>
            </w:r>
            <w:r>
              <w:br/>
            </w:r>
            <w:r>
              <w:rPr>
                <w:b/>
                <w:color w:val="000000"/>
                <w:w w:val="101"/>
                <w:sz w:val="23"/>
              </w:rPr>
              <w:t>контроля</w:t>
            </w:r>
          </w:p>
        </w:tc>
      </w:tr>
      <w:tr w:rsidR="009D0436" w:rsidTr="009D0436">
        <w:trPr>
          <w:trHeight w:hRule="exact" w:val="806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36" w:rsidRDefault="009D0436" w:rsidP="009D0436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36" w:rsidRDefault="009D0436" w:rsidP="009D0436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b/>
                <w:color w:val="000000"/>
                <w:w w:val="101"/>
                <w:sz w:val="23"/>
              </w:rPr>
              <w:t xml:space="preserve">всего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/>
            </w:pPr>
            <w:r>
              <w:rPr>
                <w:b/>
                <w:color w:val="000000"/>
                <w:w w:val="101"/>
                <w:sz w:val="23"/>
              </w:rPr>
              <w:t>контрольные работы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/>
            </w:pPr>
            <w:r>
              <w:rPr>
                <w:b/>
                <w:color w:val="000000"/>
                <w:w w:val="101"/>
                <w:sz w:val="23"/>
              </w:rPr>
              <w:t>практические работы</w:t>
            </w:r>
          </w:p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36" w:rsidRDefault="009D0436" w:rsidP="009D0436"/>
        </w:tc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0436" w:rsidRDefault="009D0436" w:rsidP="009D0436"/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70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8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Число и цифра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Числа. Числа от 1 до 9: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различение, чтение, запись.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Обобщение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Числа. Единица счёта. Десяток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Счёт предметов, запись результата цифрами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195095" w:rsidRDefault="00195095" w:rsidP="009D0436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Pr="00195095" w:rsidRDefault="00195095" w:rsidP="00195095"/>
    <w:p w:rsidR="00195095" w:rsidRDefault="00195095" w:rsidP="00195095"/>
    <w:p w:rsidR="00195095" w:rsidRDefault="00195095" w:rsidP="00195095"/>
    <w:p w:rsidR="009D0436" w:rsidRPr="00195095" w:rsidRDefault="009D0436" w:rsidP="00195095">
      <w:pPr>
        <w:sectPr w:rsidR="009D0436" w:rsidRPr="00195095">
          <w:pgSz w:w="11900" w:h="16840"/>
          <w:pgMar w:top="298" w:right="556" w:bottom="72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Числа. Порядковый номер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объекта при заданном порядке счёта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Сравнение чисел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432"/>
            </w:pPr>
            <w:r>
              <w:rPr>
                <w:color w:val="000000"/>
                <w:w w:val="101"/>
                <w:sz w:val="23"/>
              </w:rPr>
              <w:t>Сравнение с</w:t>
            </w:r>
            <w:r w:rsidRPr="00C13306">
              <w:rPr>
                <w:color w:val="000000"/>
                <w:w w:val="101"/>
                <w:sz w:val="23"/>
              </w:rPr>
              <w:t xml:space="preserve"> групп предметов по количеству: больше, меньше, столько же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16.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Число и цифра 0 при измерении, вычислении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Числа в пределах 20: чтение, запись, сравнение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Однозначные и двузначные числа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Уменьшение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Величины. Длина и её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измерение с помощью заданной мерки. Длиннее. Короче.</w:t>
            </w:r>
          </w:p>
          <w:p w:rsidR="009D0436" w:rsidRPr="00C13306" w:rsidRDefault="009D0436" w:rsidP="009D0436">
            <w:pPr>
              <w:spacing w:before="68" w:line="230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Одинаковые по длине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Величины. Длина и её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измерение с помощью заданной мерки. </w:t>
            </w:r>
            <w:r>
              <w:rPr>
                <w:color w:val="000000"/>
                <w:w w:val="101"/>
                <w:sz w:val="23"/>
              </w:rPr>
              <w:t>Сравнение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7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8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Величины. Сравнение без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измерения: выше — ниже, шире— уже, длиннее — короче,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старше — моложе, тяжелее —легче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Единицы длины: сантиметр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Единицы длины: дециметр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 xml:space="preserve">Единицы длины: сантиметр, дециметр; установление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соотношения между ними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33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Арифметические действия.</w:t>
            </w:r>
          </w:p>
          <w:p w:rsidR="009D0436" w:rsidRDefault="009D0436" w:rsidP="009D0436">
            <w:pPr>
              <w:spacing w:before="68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□+ 1, □ – 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28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□+ 2, □ –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□+ 3, □ –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Вычисления вида □+ 4, □ –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 xml:space="preserve">Сложение и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вычитание вида □ + 5, □ + 6, □ + 7, □ +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6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7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34.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8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9 –□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</w:t>
            </w:r>
            <w:r>
              <w:rPr>
                <w:color w:val="000000"/>
                <w:w w:val="101"/>
                <w:sz w:val="23"/>
              </w:rPr>
              <w:t>Вычитание вида 10–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37.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+ 2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6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+ 4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56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41.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+ 6, □ + 7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42.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Сложение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однозначных чисел с переходом через десяток вида □ + 8, □ + 9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11-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12-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13-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14-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 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15-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5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48.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4"/>
              <w:ind w:left="70"/>
            </w:pPr>
            <w:r w:rsidRPr="00C13306">
              <w:rPr>
                <w:color w:val="000000"/>
                <w:w w:val="101"/>
                <w:sz w:val="23"/>
              </w:rPr>
              <w:t>16-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49.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/>
              <w:ind w:left="70"/>
              <w:rPr>
                <w:color w:val="000000"/>
                <w:w w:val="101"/>
                <w:sz w:val="23"/>
              </w:rPr>
            </w:pPr>
            <w:r w:rsidRPr="00C13306">
              <w:rPr>
                <w:color w:val="000000"/>
                <w:w w:val="101"/>
                <w:sz w:val="23"/>
              </w:rPr>
              <w:t xml:space="preserve">Сложение и вычитание чисел в пределах 20. Вычитание с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переходом через десяток вида </w:t>
            </w:r>
          </w:p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>17- □, 18 - □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772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действия сложения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действия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52.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Названия компонентов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действий, результатов действий сложения и вычитания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Таблица сложения. Таблица сложения чисел в пределах 10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Таблица сложения. Таблица сложения чисел в пределах 20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55.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432"/>
            </w:pPr>
            <w:r>
              <w:rPr>
                <w:color w:val="000000"/>
                <w:w w:val="101"/>
                <w:sz w:val="23"/>
              </w:rPr>
              <w:t xml:space="preserve"> Переместительное свойство сложения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56.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720"/>
            </w:pPr>
            <w:r w:rsidRPr="00C13306">
              <w:rPr>
                <w:color w:val="000000"/>
                <w:w w:val="101"/>
                <w:sz w:val="23"/>
              </w:rPr>
              <w:t>Вычитание как действие, обратное сложению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Неизвестное слагаемое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1008"/>
            </w:pPr>
            <w:r>
              <w:rPr>
                <w:color w:val="000000"/>
                <w:w w:val="101"/>
                <w:sz w:val="23"/>
              </w:rPr>
              <w:t>Сложение одинаковых слагаемых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59.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Счёт по 2, по 3, по 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Прибавление и вычитание нуля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Сложение чисел без перехода через десяток. </w:t>
            </w:r>
            <w:r>
              <w:rPr>
                <w:color w:val="000000"/>
                <w:w w:val="101"/>
                <w:sz w:val="23"/>
              </w:rPr>
              <w:t>Обобщение и систематизация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Вычитание чисел без перехода через десяток. </w:t>
            </w:r>
            <w:r>
              <w:rPr>
                <w:color w:val="000000"/>
                <w:w w:val="101"/>
                <w:sz w:val="23"/>
              </w:rPr>
              <w:t>Обобщение и систематизация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63.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Сложение чисел с переходом через десяток. Общий приём сложения с переходом через десяток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64.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Сложение чисел с переходом через десяток. </w:t>
            </w:r>
            <w:r>
              <w:rPr>
                <w:color w:val="000000"/>
                <w:w w:val="101"/>
                <w:sz w:val="23"/>
              </w:rPr>
              <w:t>Обобщение  знаний.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778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Вычитание чисел с переходом через десяток. </w:t>
            </w:r>
            <w:r>
              <w:rPr>
                <w:color w:val="000000"/>
                <w:w w:val="101"/>
                <w:sz w:val="23"/>
              </w:rPr>
              <w:t>Обобщение  знаний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432"/>
            </w:pPr>
            <w:r>
              <w:rPr>
                <w:color w:val="000000"/>
                <w:w w:val="101"/>
                <w:sz w:val="23"/>
              </w:rPr>
              <w:t>Текстовые задачи. Текстовая задача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432"/>
            </w:pPr>
            <w:r>
              <w:rPr>
                <w:color w:val="000000"/>
                <w:w w:val="101"/>
                <w:sz w:val="23"/>
              </w:rPr>
              <w:t>Текстовые задачи. Текстовая задача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69.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Выбор и запись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арифметического действия для получения ответа на вопрос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color w:val="000000"/>
                <w:w w:val="101"/>
                <w:sz w:val="23"/>
              </w:rPr>
              <w:t xml:space="preserve">Задачи на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нахождение суммы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color w:val="000000"/>
                <w:w w:val="101"/>
                <w:sz w:val="23"/>
              </w:rPr>
              <w:t xml:space="preserve">Задачи на </w:t>
            </w:r>
            <w:r>
              <w:br/>
            </w:r>
            <w:r>
              <w:rPr>
                <w:color w:val="000000"/>
                <w:w w:val="101"/>
                <w:sz w:val="23"/>
              </w:rPr>
              <w:t>нахождение остатка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72.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Задачи на увеличение (уменьшение)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Задачи на увеличение числа на несколько единиц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Задачи на уменьшение числа на несколько единиц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Задачи на разностное сравнение чисел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76.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 xml:space="preserve"> Задачи на нахождение неизвестного первого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77.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1008"/>
            </w:pPr>
            <w:r w:rsidRPr="00C13306">
              <w:rPr>
                <w:color w:val="000000"/>
                <w:w w:val="101"/>
                <w:sz w:val="23"/>
              </w:rPr>
              <w:t>Задачи на нахождение неизвестного второго слагаемого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 xml:space="preserve">Задачи на нахождение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неизвестного уменьшаемого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79.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Задачи на нахождение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неизвестного вычитаемого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44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Модели задач: краткая запись, рисунок, схема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81.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432"/>
            </w:pPr>
            <w:r>
              <w:rPr>
                <w:color w:val="000000"/>
                <w:w w:val="101"/>
                <w:sz w:val="23"/>
              </w:rPr>
              <w:t>Обнаружение недостающего элемента задачи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2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82.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Пространственные отношения и геометрические фигуры.</w:t>
            </w:r>
          </w:p>
          <w:p w:rsidR="009D0436" w:rsidRPr="00C13306" w:rsidRDefault="009D0436" w:rsidP="009D0436">
            <w:pPr>
              <w:spacing w:before="68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слева/справа, сверху/снизу, 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установление пространственных отношений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Расположение предметов и объектов на плоскости, в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пространстве: слева/справа, сверху/снизу, 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576"/>
            </w:pPr>
            <w:r w:rsidRPr="00C13306">
              <w:rPr>
                <w:color w:val="000000"/>
                <w:w w:val="101"/>
                <w:sz w:val="23"/>
              </w:rPr>
              <w:t xml:space="preserve"> Расположение предметов и объектов на плоскости, в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>пространстве:  внутри, вне,</w:t>
            </w:r>
          </w:p>
          <w:p w:rsidR="009D0436" w:rsidRDefault="009D0436" w:rsidP="009D0436">
            <w:pPr>
              <w:spacing w:before="6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между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432"/>
            </w:pPr>
            <w:r w:rsidRPr="00C13306">
              <w:rPr>
                <w:color w:val="000000"/>
                <w:w w:val="101"/>
                <w:sz w:val="23"/>
              </w:rPr>
              <w:t>Распознавание объекта и его отражения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 Круг, треугольник,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прямоугольник,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отрезок.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Распознавание фигур: куба, шара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88.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Распознавание круга,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треугольника,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прямоугольника,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отрезка,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круга, треугольника, прямоугольника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89.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/>
            </w:pPr>
            <w:r w:rsidRPr="00C13306">
              <w:rPr>
                <w:color w:val="000000"/>
                <w:w w:val="101"/>
                <w:sz w:val="23"/>
              </w:rPr>
              <w:t xml:space="preserve">Распознавание круга,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треугольника,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прямоугольника,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отрезка,</w:t>
            </w:r>
            <w:r>
              <w:rPr>
                <w:color w:val="000000"/>
                <w:w w:val="101"/>
                <w:sz w:val="23"/>
              </w:rPr>
              <w:t xml:space="preserve"> </w:t>
            </w:r>
            <w:r w:rsidRPr="00C13306">
              <w:rPr>
                <w:color w:val="000000"/>
                <w:w w:val="101"/>
                <w:sz w:val="23"/>
              </w:rPr>
              <w:t>прямой, отрезка, точки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Изображение прямоугольника, квадрата, треугольника.</w:t>
            </w:r>
          </w:p>
          <w:p w:rsidR="009D0436" w:rsidRPr="00C13306" w:rsidRDefault="009D0436" w:rsidP="009D0436">
            <w:pPr>
              <w:spacing w:before="68" w:line="262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Изображение геометрических фигур "от руки"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75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>линейки.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/>
            </w:pPr>
            <w:r>
              <w:rPr>
                <w:color w:val="000000"/>
                <w:w w:val="101"/>
                <w:sz w:val="23"/>
              </w:rPr>
              <w:t>Практическая работа;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линейки.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93.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 xml:space="preserve">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линейки.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71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квадрата, треугольника с помощью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>линейки.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 xml:space="preserve">Изображение с использованием линейки: многоугольника,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треугольника, прямоугольника , прямой, отрезка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30" w:lineRule="auto"/>
              <w:ind w:left="70"/>
            </w:pPr>
            <w:r w:rsidRPr="00C13306">
              <w:rPr>
                <w:color w:val="000000"/>
                <w:w w:val="101"/>
                <w:sz w:val="23"/>
              </w:rPr>
              <w:t>Прямоугольник. Квадрат.</w:t>
            </w:r>
          </w:p>
          <w:p w:rsidR="009D0436" w:rsidRPr="00C13306" w:rsidRDefault="009D0436" w:rsidP="009D0436">
            <w:pPr>
              <w:spacing w:before="68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прямоугольника (квадрата) на клетчатой бумаге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/>
            </w:pPr>
            <w:r>
              <w:rPr>
                <w:color w:val="000000"/>
                <w:w w:val="101"/>
                <w:sz w:val="23"/>
              </w:rPr>
              <w:t>Практическая работа;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</w:pPr>
            <w:r>
              <w:rPr>
                <w:color w:val="000000"/>
                <w:w w:val="101"/>
                <w:sz w:val="23"/>
              </w:rPr>
              <w:t>97.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8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сантиметрах. Измерение длины в дециметрах и сантиметрах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99.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Построение отрезка, измерение длины отрезка в сантиметрах.</w:t>
            </w:r>
          </w:p>
          <w:p w:rsidR="009D0436" w:rsidRDefault="009D0436" w:rsidP="009D0436">
            <w:pPr>
              <w:spacing w:before="68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Сравнение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  <w:p w:rsidR="009D0436" w:rsidRPr="007605BD" w:rsidRDefault="009D0436" w:rsidP="009D0436">
            <w:r>
              <w:t>Практическая работа</w:t>
            </w:r>
          </w:p>
        </w:tc>
      </w:tr>
      <w:tr w:rsidR="009D0436" w:rsidTr="009D0436">
        <w:trPr>
          <w:trHeight w:hRule="exact" w:val="148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100.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/>
              <w:ind w:left="152" w:right="144" w:hanging="152"/>
            </w:pPr>
            <w:r w:rsidRPr="00C13306">
              <w:rPr>
                <w:color w:val="000000"/>
                <w:w w:val="101"/>
                <w:sz w:val="23"/>
              </w:rPr>
              <w:t xml:space="preserve"> Построение отрезка, измерение длины отрезка в сантиметрах. Сложение и вычитание длин отрезков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 xml:space="preserve">101.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</w:pPr>
            <w:r w:rsidRPr="00C13306">
              <w:rPr>
                <w:color w:val="000000"/>
                <w:w w:val="101"/>
                <w:sz w:val="23"/>
              </w:rPr>
              <w:t xml:space="preserve"> Длина стороны прямоугольника,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квадрата, треугольника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70" w:right="288"/>
            </w:pPr>
            <w:r w:rsidRPr="00C13306">
              <w:rPr>
                <w:color w:val="000000"/>
                <w:w w:val="101"/>
                <w:sz w:val="23"/>
              </w:rPr>
              <w:t>Математическая информация. Сбор данных об объекте по образцу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 xml:space="preserve">103.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right="288"/>
            </w:pPr>
            <w:r w:rsidRPr="00C13306">
              <w:rPr>
                <w:color w:val="000000"/>
                <w:w w:val="101"/>
                <w:sz w:val="23"/>
              </w:rPr>
              <w:t xml:space="preserve"> Характеристики объекта,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группы объектов </w:t>
            </w:r>
            <w:r w:rsidRPr="00C13306">
              <w:rPr>
                <w:color w:val="000000"/>
                <w:w w:val="101"/>
                <w:sz w:val="23"/>
              </w:rPr>
              <w:t>(количество, форма, размер</w:t>
            </w:r>
            <w:r>
              <w:rPr>
                <w:color w:val="000000"/>
                <w:w w:val="101"/>
                <w:sz w:val="23"/>
              </w:rPr>
              <w:t>)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590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71" w:lineRule="auto"/>
              <w:ind w:right="258"/>
              <w:jc w:val="both"/>
            </w:pPr>
            <w:r w:rsidRPr="00C13306">
              <w:rPr>
                <w:color w:val="000000"/>
                <w:w w:val="101"/>
                <w:sz w:val="23"/>
              </w:rPr>
              <w:t xml:space="preserve"> Характеристики объекта,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группы объектов  форма,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 xml:space="preserve">размер). </w:t>
            </w:r>
            <w:r w:rsidRPr="00996626">
              <w:rPr>
                <w:color w:val="000000"/>
                <w:w w:val="101"/>
                <w:sz w:val="23"/>
              </w:rPr>
              <w:t>Сравнение  предметов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</w:pPr>
            <w:r w:rsidRPr="00C13306">
              <w:rPr>
                <w:color w:val="000000"/>
                <w:w w:val="101"/>
                <w:sz w:val="23"/>
              </w:rPr>
              <w:t xml:space="preserve"> Выбор предметов по образцу (по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заданным признакам)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 Группировка объектов по заданному признаку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99662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Группировка объектов по заданному признаку.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62" w:lineRule="auto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99662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108.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152" w:hanging="152"/>
            </w:pPr>
            <w:r w:rsidRPr="00C13306">
              <w:rPr>
                <w:color w:val="000000"/>
                <w:w w:val="101"/>
                <w:sz w:val="23"/>
              </w:rPr>
              <w:t xml:space="preserve"> Закономерность в ряду заданных объектов: её обнаружение, </w:t>
            </w:r>
            <w:r w:rsidRPr="00C13306">
              <w:br/>
            </w:r>
            <w:r w:rsidRPr="00C13306">
              <w:rPr>
                <w:color w:val="000000"/>
                <w:w w:val="101"/>
                <w:sz w:val="23"/>
              </w:rPr>
              <w:t>продолжение ряда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62" w:lineRule="auto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109.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tabs>
                <w:tab w:val="left" w:pos="560"/>
              </w:tabs>
              <w:spacing w:before="96" w:line="262" w:lineRule="auto"/>
              <w:ind w:right="1296"/>
            </w:pPr>
            <w:r>
              <w:rPr>
                <w:color w:val="000000"/>
                <w:w w:val="101"/>
                <w:sz w:val="23"/>
              </w:rPr>
              <w:t xml:space="preserve"> Верные  и неверные предложения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 xml:space="preserve">110.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</w:pPr>
            <w:r>
              <w:rPr>
                <w:color w:val="000000"/>
                <w:w w:val="101"/>
                <w:sz w:val="23"/>
              </w:rPr>
              <w:t xml:space="preserve">Чтение таблицы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111.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  <w:ind w:right="144"/>
            </w:pPr>
            <w:r w:rsidRPr="00C13306">
              <w:rPr>
                <w:color w:val="000000"/>
                <w:w w:val="101"/>
                <w:sz w:val="23"/>
              </w:rPr>
              <w:t xml:space="preserve"> Извлечение данного из строки,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столбца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112.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  <w:ind w:right="144"/>
            </w:pPr>
            <w:r w:rsidRPr="00C13306">
              <w:rPr>
                <w:color w:val="000000"/>
                <w:w w:val="101"/>
                <w:sz w:val="23"/>
              </w:rPr>
              <w:t xml:space="preserve"> Внесение одного-двух данных в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таблицу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113.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560"/>
              </w:tabs>
              <w:spacing w:before="94" w:line="262" w:lineRule="auto"/>
              <w:ind w:right="432"/>
            </w:pPr>
            <w:r w:rsidRPr="00C13306">
              <w:rPr>
                <w:color w:val="000000"/>
                <w:w w:val="101"/>
                <w:sz w:val="23"/>
              </w:rPr>
              <w:t xml:space="preserve"> Чтение рисунка, схемы 1—2 числовыми данными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996626" w:rsidTr="009D0436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114.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71" w:lineRule="auto"/>
              <w:ind w:left="560" w:right="432" w:hanging="560"/>
            </w:pPr>
            <w:r>
              <w:rPr>
                <w:color w:val="000000"/>
                <w:w w:val="101"/>
                <w:sz w:val="23"/>
              </w:rPr>
              <w:t xml:space="preserve">Выполнение 1—3-шаговых инструкций, связанных </w:t>
            </w:r>
            <w:r w:rsidRPr="00C13306">
              <w:rPr>
                <w:color w:val="000000"/>
                <w:w w:val="101"/>
                <w:sz w:val="23"/>
              </w:rPr>
              <w:t>с вычислениями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4" w:line="233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4" w:line="233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4" w:line="233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4" w:line="262" w:lineRule="auto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996626" w:rsidTr="009D0436">
        <w:trPr>
          <w:trHeight w:hRule="exact" w:val="13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115.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71" w:lineRule="auto"/>
              <w:ind w:left="560" w:right="576" w:hanging="560"/>
            </w:pPr>
            <w:r>
              <w:rPr>
                <w:color w:val="000000"/>
                <w:w w:val="101"/>
                <w:sz w:val="23"/>
              </w:rPr>
              <w:t xml:space="preserve"> Выполнение 1—3-шаговых инструкций, </w:t>
            </w:r>
            <w:r w:rsidRPr="00C13306">
              <w:rPr>
                <w:color w:val="000000"/>
                <w:w w:val="101"/>
                <w:sz w:val="23"/>
              </w:rPr>
              <w:t>связанных с измерением длины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  <w:jc w:val="center"/>
            </w:pPr>
            <w:r w:rsidRPr="00996626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62" w:lineRule="auto"/>
              <w:ind w:left="70" w:right="576"/>
            </w:pPr>
            <w:r w:rsidRPr="00996626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996626" w:rsidRDefault="009D0436" w:rsidP="009D0436">
            <w:pPr>
              <w:spacing w:before="96" w:line="230" w:lineRule="auto"/>
              <w:ind w:left="70"/>
            </w:pPr>
            <w:r w:rsidRPr="00996626">
              <w:rPr>
                <w:color w:val="000000"/>
                <w:w w:val="101"/>
                <w:sz w:val="23"/>
              </w:rPr>
              <w:t xml:space="preserve">116.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/>
              <w:ind w:left="560" w:right="288" w:hanging="560"/>
            </w:pPr>
            <w:r>
              <w:rPr>
                <w:color w:val="000000"/>
                <w:w w:val="101"/>
                <w:sz w:val="23"/>
              </w:rPr>
              <w:t xml:space="preserve"> Выполнение 1—3-шаговых </w:t>
            </w:r>
            <w:r w:rsidRPr="00C13306">
              <w:rPr>
                <w:color w:val="000000"/>
                <w:w w:val="101"/>
                <w:sz w:val="23"/>
              </w:rPr>
              <w:t xml:space="preserve">инструкций, связанных с </w:t>
            </w:r>
            <w:r w:rsidRPr="00C13306">
              <w:br/>
            </w:r>
            <w:r>
              <w:rPr>
                <w:color w:val="000000"/>
                <w:w w:val="101"/>
                <w:sz w:val="23"/>
              </w:rPr>
              <w:t xml:space="preserve">построением </w:t>
            </w:r>
            <w:r w:rsidRPr="00C13306">
              <w:rPr>
                <w:color w:val="000000"/>
                <w:w w:val="101"/>
                <w:sz w:val="23"/>
              </w:rPr>
              <w:t>геометрических фигур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117.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tabs>
                <w:tab w:val="left" w:pos="560"/>
              </w:tabs>
              <w:spacing w:before="94" w:line="262" w:lineRule="auto"/>
              <w:ind w:right="1296"/>
            </w:pPr>
            <w:r>
              <w:rPr>
                <w:color w:val="000000"/>
                <w:w w:val="101"/>
                <w:sz w:val="23"/>
              </w:rPr>
              <w:t xml:space="preserve"> Административный контрольный срез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144"/>
            </w:pPr>
            <w:r>
              <w:rPr>
                <w:color w:val="000000"/>
                <w:w w:val="101"/>
                <w:sz w:val="23"/>
              </w:rPr>
              <w:t>Контрольная работа;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118.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560"/>
              </w:tabs>
              <w:spacing w:before="94" w:line="262" w:lineRule="auto"/>
              <w:ind w:right="864"/>
            </w:pPr>
            <w:r w:rsidRPr="00C13306">
              <w:rPr>
                <w:color w:val="000000"/>
                <w:w w:val="101"/>
                <w:sz w:val="23"/>
              </w:rPr>
              <w:t xml:space="preserve"> Числа. Числа от 1 до 10.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7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119.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560"/>
              </w:tabs>
              <w:spacing w:before="96" w:line="262" w:lineRule="auto"/>
              <w:ind w:right="720"/>
            </w:pPr>
            <w:r w:rsidRPr="00C13306">
              <w:rPr>
                <w:color w:val="000000"/>
                <w:w w:val="101"/>
                <w:sz w:val="23"/>
              </w:rPr>
              <w:t xml:space="preserve">  Числа. Числа от 11 до 20.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sectPr w:rsidR="009D0436">
          <w:pgSz w:w="11900" w:h="16840"/>
          <w:pgMar w:top="284" w:right="556" w:bottom="616" w:left="664" w:header="720" w:footer="720" w:gutter="0"/>
          <w:cols w:space="720" w:equalWidth="0">
            <w:col w:w="10680" w:space="0"/>
          </w:cols>
          <w:docGrid w:linePitch="360"/>
        </w:sectPr>
      </w:pPr>
    </w:p>
    <w:p w:rsidR="009D0436" w:rsidRDefault="009D0436" w:rsidP="009D0436">
      <w:pPr>
        <w:spacing w:after="66" w:line="220" w:lineRule="exact"/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120.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right="432"/>
              <w:jc w:val="center"/>
            </w:pPr>
            <w:r w:rsidRPr="00C13306">
              <w:rPr>
                <w:color w:val="000000"/>
                <w:w w:val="101"/>
                <w:sz w:val="23"/>
              </w:rPr>
              <w:t>Единицы длины: сантиметр, дециметр.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121.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4" w:line="262" w:lineRule="auto"/>
              <w:ind w:right="432"/>
              <w:jc w:val="center"/>
            </w:pPr>
            <w:r w:rsidRPr="00C13306">
              <w:rPr>
                <w:color w:val="000000"/>
                <w:w w:val="101"/>
                <w:sz w:val="23"/>
              </w:rPr>
              <w:t xml:space="preserve"> Промежуточная аттестация в форме контрольной работы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144"/>
            </w:pPr>
            <w:r>
              <w:rPr>
                <w:color w:val="000000"/>
                <w:w w:val="101"/>
                <w:sz w:val="23"/>
              </w:rPr>
              <w:t>Контрольная работа;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122.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560"/>
              </w:tabs>
              <w:spacing w:before="94" w:line="262" w:lineRule="auto"/>
              <w:ind w:right="432"/>
            </w:pPr>
            <w:r w:rsidRPr="00C13306">
              <w:rPr>
                <w:color w:val="000000"/>
                <w:w w:val="101"/>
                <w:sz w:val="23"/>
              </w:rPr>
              <w:t>Числа от 1 до 10. Сложение.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123.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  <w:ind w:right="432"/>
            </w:pPr>
            <w:r w:rsidRPr="00C13306">
              <w:rPr>
                <w:color w:val="000000"/>
                <w:w w:val="101"/>
                <w:sz w:val="23"/>
              </w:rPr>
              <w:t xml:space="preserve"> Числа от 1 до 20. Сложение с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124.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  <w:ind w:right="288"/>
            </w:pPr>
            <w:r w:rsidRPr="00C13306">
              <w:rPr>
                <w:color w:val="000000"/>
                <w:w w:val="101"/>
                <w:sz w:val="23"/>
              </w:rPr>
              <w:t xml:space="preserve"> Числа от 1 до 20. Вычитание с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переходом через десяток.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125.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tabs>
                <w:tab w:val="left" w:pos="152"/>
              </w:tabs>
              <w:spacing w:before="96" w:line="262" w:lineRule="auto"/>
            </w:pPr>
            <w:r w:rsidRPr="00C13306">
              <w:rPr>
                <w:color w:val="000000"/>
                <w:w w:val="101"/>
                <w:sz w:val="23"/>
              </w:rPr>
              <w:t xml:space="preserve"> Задачи на разностное сравнение. </w:t>
            </w:r>
            <w:r w:rsidRPr="00C13306">
              <w:tab/>
            </w:r>
            <w:r w:rsidRPr="00C13306">
              <w:rPr>
                <w:color w:val="000000"/>
                <w:w w:val="101"/>
                <w:sz w:val="23"/>
              </w:rPr>
              <w:t>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8E3104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jc w:val="center"/>
            </w:pPr>
            <w:r>
              <w:rPr>
                <w:color w:val="000000"/>
                <w:w w:val="101"/>
                <w:sz w:val="23"/>
              </w:rPr>
              <w:t>126.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tabs>
                <w:tab w:val="left" w:pos="560"/>
              </w:tabs>
              <w:spacing w:before="96" w:line="262" w:lineRule="auto"/>
              <w:ind w:right="576"/>
            </w:pPr>
            <w:r w:rsidRPr="008E3104">
              <w:rPr>
                <w:color w:val="000000"/>
                <w:w w:val="101"/>
                <w:sz w:val="23"/>
              </w:rPr>
              <w:t xml:space="preserve"> Пространственные </w:t>
            </w:r>
            <w:r w:rsidRPr="008E3104">
              <w:br/>
            </w:r>
            <w:r w:rsidRPr="008E3104">
              <w:rPr>
                <w:color w:val="000000"/>
                <w:w w:val="101"/>
                <w:sz w:val="23"/>
              </w:rPr>
              <w:t>представления. П</w:t>
            </w:r>
            <w:r>
              <w:rPr>
                <w:color w:val="000000"/>
                <w:w w:val="101"/>
                <w:sz w:val="23"/>
              </w:rPr>
              <w:t>о</w:t>
            </w:r>
            <w:r w:rsidRPr="008E3104">
              <w:rPr>
                <w:color w:val="000000"/>
                <w:w w:val="101"/>
                <w:sz w:val="23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62" w:lineRule="auto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8E3104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jc w:val="center"/>
            </w:pPr>
            <w:r w:rsidRPr="008E3104">
              <w:rPr>
                <w:color w:val="000000"/>
                <w:w w:val="101"/>
                <w:sz w:val="23"/>
              </w:rPr>
              <w:t>127.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tabs>
                <w:tab w:val="left" w:pos="560"/>
              </w:tabs>
              <w:spacing w:before="96" w:line="262" w:lineRule="auto"/>
              <w:ind w:right="576"/>
            </w:pPr>
            <w:r w:rsidRPr="008E3104">
              <w:rPr>
                <w:color w:val="000000"/>
                <w:w w:val="101"/>
                <w:sz w:val="23"/>
              </w:rPr>
              <w:t xml:space="preserve">Пространственные </w:t>
            </w:r>
            <w:r>
              <w:br/>
            </w:r>
            <w:r w:rsidRPr="008E3104">
              <w:rPr>
                <w:color w:val="000000"/>
                <w:w w:val="101"/>
                <w:sz w:val="23"/>
              </w:rPr>
              <w:t>представления. П</w:t>
            </w:r>
            <w:r>
              <w:rPr>
                <w:color w:val="000000"/>
                <w:w w:val="101"/>
                <w:sz w:val="23"/>
              </w:rPr>
              <w:t>о</w:t>
            </w:r>
            <w:r w:rsidRPr="008E3104">
              <w:rPr>
                <w:color w:val="000000"/>
                <w:w w:val="101"/>
                <w:sz w:val="23"/>
              </w:rPr>
              <w:t>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62" w:lineRule="auto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8E3104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jc w:val="center"/>
            </w:pPr>
            <w:r w:rsidRPr="008E3104">
              <w:rPr>
                <w:color w:val="000000"/>
                <w:w w:val="101"/>
                <w:sz w:val="23"/>
              </w:rPr>
              <w:t>128.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</w:pPr>
            <w:r w:rsidRPr="008E3104">
              <w:rPr>
                <w:color w:val="000000"/>
                <w:w w:val="101"/>
                <w:sz w:val="23"/>
              </w:rPr>
              <w:t xml:space="preserve"> Таблицы.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30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6" w:line="262" w:lineRule="auto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RPr="008E3104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jc w:val="center"/>
            </w:pPr>
            <w:r w:rsidRPr="008E3104">
              <w:rPr>
                <w:color w:val="000000"/>
                <w:w w:val="101"/>
                <w:sz w:val="23"/>
              </w:rPr>
              <w:t>129.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</w:pPr>
            <w:r w:rsidRPr="008E3104">
              <w:rPr>
                <w:color w:val="000000"/>
                <w:w w:val="101"/>
                <w:sz w:val="23"/>
              </w:rPr>
              <w:t xml:space="preserve">  Таблицы.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62" w:lineRule="auto"/>
              <w:ind w:left="70" w:right="576"/>
            </w:pPr>
            <w:r w:rsidRPr="008E3104"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jc w:val="center"/>
            </w:pPr>
            <w:r w:rsidRPr="008E3104">
              <w:rPr>
                <w:color w:val="000000"/>
                <w:w w:val="101"/>
                <w:sz w:val="23"/>
              </w:rPr>
              <w:t>130.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</w:pPr>
            <w:r w:rsidRPr="008E3104">
              <w:rPr>
                <w:color w:val="000000"/>
                <w:w w:val="101"/>
                <w:sz w:val="23"/>
              </w:rPr>
              <w:t xml:space="preserve"> Итоговая комплексная работа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spacing w:before="94" w:line="233" w:lineRule="auto"/>
              <w:ind w:left="70"/>
              <w:jc w:val="center"/>
            </w:pPr>
            <w:r w:rsidRPr="008E3104"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4" w:line="262" w:lineRule="auto"/>
              <w:ind w:left="70" w:right="144"/>
            </w:pPr>
            <w:r w:rsidRPr="008E3104">
              <w:rPr>
                <w:color w:val="000000"/>
                <w:w w:val="101"/>
                <w:sz w:val="23"/>
              </w:rPr>
              <w:t>Контроль</w:t>
            </w:r>
            <w:r>
              <w:rPr>
                <w:color w:val="000000"/>
                <w:w w:val="101"/>
                <w:sz w:val="23"/>
              </w:rPr>
              <w:t>ная работа;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jc w:val="center"/>
            </w:pPr>
            <w:r>
              <w:rPr>
                <w:color w:val="000000"/>
                <w:w w:val="101"/>
                <w:sz w:val="23"/>
              </w:rPr>
              <w:t>131.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8E3104" w:rsidRDefault="009D0436" w:rsidP="009D0436">
            <w:pPr>
              <w:tabs>
                <w:tab w:val="left" w:pos="560"/>
              </w:tabs>
              <w:spacing w:before="98" w:line="262" w:lineRule="auto"/>
              <w:ind w:right="864"/>
            </w:pPr>
            <w:r>
              <w:rPr>
                <w:color w:val="000000"/>
                <w:w w:val="101"/>
                <w:sz w:val="23"/>
              </w:rPr>
              <w:t xml:space="preserve"> Геометрические фигуры. Повторение.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33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8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 xml:space="preserve">132. </w:t>
            </w:r>
          </w:p>
        </w:tc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tabs>
                <w:tab w:val="left" w:pos="560"/>
              </w:tabs>
              <w:spacing w:before="96" w:line="262" w:lineRule="auto"/>
              <w:ind w:right="864"/>
            </w:pPr>
            <w:r>
              <w:rPr>
                <w:color w:val="000000"/>
                <w:w w:val="101"/>
                <w:sz w:val="23"/>
              </w:rPr>
              <w:t xml:space="preserve"> Геометрические фигуры. Повторение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  <w:jc w:val="center"/>
            </w:pPr>
            <w:r>
              <w:rPr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/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62" w:lineRule="auto"/>
              <w:ind w:left="70" w:right="576"/>
            </w:pPr>
            <w:r>
              <w:rPr>
                <w:color w:val="000000"/>
                <w:w w:val="101"/>
                <w:sz w:val="23"/>
              </w:rPr>
              <w:t>Устный опрос;</w:t>
            </w:r>
          </w:p>
        </w:tc>
      </w:tr>
      <w:tr w:rsidR="009D0436" w:rsidTr="009D0436">
        <w:trPr>
          <w:trHeight w:hRule="exact" w:val="786"/>
        </w:trPr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Pr="00C13306" w:rsidRDefault="009D0436" w:rsidP="009D0436">
            <w:pPr>
              <w:spacing w:before="96" w:line="262" w:lineRule="auto"/>
              <w:ind w:left="70" w:right="144"/>
            </w:pPr>
            <w:r w:rsidRPr="00C13306">
              <w:rPr>
                <w:color w:val="000000"/>
                <w:w w:val="101"/>
                <w:sz w:val="23"/>
              </w:rPr>
              <w:t>ОБЩЕЕ КОЛИЧЕСТВО ЧАСОВ ПО ПРОГРАММЕ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132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</w:t>
            </w:r>
          </w:p>
        </w:tc>
        <w:tc>
          <w:tcPr>
            <w:tcW w:w="4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D0436" w:rsidRDefault="009D0436" w:rsidP="009D0436">
            <w:pPr>
              <w:spacing w:before="96" w:line="230" w:lineRule="auto"/>
              <w:ind w:left="70"/>
            </w:pPr>
            <w:r>
              <w:rPr>
                <w:color w:val="000000"/>
                <w:w w:val="101"/>
                <w:sz w:val="23"/>
              </w:rPr>
              <w:t>3</w:t>
            </w:r>
          </w:p>
        </w:tc>
      </w:tr>
    </w:tbl>
    <w:p w:rsidR="009D0436" w:rsidRDefault="009D0436" w:rsidP="009D0436">
      <w:pPr>
        <w:spacing w:line="14" w:lineRule="exact"/>
      </w:pPr>
    </w:p>
    <w:p w:rsidR="009D0436" w:rsidRDefault="009D0436" w:rsidP="009D0436">
      <w:pPr>
        <w:ind w:firstLine="708"/>
      </w:pPr>
    </w:p>
    <w:p w:rsidR="009D0436" w:rsidRPr="009D0436" w:rsidRDefault="009D0436" w:rsidP="009D0436"/>
    <w:p w:rsidR="009D0436" w:rsidRPr="009D0436" w:rsidRDefault="009D0436" w:rsidP="009D0436"/>
    <w:p w:rsidR="009D0436" w:rsidRDefault="009D0436" w:rsidP="009D0436"/>
    <w:p w:rsidR="009D0436" w:rsidRDefault="009D0436" w:rsidP="009D0436"/>
    <w:p w:rsidR="009D0436" w:rsidRDefault="009D0436" w:rsidP="009D0436">
      <w:pPr>
        <w:tabs>
          <w:tab w:val="left" w:pos="1110"/>
        </w:tabs>
      </w:pPr>
      <w:r>
        <w:tab/>
      </w:r>
    </w:p>
    <w:p w:rsidR="009D0436" w:rsidRDefault="009D0436" w:rsidP="009D0436"/>
    <w:p w:rsidR="00EF085F" w:rsidRPr="009D0436" w:rsidRDefault="00EF085F" w:rsidP="009D0436">
      <w:pPr>
        <w:sectPr w:rsidR="00EF085F" w:rsidRPr="009D0436" w:rsidSect="009D0436">
          <w:pgSz w:w="11900" w:h="16840"/>
          <w:pgMar w:top="280" w:right="560" w:bottom="620" w:left="540" w:header="720" w:footer="720" w:gutter="0"/>
          <w:cols w:space="720"/>
          <w:docGrid w:linePitch="299"/>
        </w:sectPr>
      </w:pPr>
    </w:p>
    <w:p w:rsidR="009D0436" w:rsidRPr="009D0436" w:rsidRDefault="009D0436" w:rsidP="009D0436">
      <w:pPr>
        <w:spacing w:before="78"/>
        <w:ind w:left="107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224790</wp:posOffset>
                </wp:positionV>
                <wp:extent cx="9850755" cy="7620"/>
                <wp:effectExtent l="0" t="0" r="0" b="0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36BAD" id="Прямоугольник 2" o:spid="_x0000_s1026" style="position:absolute;margin-left:33.3pt;margin-top:17.7pt;width:775.6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9D0436">
        <w:rPr>
          <w:b/>
          <w:sz w:val="19"/>
        </w:rPr>
        <w:t>ТЕМАТИЧЕСКОЕ</w:t>
      </w:r>
      <w:r w:rsidRPr="009D0436">
        <w:rPr>
          <w:b/>
          <w:spacing w:val="3"/>
          <w:sz w:val="19"/>
        </w:rPr>
        <w:t xml:space="preserve"> </w:t>
      </w:r>
      <w:r w:rsidRPr="009D0436">
        <w:rPr>
          <w:b/>
          <w:sz w:val="19"/>
        </w:rPr>
        <w:t>ПЛАНИРОВАНИЕ</w:t>
      </w:r>
      <w:r>
        <w:rPr>
          <w:b/>
          <w:sz w:val="19"/>
        </w:rPr>
        <w:t xml:space="preserve"> 2 класс</w:t>
      </w:r>
    </w:p>
    <w:p w:rsidR="009D0436" w:rsidRPr="009D0436" w:rsidRDefault="009D0436" w:rsidP="009D0436">
      <w:pPr>
        <w:rPr>
          <w:b/>
          <w:sz w:val="20"/>
          <w:szCs w:val="24"/>
        </w:rPr>
      </w:pPr>
    </w:p>
    <w:p w:rsidR="009D0436" w:rsidRPr="009D0436" w:rsidRDefault="009D0436" w:rsidP="009D0436">
      <w:pPr>
        <w:spacing w:before="1" w:after="1"/>
        <w:rPr>
          <w:b/>
          <w:sz w:val="27"/>
          <w:szCs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91"/>
        <w:gridCol w:w="524"/>
        <w:gridCol w:w="1109"/>
        <w:gridCol w:w="1134"/>
        <w:gridCol w:w="4109"/>
        <w:gridCol w:w="1080"/>
        <w:gridCol w:w="1382"/>
      </w:tblGrid>
      <w:tr w:rsidR="009D0436" w:rsidRPr="009D0436" w:rsidTr="009D0436">
        <w:trPr>
          <w:trHeight w:val="336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71" w:line="268" w:lineRule="auto"/>
              <w:ind w:left="83" w:right="13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№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п/п</w:t>
            </w:r>
          </w:p>
        </w:tc>
        <w:tc>
          <w:tcPr>
            <w:tcW w:w="4891" w:type="dxa"/>
            <w:vMerge w:val="restart"/>
          </w:tcPr>
          <w:p w:rsidR="009D0436" w:rsidRPr="009D0436" w:rsidRDefault="009D0436" w:rsidP="009D0436">
            <w:pPr>
              <w:spacing w:before="71"/>
              <w:ind w:left="83"/>
              <w:rPr>
                <w:b/>
                <w:sz w:val="15"/>
              </w:rPr>
            </w:pPr>
            <w:r w:rsidRPr="009D0436">
              <w:rPr>
                <w:b/>
                <w:w w:val="95"/>
                <w:sz w:val="15"/>
              </w:rPr>
              <w:t>Наименование</w:t>
            </w:r>
            <w:r w:rsidRPr="009D0436">
              <w:rPr>
                <w:b/>
                <w:spacing w:val="44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разделов</w:t>
            </w:r>
            <w:r w:rsidRPr="009D0436">
              <w:rPr>
                <w:b/>
                <w:spacing w:val="5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и</w:t>
            </w:r>
            <w:r w:rsidRPr="009D0436">
              <w:rPr>
                <w:b/>
                <w:spacing w:val="3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тем</w:t>
            </w:r>
            <w:r w:rsidRPr="009D0436">
              <w:rPr>
                <w:b/>
                <w:spacing w:val="38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67" w:type="dxa"/>
            <w:gridSpan w:val="3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Количество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часов</w:t>
            </w:r>
          </w:p>
        </w:tc>
        <w:tc>
          <w:tcPr>
            <w:tcW w:w="4109" w:type="dxa"/>
            <w:vMerge w:val="restart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Виды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9D0436" w:rsidRPr="009D0436" w:rsidRDefault="009D0436" w:rsidP="009D0436">
            <w:pPr>
              <w:spacing w:before="71" w:line="266" w:lineRule="auto"/>
              <w:ind w:left="81" w:right="105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Виды,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формы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контроля</w:t>
            </w:r>
          </w:p>
        </w:tc>
        <w:tc>
          <w:tcPr>
            <w:tcW w:w="1382" w:type="dxa"/>
            <w:vMerge w:val="restart"/>
          </w:tcPr>
          <w:p w:rsidR="009D0436" w:rsidRPr="009D0436" w:rsidRDefault="009D0436" w:rsidP="009D0436">
            <w:pPr>
              <w:spacing w:before="71" w:line="266" w:lineRule="auto"/>
              <w:ind w:left="81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Электронные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(цифровые)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образовательные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ресурсы</w:t>
            </w:r>
          </w:p>
        </w:tc>
      </w:tr>
      <w:tr w:rsidR="009D0436" w:rsidRPr="009D0436" w:rsidTr="009D0436">
        <w:trPr>
          <w:trHeight w:val="560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</w:tcPr>
          <w:p w:rsidR="009D0436" w:rsidRPr="009D0436" w:rsidRDefault="009D0436" w:rsidP="009D0436">
            <w:pPr>
              <w:spacing w:before="71"/>
              <w:ind w:left="80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всего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71" w:line="266" w:lineRule="auto"/>
              <w:ind w:left="89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контрольные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работы</w:t>
            </w:r>
          </w:p>
        </w:tc>
        <w:tc>
          <w:tcPr>
            <w:tcW w:w="1134" w:type="dxa"/>
          </w:tcPr>
          <w:p w:rsidR="009D0436" w:rsidRPr="009D0436" w:rsidRDefault="009D0436" w:rsidP="009D0436">
            <w:pPr>
              <w:spacing w:before="71" w:line="266" w:lineRule="auto"/>
              <w:ind w:left="8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практические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работы</w:t>
            </w:r>
          </w:p>
        </w:tc>
        <w:tc>
          <w:tcPr>
            <w:tcW w:w="4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</w:tr>
      <w:tr w:rsidR="009D0436" w:rsidRPr="009D0436" w:rsidTr="009D0436">
        <w:trPr>
          <w:trHeight w:val="239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1.1.</w:t>
            </w:r>
          </w:p>
        </w:tc>
        <w:tc>
          <w:tcPr>
            <w:tcW w:w="4891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Числа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пределах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100: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чтение,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запись,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десятичный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состав,</w:t>
            </w:r>
          </w:p>
        </w:tc>
        <w:tc>
          <w:tcPr>
            <w:tcW w:w="524" w:type="dxa"/>
            <w:vMerge w:val="restart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  <w:vMerge w:val="restart"/>
          </w:tcPr>
          <w:p w:rsidR="009D0436" w:rsidRPr="009D0436" w:rsidRDefault="009D0436" w:rsidP="009D0436">
            <w:pPr>
              <w:spacing w:before="61"/>
              <w:ind w:left="89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4" w:type="dxa"/>
            <w:vMerge w:val="restart"/>
          </w:tcPr>
          <w:p w:rsidR="009D0436" w:rsidRPr="009D0436" w:rsidRDefault="009D0436" w:rsidP="009D0436">
            <w:pPr>
              <w:spacing w:before="61"/>
              <w:ind w:left="84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4109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Устная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письменная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числами: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чтение,</w:t>
            </w:r>
          </w:p>
        </w:tc>
        <w:tc>
          <w:tcPr>
            <w:tcW w:w="1080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9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</w:p>
        </w:tc>
        <w:tc>
          <w:tcPr>
            <w:tcW w:w="1382" w:type="dxa"/>
            <w:tcBorders>
              <w:bottom w:val="nil"/>
            </w:tcBorders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91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159" w:lineRule="exact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92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159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сравнение.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составление,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сравнение,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изменение;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счёт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единицами,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двойками,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тройками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от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заданного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числа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порядке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учебнику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убывания/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возрастания.;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класс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(Диск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СD),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авторы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Волкова,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С.П.Максимова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единая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цифровых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образовательных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ресурсов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адресу:</w:t>
            </w:r>
          </w:p>
        </w:tc>
      </w:tr>
      <w:tr w:rsidR="009D0436" w:rsidRPr="009D0436" w:rsidTr="009D0436">
        <w:trPr>
          <w:trHeight w:val="182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2A34AC" w:rsidP="009D0436">
            <w:pPr>
              <w:spacing w:line="162" w:lineRule="exact"/>
              <w:ind w:left="81"/>
              <w:rPr>
                <w:sz w:val="15"/>
              </w:rPr>
            </w:pPr>
            <w:hyperlink r:id="rId93">
              <w:r w:rsidR="009D0436" w:rsidRPr="009D0436">
                <w:rPr>
                  <w:sz w:val="15"/>
                </w:rPr>
                <w:t>http://school-</w:t>
              </w:r>
            </w:hyperlink>
          </w:p>
        </w:tc>
      </w:tr>
      <w:tr w:rsidR="009D0436" w:rsidRPr="009D0436" w:rsidTr="009D0436">
        <w:trPr>
          <w:trHeight w:val="263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9D0436" w:rsidRPr="009D0436" w:rsidRDefault="009D0436" w:rsidP="009D0436">
            <w:pPr>
              <w:spacing w:before="3"/>
              <w:ind w:left="81"/>
              <w:rPr>
                <w:sz w:val="15"/>
              </w:rPr>
            </w:pP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239"/>
        </w:trPr>
        <w:tc>
          <w:tcPr>
            <w:tcW w:w="466" w:type="dxa"/>
            <w:vMerge w:val="restart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1.2.</w:t>
            </w:r>
          </w:p>
        </w:tc>
        <w:tc>
          <w:tcPr>
            <w:tcW w:w="4891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Запись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равенства,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неравенства.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Увеличение/уменьшение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</w:p>
        </w:tc>
        <w:tc>
          <w:tcPr>
            <w:tcW w:w="524" w:type="dxa"/>
            <w:vMerge w:val="restart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  <w:vMerge w:val="restart"/>
          </w:tcPr>
          <w:p w:rsidR="009D0436" w:rsidRPr="009D0436" w:rsidRDefault="009D0436" w:rsidP="009D0436">
            <w:pPr>
              <w:spacing w:before="61"/>
              <w:ind w:left="89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4" w:type="dxa"/>
            <w:vMerge w:val="restart"/>
          </w:tcPr>
          <w:p w:rsidR="009D0436" w:rsidRPr="009D0436" w:rsidRDefault="009D0436" w:rsidP="009D0436">
            <w:pPr>
              <w:spacing w:before="61"/>
              <w:ind w:left="84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4109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Устная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письменная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числами: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чтение,</w:t>
            </w:r>
          </w:p>
        </w:tc>
        <w:tc>
          <w:tcPr>
            <w:tcW w:w="1080" w:type="dxa"/>
            <w:tcBorders>
              <w:bottom w:val="nil"/>
            </w:tcBorders>
          </w:tcPr>
          <w:p w:rsidR="009D0436" w:rsidRPr="009D0436" w:rsidRDefault="009D0436" w:rsidP="009D0436">
            <w:pPr>
              <w:spacing w:before="61" w:line="158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</w:p>
        </w:tc>
        <w:tc>
          <w:tcPr>
            <w:tcW w:w="1382" w:type="dxa"/>
            <w:tcBorders>
              <w:bottom w:val="nil"/>
            </w:tcBorders>
          </w:tcPr>
          <w:p w:rsidR="009D0436" w:rsidRPr="009D0436" w:rsidRDefault="002A34AC" w:rsidP="009D0436">
            <w:pPr>
              <w:spacing w:before="61" w:line="158" w:lineRule="exact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94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158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несколько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единиц/десятков;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разностное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сравнение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чисел.</w:t>
            </w: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составление,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сравнение,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изменение;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счёт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единицами,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двойками,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тройками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от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заданного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числа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порядке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учебнику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убывания/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возрастания.;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класс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(Диск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СD),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авторы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Волкова,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С.П.Максимова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единая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</w:p>
        </w:tc>
      </w:tr>
      <w:tr w:rsidR="009D0436" w:rsidRPr="009D0436" w:rsidTr="009D0436">
        <w:trPr>
          <w:trHeight w:val="177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цифровых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образовательных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ресурсов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</w:p>
        </w:tc>
      </w:tr>
      <w:tr w:rsidR="009D0436" w:rsidRPr="009D0436" w:rsidTr="009D0436">
        <w:trPr>
          <w:trHeight w:val="176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0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spacing w:line="157" w:lineRule="exact"/>
              <w:ind w:left="81"/>
              <w:rPr>
                <w:sz w:val="15"/>
              </w:rPr>
            </w:pPr>
            <w:r w:rsidRPr="009D0436">
              <w:rPr>
                <w:sz w:val="15"/>
              </w:rPr>
              <w:t>адресу:</w:t>
            </w:r>
          </w:p>
        </w:tc>
      </w:tr>
      <w:tr w:rsidR="009D0436" w:rsidRPr="009D0436" w:rsidTr="009D0436">
        <w:trPr>
          <w:trHeight w:val="184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9D0436" w:rsidRPr="009D0436" w:rsidRDefault="009D0436" w:rsidP="009D0436">
            <w:pPr>
              <w:rPr>
                <w:sz w:val="12"/>
              </w:rPr>
            </w:pPr>
          </w:p>
        </w:tc>
        <w:tc>
          <w:tcPr>
            <w:tcW w:w="1382" w:type="dxa"/>
            <w:tcBorders>
              <w:top w:val="nil"/>
              <w:bottom w:val="nil"/>
            </w:tcBorders>
          </w:tcPr>
          <w:p w:rsidR="009D0436" w:rsidRPr="009D0436" w:rsidRDefault="002A34AC" w:rsidP="009D0436">
            <w:pPr>
              <w:spacing w:line="164" w:lineRule="exact"/>
              <w:ind w:left="81"/>
              <w:rPr>
                <w:sz w:val="15"/>
              </w:rPr>
            </w:pPr>
            <w:hyperlink r:id="rId95">
              <w:r w:rsidR="009D0436" w:rsidRPr="009D0436">
                <w:rPr>
                  <w:sz w:val="15"/>
                </w:rPr>
                <w:t>http://school-</w:t>
              </w:r>
            </w:hyperlink>
          </w:p>
        </w:tc>
      </w:tr>
      <w:tr w:rsidR="009D0436" w:rsidRPr="009D0436" w:rsidTr="009D0436">
        <w:trPr>
          <w:trHeight w:val="265"/>
        </w:trPr>
        <w:tc>
          <w:tcPr>
            <w:tcW w:w="466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891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52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1382" w:type="dxa"/>
            <w:tcBorders>
              <w:top w:val="nil"/>
            </w:tcBorders>
          </w:tcPr>
          <w:p w:rsidR="009D0436" w:rsidRPr="009D0436" w:rsidRDefault="009D0436" w:rsidP="009D0436">
            <w:pPr>
              <w:spacing w:before="6"/>
              <w:ind w:left="81"/>
              <w:rPr>
                <w:sz w:val="15"/>
              </w:rPr>
            </w:pP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rPr>
          <w:sz w:val="15"/>
        </w:rPr>
        <w:sectPr w:rsidR="009D0436" w:rsidRPr="009D0436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68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Чётные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нечётные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Оформление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математических</w:t>
            </w:r>
            <w:r w:rsidRPr="009D0436">
              <w:rPr>
                <w:spacing w:val="19"/>
                <w:sz w:val="15"/>
              </w:rPr>
              <w:t xml:space="preserve"> </w:t>
            </w:r>
            <w:r w:rsidRPr="009D0436">
              <w:rPr>
                <w:sz w:val="15"/>
              </w:rPr>
              <w:t>записей.;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9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b/>
                <w:sz w:val="15"/>
              </w:rPr>
              <w:t>Представление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</w:t>
            </w:r>
            <w:r w:rsidRPr="009D0436">
              <w:rPr>
                <w:b/>
                <w:spacing w:val="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5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виде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суммы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разрядных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слагаемых</w:t>
            </w:r>
            <w:r w:rsidRPr="009D0436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Учебный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диалог: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обсуждение возможности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представления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числа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разными способами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(предметная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модель,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запись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словами,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 помощью таблицы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разрядов,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виде суммы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разрядных</w:t>
            </w:r>
            <w:r w:rsidRPr="009D0436">
              <w:rPr>
                <w:spacing w:val="-1"/>
                <w:sz w:val="15"/>
              </w:rPr>
              <w:t xml:space="preserve"> </w:t>
            </w:r>
            <w:r w:rsidRPr="009D0436">
              <w:rPr>
                <w:sz w:val="15"/>
              </w:rPr>
              <w:t>слагаемых).;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9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9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9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математической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терминологией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(однозначное,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двузначное,</w:t>
            </w:r>
            <w:r w:rsidRPr="009D0436">
              <w:rPr>
                <w:b/>
                <w:spacing w:val="2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чётное-нечётное</w:t>
            </w:r>
            <w:r w:rsidRPr="009D0436">
              <w:rPr>
                <w:b/>
                <w:spacing w:val="2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число;</w:t>
            </w:r>
            <w:r w:rsidRPr="009D0436">
              <w:rPr>
                <w:b/>
                <w:spacing w:val="2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число</w:t>
            </w:r>
            <w:r w:rsidRPr="009D0436">
              <w:rPr>
                <w:b/>
                <w:spacing w:val="2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2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цифра;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компоненты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арифметического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действия,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их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название)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Учебный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диалог: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обсуждение возможности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представления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числа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разными способами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(предметная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модель,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запись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словами,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 помощью таблицы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разрядов,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виде суммы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разрядных</w:t>
            </w:r>
            <w:r w:rsidRPr="009D0436">
              <w:rPr>
                <w:spacing w:val="-1"/>
                <w:sz w:val="15"/>
              </w:rPr>
              <w:t xml:space="preserve"> </w:t>
            </w:r>
            <w:r w:rsidRPr="009D0436">
              <w:rPr>
                <w:sz w:val="15"/>
              </w:rPr>
              <w:t>слагаемых).;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17"/>
              <w:rPr>
                <w:sz w:val="15"/>
              </w:rPr>
            </w:pPr>
            <w:r w:rsidRPr="009D0436">
              <w:rPr>
                <w:sz w:val="15"/>
              </w:rPr>
              <w:t>Контрольная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Зачет;</w:t>
            </w:r>
          </w:p>
          <w:p w:rsidR="009D0436" w:rsidRPr="009D0436" w:rsidRDefault="009D0436" w:rsidP="009D0436">
            <w:pPr>
              <w:spacing w:before="2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00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01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0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1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5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6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</w:t>
            </w:r>
            <w:r w:rsidRPr="009D0436">
              <w:rPr>
                <w:spacing w:val="2"/>
                <w:sz w:val="15"/>
              </w:rPr>
              <w:t xml:space="preserve"> </w:t>
            </w:r>
            <w:r w:rsidRPr="009D0436">
              <w:rPr>
                <w:sz w:val="15"/>
              </w:rPr>
              <w:t>2.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Величины</w:t>
            </w:r>
          </w:p>
        </w:tc>
      </w:tr>
    </w:tbl>
    <w:p w:rsidR="00195095" w:rsidRDefault="00195095" w:rsidP="009D0436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Pr="00195095" w:rsidRDefault="00195095" w:rsidP="00195095">
      <w:pPr>
        <w:rPr>
          <w:sz w:val="15"/>
        </w:rPr>
      </w:pPr>
    </w:p>
    <w:p w:rsidR="00195095" w:rsidRDefault="00195095" w:rsidP="00195095">
      <w:pPr>
        <w:rPr>
          <w:sz w:val="15"/>
        </w:rPr>
      </w:pPr>
    </w:p>
    <w:p w:rsidR="00195095" w:rsidRDefault="00195095" w:rsidP="00195095">
      <w:pPr>
        <w:rPr>
          <w:sz w:val="15"/>
        </w:rPr>
      </w:pPr>
    </w:p>
    <w:p w:rsidR="009D0436" w:rsidRPr="00195095" w:rsidRDefault="009D0436" w:rsidP="00195095">
      <w:pPr>
        <w:rPr>
          <w:sz w:val="15"/>
        </w:rPr>
        <w:sectPr w:rsidR="009D0436" w:rsidRPr="00195095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4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величинами: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сравнение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 массе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(единица массы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—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килограмм); измерение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длины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(единицы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длины</w:t>
            </w:r>
            <w:r w:rsidRPr="009D0436">
              <w:rPr>
                <w:b/>
                <w:spacing w:val="3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—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метр,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дециметр,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сантиметр,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миллиметр),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времени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(единицы</w:t>
            </w:r>
            <w:r w:rsidRPr="009D0436">
              <w:rPr>
                <w:b/>
                <w:spacing w:val="2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времени</w:t>
            </w:r>
            <w:r w:rsidRPr="009D0436">
              <w:rPr>
                <w:b/>
                <w:spacing w:val="3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—</w:t>
            </w:r>
            <w:r w:rsidRPr="009D0436">
              <w:rPr>
                <w:b/>
                <w:spacing w:val="-3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час,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минута).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4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Различение единиц измерения одной и той же величины,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установление между ними отношения (больше, меньше,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равно),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запись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результата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сравнения;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0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Соотношения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между единицами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пределах 100),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решение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практических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Обсуждение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практических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ситуаций.;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04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05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0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Измерение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4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Различение единиц измерения одной и той же величины,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установление между ними отношения (больше, меньше,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равно),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запись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результата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сравнения;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0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0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0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3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Сравнение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упорядочение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однородных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Проектные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 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величинами,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например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временем: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чтение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расписания,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графика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составление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схемы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для определения отрезка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времени;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установление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соотношения между единицами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времени: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годом, месяцем,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неделей,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сутками.;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05"/>
              <w:rPr>
                <w:sz w:val="15"/>
              </w:rPr>
            </w:pPr>
            <w:r w:rsidRPr="009D0436">
              <w:rPr>
                <w:sz w:val="15"/>
              </w:rPr>
              <w:t>Контрольная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1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5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11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1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3.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Арифметические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94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Устное сложение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 вычитание</w:t>
            </w:r>
            <w:r w:rsidRPr="009D0436">
              <w:rPr>
                <w:b/>
                <w:spacing w:val="3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 в пределах 100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без перехода и</w:t>
            </w:r>
            <w:r w:rsidRPr="009D0436">
              <w:rPr>
                <w:b/>
                <w:spacing w:val="-3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переходом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через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разряд.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Упражнения: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различение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приёмов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вычисления</w:t>
            </w:r>
            <w:r w:rsidRPr="009D0436">
              <w:rPr>
                <w:spacing w:val="19"/>
                <w:sz w:val="15"/>
              </w:rPr>
              <w:t xml:space="preserve"> </w:t>
            </w:r>
            <w:r w:rsidRPr="009D0436">
              <w:rPr>
                <w:sz w:val="15"/>
              </w:rPr>
              <w:t>(устные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письменные).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Выбор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удобного способа 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11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12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1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Письменное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сложение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вычитание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</w:t>
            </w:r>
            <w:r w:rsidRPr="009D0436">
              <w:rPr>
                <w:b/>
                <w:spacing w:val="2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пределах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100.</w:t>
            </w:r>
            <w:r w:rsidRPr="009D0436">
              <w:rPr>
                <w:b/>
                <w:spacing w:val="-3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Переместительное,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сочетательное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свойства сложения,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их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применение</w:t>
            </w:r>
            <w:r w:rsidRPr="009D0436">
              <w:rPr>
                <w:b/>
                <w:spacing w:val="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для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вычислений.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8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деятельность:</w:t>
            </w:r>
            <w:r w:rsidRPr="009D0436">
              <w:rPr>
                <w:spacing w:val="23"/>
                <w:sz w:val="15"/>
              </w:rPr>
              <w:t xml:space="preserve"> </w:t>
            </w:r>
            <w:r w:rsidRPr="009D0436">
              <w:rPr>
                <w:sz w:val="15"/>
              </w:rPr>
              <w:t>устные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письменные</w:t>
            </w:r>
            <w:r w:rsidRPr="009D0436">
              <w:rPr>
                <w:spacing w:val="21"/>
                <w:sz w:val="15"/>
              </w:rPr>
              <w:t xml:space="preserve"> </w:t>
            </w:r>
            <w:r w:rsidRPr="009D0436">
              <w:rPr>
                <w:sz w:val="15"/>
              </w:rPr>
              <w:t>приёмы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вычислений.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Прикидка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результата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выполнения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/>
              <w:ind w:left="90"/>
              <w:rPr>
                <w:sz w:val="15"/>
              </w:rPr>
            </w:pPr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14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1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5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Взаимосвязь компонентов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результата действия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сложения,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вычитания.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Проверка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результата вычисления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(реальность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ответа,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обратное</w:t>
            </w:r>
            <w:r w:rsidRPr="009D0436">
              <w:rPr>
                <w:b/>
                <w:spacing w:val="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действие).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хода 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 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терминологии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(десятки,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единицы,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сумма,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разность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1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деления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чисел.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Взаимосвязь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сложения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умножения.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Иллюстрация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помощью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предметной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модели</w:t>
            </w:r>
            <w:r w:rsidRPr="009D0436">
              <w:rPr>
                <w:b/>
                <w:spacing w:val="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сюжетной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ситуации.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5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хода 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 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терминологии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(десятки,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единицы,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сумма,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разность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1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1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1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b/>
                <w:sz w:val="15"/>
              </w:rPr>
              <w:t>Названия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компонентов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действий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умножения,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деления</w:t>
            </w:r>
            <w:r w:rsidRPr="009D0436"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Комментирование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хода 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 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терминологии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(десятки,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единицы,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сумма,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разность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др.).;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5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Табличное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умножение</w:t>
            </w:r>
            <w:r w:rsidRPr="009D0436">
              <w:rPr>
                <w:b/>
                <w:spacing w:val="2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пределах</w:t>
            </w:r>
            <w:r w:rsidRPr="009D0436">
              <w:rPr>
                <w:b/>
                <w:spacing w:val="2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50.</w:t>
            </w:r>
            <w:r w:rsidRPr="009D0436">
              <w:rPr>
                <w:b/>
                <w:spacing w:val="2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Табличные</w:t>
            </w:r>
            <w:r w:rsidRPr="009D0436">
              <w:rPr>
                <w:b/>
                <w:spacing w:val="3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случаи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умножения,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деления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при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вычислениях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решении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7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Учебный диалог: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участие в обсуждении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возможных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ошибок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выполнении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арифметических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21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22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3.7.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Умножение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1,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0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(по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правилу).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исследовательской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выполнение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 разными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способами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(вычисления 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переместительного,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сочетательного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свойств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сложения).Объяснение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приёмов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нахождения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суммы,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разности.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Использование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правил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(умножения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2"/>
                <w:sz w:val="15"/>
              </w:rPr>
              <w:t xml:space="preserve"> </w:t>
            </w:r>
            <w:r w:rsidRPr="009D0436">
              <w:rPr>
                <w:sz w:val="15"/>
              </w:rPr>
              <w:t>0,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1)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при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3.8.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Переместительное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свойство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исследовательской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выполнение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 разными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способами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(вычисления 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переместительного,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сочетательного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свойств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сложения).Объяснение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приёмов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нахождения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суммы,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разности.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Использование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правил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(умножения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2"/>
                <w:sz w:val="15"/>
              </w:rPr>
              <w:t xml:space="preserve"> </w:t>
            </w:r>
            <w:r w:rsidRPr="009D0436">
              <w:rPr>
                <w:sz w:val="15"/>
              </w:rPr>
              <w:t>0,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1)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при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129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29" w:right="81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3.9.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Взаимосвязь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компонентов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результата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2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умножения,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деления.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sz w:val="15"/>
              </w:rPr>
              <w:t>Пропедевтика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исследовательской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выполнение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 разными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способами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(вычисления 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переместительного,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сочетательного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свойств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сложения).Объяснение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приёмов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нахождения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суммы,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разности.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Использование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правил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(умножения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2"/>
                <w:sz w:val="15"/>
              </w:rPr>
              <w:t xml:space="preserve"> </w:t>
            </w:r>
            <w:r w:rsidRPr="009D0436">
              <w:rPr>
                <w:sz w:val="15"/>
              </w:rPr>
              <w:t>0,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1)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при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26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27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3.10.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 w:right="261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Неизвестный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компонент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 сложения,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вычитания;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его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нахождение.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Дифференцированные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 на проведение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контроля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самоконтроля.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Проверка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результата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 по алгоритму.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Оценка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рациональности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выбранного приёма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вычисления.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Установление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соответствия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между математическим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выражением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текстовым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описанием.;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2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Числовое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выражение: чтение,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запись,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вычисление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значения.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Порядок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выполнения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действий 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числовом выражении,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содержащем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сложения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вычитания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(со скобками/без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скобок) 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пределах 100 (не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более трёх действий); нахождение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его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значения.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16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Работа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группах: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приведение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примеров,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иллюстрирующих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смысл арифметического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действия,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свойства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действий.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Обсуждение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смысла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скобок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записи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числового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выражения;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запись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разных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числовых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выражений.;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30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3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78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3.12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Вычитание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суммы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</w:t>
            </w:r>
            <w:r w:rsidRPr="009D0436">
              <w:rPr>
                <w:b/>
                <w:spacing w:val="5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числа,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суммы.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Дифференцированное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задание: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объяснение хода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выполнения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вычислений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образцу.</w:t>
            </w:r>
            <w:r w:rsidRPr="009D0436">
              <w:rPr>
                <w:spacing w:val="21"/>
                <w:sz w:val="15"/>
              </w:rPr>
              <w:t xml:space="preserve"> </w:t>
            </w:r>
            <w:r w:rsidRPr="009D0436">
              <w:rPr>
                <w:sz w:val="15"/>
              </w:rPr>
              <w:t>Применение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правил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порядка выполнения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действий;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объяснение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возможных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ошибок.;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3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82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63" w:right="47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3.13.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Вычисление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суммы,</w:t>
            </w:r>
            <w:r w:rsidRPr="009D0436">
              <w:rPr>
                <w:b/>
                <w:spacing w:val="2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разности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удобным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способом.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Пропедевтика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исследовательской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рациональные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приёмы</w:t>
            </w:r>
            <w:r w:rsidRPr="009D0436">
              <w:rPr>
                <w:spacing w:val="2"/>
                <w:sz w:val="15"/>
              </w:rPr>
              <w:t xml:space="preserve"> </w:t>
            </w:r>
            <w:r w:rsidRPr="009D0436">
              <w:rPr>
                <w:sz w:val="15"/>
              </w:rPr>
              <w:t>вычислений;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 w:right="105"/>
              <w:rPr>
                <w:sz w:val="15"/>
              </w:rPr>
            </w:pPr>
            <w:r w:rsidRPr="009D0436">
              <w:rPr>
                <w:sz w:val="15"/>
              </w:rPr>
              <w:t>Контрольная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33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34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3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58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5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4.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Текстовые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задачи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29" w:right="81"/>
              <w:jc w:val="center"/>
              <w:rPr>
                <w:sz w:val="15"/>
              </w:rPr>
            </w:pPr>
            <w:r w:rsidRPr="009D0436">
              <w:rPr>
                <w:sz w:val="15"/>
              </w:rPr>
              <w:t>4.1.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Чтение, представление текста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 виде рисунка, схемы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или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другой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модели.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75"/>
              <w:jc w:val="both"/>
              <w:rPr>
                <w:sz w:val="15"/>
              </w:rPr>
            </w:pPr>
            <w:r w:rsidRPr="009D0436">
              <w:rPr>
                <w:sz w:val="15"/>
              </w:rPr>
              <w:t>Чтение текста задачи с учётом предлагаемого задания: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найти условие и вопрос задачи. Сравнение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различных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текстов,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ответ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вопрос: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является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ли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текст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задачей?;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3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План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решения задачи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два действия, выбор соответствующих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плану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арифметических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действий.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Запись решения и ответа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Упражнения: поэтапное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решение текстовой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задачи: анализ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данных,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их представление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поиска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идеи</w:t>
            </w:r>
            <w:r w:rsidRPr="009D0436">
              <w:rPr>
                <w:spacing w:val="38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решения; составление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плана;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составление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арифметических действий 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соответствии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планом;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модели для</w:t>
            </w:r>
            <w:r w:rsidRPr="009D0436">
              <w:rPr>
                <w:spacing w:val="38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решения,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поиск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другого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способа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др.;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37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38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3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178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Решение</w:t>
            </w:r>
            <w:r w:rsidRPr="009D0436">
              <w:rPr>
                <w:b/>
                <w:spacing w:val="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текстовых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применение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смысла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арифметического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действия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(сложение,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вычитание,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умножение,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деление).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Работа 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парах/группах.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Составление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задач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заданным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математическим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отношением, по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заданному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числовому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выражению.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Составление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модели,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плана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</w:t>
            </w:r>
            <w:r w:rsidRPr="009D0436">
              <w:rPr>
                <w:spacing w:val="19"/>
                <w:sz w:val="15"/>
              </w:rPr>
              <w:t xml:space="preserve"> </w:t>
            </w:r>
            <w:r w:rsidRPr="009D0436">
              <w:rPr>
                <w:sz w:val="15"/>
              </w:rPr>
              <w:t>задачи.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Назначение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скобок 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записи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числового выражения при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решении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задачи.;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Расчётные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задачи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увеличение/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уменьшение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величины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-3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несколько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единиц/</w:t>
            </w:r>
            <w:r w:rsidRPr="009D0436">
              <w:rPr>
                <w:b/>
                <w:spacing w:val="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несколько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раз.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Упражнения: поэтапное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решение текстовой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задачи: анализ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данных,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их представление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модели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ходе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поиска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идеи</w:t>
            </w:r>
            <w:r w:rsidRPr="009D0436">
              <w:rPr>
                <w:spacing w:val="38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решения; составление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плана;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составление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арифметических действий 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соответствии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планом;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модели для</w:t>
            </w:r>
            <w:r w:rsidRPr="009D0436">
              <w:rPr>
                <w:spacing w:val="38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решения,</w:t>
            </w:r>
            <w:r w:rsidRPr="009D0436">
              <w:rPr>
                <w:spacing w:val="37"/>
                <w:sz w:val="15"/>
              </w:rPr>
              <w:t xml:space="preserve"> </w:t>
            </w:r>
            <w:r w:rsidRPr="009D0436">
              <w:rPr>
                <w:sz w:val="15"/>
              </w:rPr>
              <w:t>поиск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другого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способа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др.;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41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2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4.5.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512"/>
              <w:jc w:val="both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Фиксация ответа к задаче и его проверка (формулирование,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проверка на достоверность, следование плану, соответствие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поставленному</w:t>
            </w:r>
            <w:r w:rsidRPr="009D0436">
              <w:rPr>
                <w:b/>
                <w:spacing w:val="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вопросу).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Контроль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самоконтроль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при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решении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задач.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Анализ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образцов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записи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решения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задачи по действиям и 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числового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выражения;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3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12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5.</w:t>
            </w:r>
            <w:r w:rsidRPr="009D0436">
              <w:rPr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Пространственные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отношения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5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геометрические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фигуры</w:t>
            </w:r>
          </w:p>
        </w:tc>
      </w:tr>
      <w:tr w:rsidR="009D0436" w:rsidRPr="009D0436" w:rsidTr="009D0436">
        <w:trPr>
          <w:trHeight w:val="3105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w w:val="95"/>
                <w:sz w:val="15"/>
              </w:rPr>
              <w:t>Распознавание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и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изображение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геометрических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фигур: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w w:val="95"/>
                <w:sz w:val="15"/>
              </w:rPr>
              <w:t>точка,</w:t>
            </w:r>
            <w:r w:rsidRPr="009D0436">
              <w:rPr>
                <w:b/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прямая,</w:t>
            </w:r>
            <w:r w:rsidRPr="009D0436">
              <w:rPr>
                <w:b/>
                <w:spacing w:val="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прямой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угол,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ломаная,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многоугольник.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16"/>
              <w:jc w:val="both"/>
              <w:rPr>
                <w:sz w:val="15"/>
              </w:rPr>
            </w:pPr>
            <w:r w:rsidRPr="009D0436">
              <w:rPr>
                <w:sz w:val="15"/>
              </w:rPr>
              <w:t>Игровые упражнения: «Опиши фигуру», «Нарисуй фигуру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 инструкции», «Найди модели фигур в окружающем» 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т.п.;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Построение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отрезка</w:t>
            </w:r>
            <w:r w:rsidRPr="009D0436">
              <w:rPr>
                <w:b/>
                <w:spacing w:val="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заданной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длины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помощью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линейки.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2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2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Измерение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расстояний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9"/>
                <w:sz w:val="15"/>
              </w:rPr>
              <w:t xml:space="preserve"> </w:t>
            </w:r>
            <w:r w:rsidRPr="009D0436">
              <w:rPr>
                <w:sz w:val="15"/>
              </w:rPr>
              <w:t>использованием</w:t>
            </w:r>
            <w:r w:rsidRPr="009D0436">
              <w:rPr>
                <w:spacing w:val="21"/>
                <w:sz w:val="15"/>
              </w:rPr>
              <w:t xml:space="preserve"> </w:t>
            </w:r>
            <w:r w:rsidRPr="009D0436">
              <w:rPr>
                <w:sz w:val="15"/>
              </w:rPr>
              <w:t>заданных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или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самостоятельно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выбранных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единиц.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2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45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2" w:line="266" w:lineRule="auto"/>
              <w:ind w:left="81"/>
              <w:rPr>
                <w:sz w:val="15"/>
              </w:rPr>
            </w:pPr>
            <w:hyperlink r:id="rId146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1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Изображение на клетчатой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бумаге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прямоугольника 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заданными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длинами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сторон,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квадрата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заданной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длиной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стороны.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Изображение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ломаных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помощью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линейки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от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руки,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нелинованной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клетчатой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бумаге.;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Длина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ломаной.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3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157"/>
              <w:rPr>
                <w:sz w:val="15"/>
              </w:rPr>
            </w:pPr>
            <w:r w:rsidRPr="009D0436">
              <w:rPr>
                <w:sz w:val="15"/>
              </w:rPr>
              <w:t>Практические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работы: определение размеров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геометрических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фигур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 глаз, с помощью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измерительных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инструментов.;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49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73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Измерение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периметра данного/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изображённого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прямоугольника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(квадрата),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запись</w:t>
            </w:r>
            <w:r w:rsidRPr="009D0436">
              <w:rPr>
                <w:b/>
                <w:spacing w:val="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результата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измерения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сантиметрах.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Построение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обозначение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прямоугольника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21"/>
                <w:sz w:val="15"/>
              </w:rPr>
              <w:t xml:space="preserve"> </w:t>
            </w:r>
            <w:r w:rsidRPr="009D0436">
              <w:rPr>
                <w:sz w:val="15"/>
              </w:rPr>
              <w:t>заданными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длинами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сторон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клетчатой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бумаге;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0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5.6.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Точка,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конец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отрезка, вершина многоугольника.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Обозначение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точки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буквой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латинского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алфавита.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4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Построение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обозначение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прямоугольника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21"/>
                <w:sz w:val="15"/>
              </w:rPr>
              <w:t xml:space="preserve"> </w:t>
            </w:r>
            <w:r w:rsidRPr="009D0436">
              <w:rPr>
                <w:sz w:val="15"/>
              </w:rPr>
              <w:t>заданными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длинами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сторон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клетчатой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бумаге;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20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15505" w:type="dxa"/>
            <w:gridSpan w:val="9"/>
          </w:tcPr>
          <w:p w:rsidR="009D0436" w:rsidRPr="009D0436" w:rsidRDefault="009D0436" w:rsidP="009D0436">
            <w:pPr>
              <w:spacing w:before="62"/>
              <w:ind w:left="83"/>
              <w:rPr>
                <w:b/>
                <w:sz w:val="15"/>
              </w:rPr>
            </w:pPr>
            <w:r w:rsidRPr="009D0436">
              <w:rPr>
                <w:sz w:val="15"/>
              </w:rPr>
              <w:t>Раздел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6.</w:t>
            </w:r>
            <w:r w:rsidRPr="009D0436">
              <w:rPr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Математическая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информация</w:t>
            </w:r>
          </w:p>
        </w:tc>
      </w:tr>
      <w:tr w:rsidR="009D0436" w:rsidRPr="009D0436" w:rsidTr="009D0436">
        <w:trPr>
          <w:trHeight w:val="3033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6.1.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Нахождение,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формулирование</w:t>
            </w:r>
            <w:r w:rsidRPr="009D0436">
              <w:rPr>
                <w:b/>
                <w:spacing w:val="3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одного-двух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общих</w:t>
            </w:r>
            <w:r w:rsidRPr="009D0436">
              <w:rPr>
                <w:b/>
                <w:spacing w:val="2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признаков</w:t>
            </w:r>
            <w:r w:rsidRPr="009D0436">
              <w:rPr>
                <w:b/>
                <w:spacing w:val="-3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набора</w:t>
            </w:r>
            <w:r w:rsidRPr="009D0436">
              <w:rPr>
                <w:b/>
                <w:spacing w:val="1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математических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объектов: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чисел,</w:t>
            </w:r>
            <w:r w:rsidRPr="009D0436">
              <w:rPr>
                <w:b/>
                <w:spacing w:val="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величин,</w:t>
            </w:r>
          </w:p>
          <w:p w:rsidR="009D0436" w:rsidRPr="009D0436" w:rsidRDefault="009D0436" w:rsidP="009D0436">
            <w:pPr>
              <w:spacing w:before="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геометрических</w:t>
            </w:r>
            <w:r w:rsidRPr="009D0436">
              <w:rPr>
                <w:b/>
                <w:spacing w:val="3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фигур.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232"/>
              <w:rPr>
                <w:sz w:val="15"/>
              </w:rPr>
            </w:pPr>
            <w:r w:rsidRPr="009D0436">
              <w:rPr>
                <w:sz w:val="15"/>
              </w:rPr>
              <w:t>Наблюдение закономерности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 составлении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ряда чисел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(величин, геометрических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фигур),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формулирование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правила.;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5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5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6.2.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8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Классификация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объектов по заданному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или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самостоятельно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установленному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основанию.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85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 терминологии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для формулирования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вопросов, заданий, при построении предположений,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проверке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гипотез.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8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6.3.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Закономерность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32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ряду</w:t>
            </w:r>
            <w:r w:rsidRPr="009D0436">
              <w:rPr>
                <w:b/>
                <w:spacing w:val="2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чисел,</w:t>
            </w:r>
            <w:r w:rsidRPr="009D0436">
              <w:rPr>
                <w:b/>
                <w:spacing w:val="2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геометрических</w:t>
            </w:r>
            <w:r w:rsidRPr="009D0436">
              <w:rPr>
                <w:b/>
                <w:spacing w:val="2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фигур,</w:t>
            </w:r>
            <w:r w:rsidRPr="009D0436">
              <w:rPr>
                <w:b/>
                <w:spacing w:val="2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объектов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повседневной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жизни: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её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объяснение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использованием</w:t>
            </w:r>
          </w:p>
          <w:p w:rsidR="009D0436" w:rsidRPr="009D0436" w:rsidRDefault="009D0436" w:rsidP="009D0436">
            <w:pPr>
              <w:spacing w:before="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математической</w:t>
            </w:r>
            <w:r w:rsidRPr="009D0436">
              <w:rPr>
                <w:b/>
                <w:spacing w:val="3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терминологии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30"/>
              <w:jc w:val="both"/>
              <w:rPr>
                <w:sz w:val="15"/>
              </w:rPr>
            </w:pPr>
            <w:r w:rsidRPr="009D0436">
              <w:rPr>
                <w:sz w:val="15"/>
              </w:rPr>
              <w:t>Распознавание в окружающем мире ситуаций, которые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целесообразно сформулировать на языке математики 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решить</w:t>
            </w:r>
            <w:r w:rsidRPr="009D0436">
              <w:rPr>
                <w:spacing w:val="3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математическими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средствами.;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16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6.4.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Верные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(истинные) 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неверные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(ложные) утверждения,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содержащие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количественные,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пространственные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отношения,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зависимости</w:t>
            </w:r>
            <w:r w:rsidRPr="009D0436">
              <w:rPr>
                <w:b/>
                <w:spacing w:val="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между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числами/величинами.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91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 терминологии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для формулирования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вопросов, заданий, при построении предположений,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проверке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гипотез.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6.5.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Конструирование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утверждений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2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использованием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слов</w:t>
            </w:r>
            <w:r w:rsidRPr="009D0436">
              <w:rPr>
                <w:b/>
                <w:spacing w:val="2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«каждый»,</w:t>
            </w:r>
          </w:p>
          <w:p w:rsidR="009D0436" w:rsidRPr="009D0436" w:rsidRDefault="009D0436" w:rsidP="009D0436">
            <w:pPr>
              <w:spacing w:before="24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«все».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информацией: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анализ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информации,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представ-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ленной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рисунке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тексте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58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6.6.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198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Работа 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таблицами: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извлечение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использование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для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ответа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на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вопрос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информации,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представленной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 таблице</w:t>
            </w:r>
            <w:r w:rsidRPr="009D0436">
              <w:rPr>
                <w:b/>
                <w:spacing w:val="3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(таблицы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сложения, умножения;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график дежурств, наблюдения в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природе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пр.);</w:t>
            </w:r>
            <w:r w:rsidRPr="009D0436">
              <w:rPr>
                <w:b/>
                <w:spacing w:val="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внесение</w:t>
            </w:r>
            <w:r w:rsidRPr="009D0436">
              <w:rPr>
                <w:b/>
                <w:spacing w:val="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данных</w:t>
            </w:r>
            <w:r w:rsidRPr="009D0436">
              <w:rPr>
                <w:b/>
                <w:spacing w:val="1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</w:t>
            </w:r>
            <w:r w:rsidRPr="009D0436">
              <w:rPr>
                <w:b/>
                <w:spacing w:val="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таблицу.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информацией: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чтение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таблицы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(расписание,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график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работы,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схему),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нахождение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информации,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удовлетворяющей</w:t>
            </w:r>
            <w:r w:rsidRPr="009D0436">
              <w:rPr>
                <w:spacing w:val="18"/>
                <w:sz w:val="15"/>
              </w:rPr>
              <w:t xml:space="preserve"> </w:t>
            </w:r>
            <w:r w:rsidRPr="009D0436">
              <w:rPr>
                <w:sz w:val="15"/>
              </w:rPr>
              <w:t>заданному</w:t>
            </w:r>
            <w:r w:rsidRPr="009D0436">
              <w:rPr>
                <w:spacing w:val="5"/>
                <w:sz w:val="15"/>
              </w:rPr>
              <w:t xml:space="preserve"> </w:t>
            </w:r>
            <w:r w:rsidRPr="009D0436">
              <w:rPr>
                <w:sz w:val="15"/>
              </w:rPr>
              <w:t>условию</w:t>
            </w:r>
            <w:r w:rsidRPr="009D0436">
              <w:rPr>
                <w:spacing w:val="12"/>
                <w:sz w:val="15"/>
              </w:rPr>
              <w:t xml:space="preserve"> </w:t>
            </w:r>
            <w:r w:rsidRPr="009D0436">
              <w:rPr>
                <w:sz w:val="15"/>
              </w:rPr>
              <w:t>задачи.</w:t>
            </w:r>
          </w:p>
          <w:p w:rsidR="009D0436" w:rsidRPr="009D0436" w:rsidRDefault="009D0436" w:rsidP="009D0436">
            <w:pPr>
              <w:spacing w:before="2"/>
              <w:ind w:left="80"/>
              <w:rPr>
                <w:sz w:val="15"/>
              </w:rPr>
            </w:pPr>
            <w:r w:rsidRPr="009D0436">
              <w:rPr>
                <w:w w:val="95"/>
                <w:sz w:val="15"/>
              </w:rPr>
              <w:t>Составление</w:t>
            </w:r>
            <w:r w:rsidRPr="009D0436">
              <w:rPr>
                <w:spacing w:val="40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вопросов</w:t>
            </w:r>
            <w:r w:rsidRPr="009D0436">
              <w:rPr>
                <w:spacing w:val="43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по</w:t>
            </w:r>
            <w:r w:rsidRPr="009D0436">
              <w:rPr>
                <w:spacing w:val="33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таблице.;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59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60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61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6.7.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Дополнение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моделей (схем,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изображений) готовыми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числовыми</w:t>
            </w:r>
            <w:r w:rsidRPr="009D0436">
              <w:rPr>
                <w:b/>
                <w:spacing w:val="-3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данными.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344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информацией: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анализ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информации,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представ-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ленной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на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рисунке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и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тексте</w:t>
            </w:r>
            <w:r w:rsidRPr="009D0436">
              <w:rPr>
                <w:spacing w:val="9"/>
                <w:sz w:val="15"/>
              </w:rPr>
              <w:t xml:space="preserve"> </w:t>
            </w:r>
            <w:r w:rsidRPr="009D0436">
              <w:rPr>
                <w:sz w:val="15"/>
              </w:rPr>
              <w:t>задания.;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2A34AC" w:rsidP="009D0436">
            <w:pPr>
              <w:spacing w:before="61"/>
              <w:ind w:left="90"/>
              <w:rPr>
                <w:sz w:val="15"/>
              </w:rPr>
            </w:pPr>
            <w:hyperlink r:id="rId162">
              <w:r w:rsidR="009D0436" w:rsidRPr="009D0436">
                <w:rPr>
                  <w:color w:val="0000FF"/>
                  <w:sz w:val="15"/>
                  <w:u w:val="single" w:color="0000FF"/>
                </w:rPr>
                <w:t>https://uchi.ru</w:t>
              </w:r>
              <w:r w:rsidR="009D0436" w:rsidRPr="009D0436">
                <w:rPr>
                  <w:color w:val="0000FF"/>
                  <w:sz w:val="15"/>
                </w:rPr>
                <w:t>/</w:t>
              </w:r>
            </w:hyperlink>
          </w:p>
          <w:p w:rsidR="009D0436" w:rsidRPr="009D0436" w:rsidRDefault="002A34AC" w:rsidP="009D0436">
            <w:pPr>
              <w:spacing w:before="61" w:line="266" w:lineRule="auto"/>
              <w:ind w:left="81"/>
              <w:rPr>
                <w:sz w:val="15"/>
              </w:rPr>
            </w:pPr>
            <w:hyperlink r:id="rId163">
              <w:r w:rsidR="009D0436" w:rsidRPr="009D043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  <w:r w:rsidR="009D0436" w:rsidRPr="009D0436">
              <w:rPr>
                <w:sz w:val="15"/>
              </w:rPr>
              <w:t>Электронное</w:t>
            </w:r>
            <w:r w:rsidR="009D0436" w:rsidRPr="009D0436">
              <w:rPr>
                <w:spacing w:val="1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приложение</w:t>
            </w:r>
            <w:r w:rsidR="009D0436" w:rsidRPr="009D0436">
              <w:rPr>
                <w:spacing w:val="10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к</w:t>
            </w:r>
            <w:r w:rsidR="009D0436" w:rsidRPr="009D0436">
              <w:rPr>
                <w:spacing w:val="-35"/>
                <w:sz w:val="15"/>
              </w:rPr>
              <w:t xml:space="preserve"> </w:t>
            </w:r>
            <w:r w:rsidR="009D0436"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64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6.8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73" w:lineRule="auto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Правило</w:t>
            </w:r>
            <w:r w:rsidRPr="009D0436">
              <w:rPr>
                <w:b/>
                <w:spacing w:val="14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составления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ряда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чисел,</w:t>
            </w:r>
            <w:r w:rsidRPr="009D0436">
              <w:rPr>
                <w:b/>
                <w:spacing w:val="1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величин,</w:t>
            </w:r>
            <w:r w:rsidRPr="009D0436">
              <w:rPr>
                <w:b/>
                <w:spacing w:val="20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геометрических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фигур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(формулирование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правила,</w:t>
            </w:r>
            <w:r w:rsidRPr="009D0436">
              <w:rPr>
                <w:b/>
                <w:spacing w:val="2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проверка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правила,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дополнение</w:t>
            </w:r>
            <w:r w:rsidRPr="009D0436">
              <w:rPr>
                <w:b/>
                <w:spacing w:val="16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ряда).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2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73" w:lineRule="auto"/>
              <w:ind w:left="80"/>
              <w:rPr>
                <w:sz w:val="15"/>
              </w:rPr>
            </w:pPr>
            <w:r w:rsidRPr="009D0436">
              <w:rPr>
                <w:w w:val="95"/>
                <w:sz w:val="15"/>
              </w:rPr>
              <w:t>Работа</w:t>
            </w:r>
            <w:r w:rsidRPr="009D0436">
              <w:rPr>
                <w:spacing w:val="29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в</w:t>
            </w:r>
            <w:r w:rsidRPr="009D0436">
              <w:rPr>
                <w:spacing w:val="4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парах:</w:t>
            </w:r>
            <w:r w:rsidRPr="009D0436">
              <w:rPr>
                <w:spacing w:val="5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составление</w:t>
            </w:r>
            <w:r w:rsidRPr="009D0436">
              <w:rPr>
                <w:spacing w:val="7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утверждения</w:t>
            </w:r>
            <w:r w:rsidRPr="009D0436">
              <w:rPr>
                <w:spacing w:val="25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на</w:t>
            </w:r>
            <w:r w:rsidRPr="009D0436">
              <w:rPr>
                <w:spacing w:val="3"/>
                <w:w w:val="95"/>
                <w:sz w:val="15"/>
              </w:rPr>
              <w:t xml:space="preserve"> </w:t>
            </w:r>
            <w:r w:rsidRPr="009D0436">
              <w:rPr>
                <w:w w:val="95"/>
                <w:sz w:val="15"/>
              </w:rPr>
              <w:t>основе</w:t>
            </w:r>
            <w:r w:rsidRPr="009D0436">
              <w:rPr>
                <w:spacing w:val="1"/>
                <w:w w:val="95"/>
                <w:sz w:val="15"/>
              </w:rPr>
              <w:t xml:space="preserve"> </w:t>
            </w:r>
            <w:r w:rsidRPr="009D0436">
              <w:rPr>
                <w:sz w:val="15"/>
              </w:rPr>
              <w:t>информации,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представленной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в</w:t>
            </w:r>
            <w:r w:rsidRPr="009D0436">
              <w:rPr>
                <w:spacing w:val="6"/>
                <w:sz w:val="15"/>
              </w:rPr>
              <w:t xml:space="preserve"> </w:t>
            </w:r>
            <w:r w:rsidRPr="009D0436">
              <w:rPr>
                <w:sz w:val="15"/>
              </w:rPr>
              <w:t>наглядном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виде;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73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65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</w:tbl>
    <w:p w:rsidR="009D0436" w:rsidRPr="009D0436" w:rsidRDefault="009D0436" w:rsidP="009D0436">
      <w:pPr>
        <w:spacing w:line="266" w:lineRule="auto"/>
        <w:rPr>
          <w:sz w:val="15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888"/>
        <w:gridCol w:w="528"/>
        <w:gridCol w:w="1109"/>
        <w:gridCol w:w="1137"/>
        <w:gridCol w:w="806"/>
        <w:gridCol w:w="4109"/>
        <w:gridCol w:w="1080"/>
        <w:gridCol w:w="1382"/>
      </w:tblGrid>
      <w:tr w:rsidR="009D0436" w:rsidRPr="009D0436" w:rsidTr="009D0436">
        <w:trPr>
          <w:trHeight w:val="3024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6.9.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 w:line="266" w:lineRule="auto"/>
              <w:ind w:left="83" w:right="32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Алгоритмы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(приёмы, правила)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устных и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письменных</w:t>
            </w:r>
            <w:r w:rsidRPr="009D0436">
              <w:rPr>
                <w:b/>
                <w:spacing w:val="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вычислений,</w:t>
            </w:r>
            <w:r w:rsidRPr="009D0436">
              <w:rPr>
                <w:b/>
                <w:spacing w:val="17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измерений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и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построения</w:t>
            </w:r>
            <w:r w:rsidRPr="009D0436">
              <w:rPr>
                <w:b/>
                <w:spacing w:val="18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геометрических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фигур.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 w:right="491"/>
              <w:jc w:val="both"/>
              <w:rPr>
                <w:sz w:val="15"/>
              </w:rPr>
            </w:pPr>
            <w:r w:rsidRPr="009D0436">
              <w:rPr>
                <w:sz w:val="15"/>
              </w:rPr>
              <w:t>Оформление математической записи. Использование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математической терминологии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для формулирования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вопросов, заданий, при построении предположений,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проверке</w:t>
            </w:r>
            <w:r w:rsidRPr="009D0436">
              <w:rPr>
                <w:spacing w:val="7"/>
                <w:sz w:val="15"/>
              </w:rPr>
              <w:t xml:space="preserve"> </w:t>
            </w:r>
            <w:r w:rsidRPr="009D0436">
              <w:rPr>
                <w:sz w:val="15"/>
              </w:rPr>
              <w:t>гипотез.</w:t>
            </w:r>
            <w:r w:rsidRPr="009D0436">
              <w:rPr>
                <w:spacing w:val="4"/>
                <w:sz w:val="15"/>
              </w:rPr>
              <w:t xml:space="preserve"> </w:t>
            </w:r>
            <w:r w:rsidRPr="009D0436">
              <w:rPr>
                <w:sz w:val="15"/>
              </w:rPr>
              <w:t>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before="2"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66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3020"/>
        </w:trPr>
        <w:tc>
          <w:tcPr>
            <w:tcW w:w="466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6.10</w:t>
            </w:r>
          </w:p>
        </w:tc>
        <w:tc>
          <w:tcPr>
            <w:tcW w:w="4888" w:type="dxa"/>
          </w:tcPr>
          <w:p w:rsidR="009D0436" w:rsidRPr="009D0436" w:rsidRDefault="009D0436" w:rsidP="009D0436">
            <w:pPr>
              <w:spacing w:before="61"/>
              <w:ind w:left="83"/>
              <w:rPr>
                <w:b/>
                <w:sz w:val="15"/>
              </w:rPr>
            </w:pPr>
            <w:r w:rsidRPr="009D0436">
              <w:rPr>
                <w:b/>
                <w:sz w:val="15"/>
              </w:rPr>
              <w:t>Правила</w:t>
            </w:r>
            <w:r w:rsidRPr="009D0436">
              <w:rPr>
                <w:b/>
                <w:spacing w:val="15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работы</w:t>
            </w:r>
            <w:r w:rsidRPr="009D0436">
              <w:rPr>
                <w:b/>
                <w:spacing w:val="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</w:t>
            </w:r>
            <w:r w:rsidRPr="009D0436">
              <w:rPr>
                <w:b/>
                <w:spacing w:val="13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электронными</w:t>
            </w:r>
            <w:r w:rsidRPr="009D0436">
              <w:rPr>
                <w:b/>
                <w:spacing w:val="19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средствами</w:t>
            </w:r>
            <w:r w:rsidRPr="009D0436">
              <w:rPr>
                <w:b/>
                <w:spacing w:val="21"/>
                <w:sz w:val="15"/>
              </w:rPr>
              <w:t xml:space="preserve"> </w:t>
            </w:r>
            <w:r w:rsidRPr="009D0436">
              <w:rPr>
                <w:b/>
                <w:sz w:val="15"/>
              </w:rPr>
              <w:t>обучения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1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0</w:t>
            </w:r>
          </w:p>
        </w:tc>
        <w:tc>
          <w:tcPr>
            <w:tcW w:w="806" w:type="dxa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  <w:tc>
          <w:tcPr>
            <w:tcW w:w="4109" w:type="dxa"/>
          </w:tcPr>
          <w:p w:rsidR="009D0436" w:rsidRPr="009D0436" w:rsidRDefault="009D0436" w:rsidP="009D0436">
            <w:pPr>
              <w:spacing w:before="61" w:line="266" w:lineRule="auto"/>
              <w:ind w:left="80"/>
              <w:rPr>
                <w:sz w:val="15"/>
              </w:rPr>
            </w:pPr>
            <w:r w:rsidRPr="009D0436">
              <w:rPr>
                <w:sz w:val="15"/>
              </w:rPr>
              <w:t>Обсуждение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правил</w:t>
            </w:r>
            <w:r w:rsidRPr="009D0436">
              <w:rPr>
                <w:spacing w:val="16"/>
                <w:sz w:val="15"/>
              </w:rPr>
              <w:t xml:space="preserve"> </w:t>
            </w:r>
            <w:r w:rsidRPr="009D0436">
              <w:rPr>
                <w:sz w:val="15"/>
              </w:rPr>
              <w:t>работы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с</w:t>
            </w:r>
            <w:r w:rsidRPr="009D0436">
              <w:rPr>
                <w:spacing w:val="13"/>
                <w:sz w:val="15"/>
              </w:rPr>
              <w:t xml:space="preserve"> </w:t>
            </w:r>
            <w:r w:rsidRPr="009D0436">
              <w:rPr>
                <w:sz w:val="15"/>
              </w:rPr>
              <w:t>электронными</w:t>
            </w:r>
            <w:r w:rsidRPr="009D0436">
              <w:rPr>
                <w:spacing w:val="17"/>
                <w:sz w:val="15"/>
              </w:rPr>
              <w:t xml:space="preserve"> </w:t>
            </w:r>
            <w:r w:rsidRPr="009D0436">
              <w:rPr>
                <w:sz w:val="15"/>
              </w:rPr>
              <w:t>средствами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обучения;</w:t>
            </w:r>
          </w:p>
        </w:tc>
        <w:tc>
          <w:tcPr>
            <w:tcW w:w="1080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Практическая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работа;</w:t>
            </w:r>
          </w:p>
        </w:tc>
        <w:tc>
          <w:tcPr>
            <w:tcW w:w="1382" w:type="dxa"/>
          </w:tcPr>
          <w:p w:rsidR="009D0436" w:rsidRPr="009D0436" w:rsidRDefault="009D0436" w:rsidP="009D0436">
            <w:pPr>
              <w:spacing w:before="61" w:line="266" w:lineRule="auto"/>
              <w:ind w:left="81"/>
              <w:rPr>
                <w:sz w:val="15"/>
              </w:rPr>
            </w:pPr>
            <w:r w:rsidRPr="009D0436">
              <w:rPr>
                <w:sz w:val="15"/>
              </w:rPr>
              <w:t>Электронное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приложение</w:t>
            </w:r>
            <w:r w:rsidRPr="009D0436">
              <w:rPr>
                <w:spacing w:val="10"/>
                <w:sz w:val="15"/>
              </w:rPr>
              <w:t xml:space="preserve"> </w:t>
            </w:r>
            <w:r w:rsidRPr="009D0436">
              <w:rPr>
                <w:sz w:val="15"/>
              </w:rPr>
              <w:t>к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учебнику</w:t>
            </w:r>
          </w:p>
          <w:p w:rsidR="009D0436" w:rsidRPr="009D0436" w:rsidRDefault="009D0436" w:rsidP="009D0436">
            <w:pPr>
              <w:spacing w:line="266" w:lineRule="auto"/>
              <w:ind w:left="81" w:right="102"/>
              <w:rPr>
                <w:sz w:val="15"/>
              </w:rPr>
            </w:pPr>
            <w:r w:rsidRPr="009D0436">
              <w:rPr>
                <w:sz w:val="15"/>
              </w:rPr>
              <w:t>«Математика»,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2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класс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(Диск СD),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авторы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Волкова,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С.П.Максимова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единая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коллекция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цифровых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образовательных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ресурсов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(или</w:t>
            </w:r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-35"/>
                <w:sz w:val="15"/>
              </w:rPr>
              <w:t xml:space="preserve"> </w:t>
            </w:r>
            <w:r w:rsidRPr="009D0436">
              <w:rPr>
                <w:sz w:val="15"/>
              </w:rPr>
              <w:t>адресу:</w:t>
            </w:r>
            <w:r w:rsidRPr="009D0436">
              <w:rPr>
                <w:spacing w:val="1"/>
                <w:sz w:val="15"/>
              </w:rPr>
              <w:t xml:space="preserve"> </w:t>
            </w:r>
            <w:hyperlink r:id="rId167">
              <w:r w:rsidRPr="009D0436">
                <w:rPr>
                  <w:sz w:val="15"/>
                </w:rPr>
                <w:t>http://school-</w:t>
              </w:r>
            </w:hyperlink>
            <w:r w:rsidRPr="009D0436">
              <w:rPr>
                <w:spacing w:val="1"/>
                <w:sz w:val="15"/>
              </w:rPr>
              <w:t xml:space="preserve"> </w:t>
            </w:r>
            <w:r w:rsidRPr="009D0436">
              <w:rPr>
                <w:sz w:val="15"/>
              </w:rPr>
              <w:t>collection.edu.ru)</w:t>
            </w:r>
          </w:p>
        </w:tc>
      </w:tr>
      <w:tr w:rsidR="009D0436" w:rsidRPr="009D0436" w:rsidTr="009D0436">
        <w:trPr>
          <w:trHeight w:val="407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Итого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8"/>
                <w:sz w:val="15"/>
              </w:rPr>
              <w:t xml:space="preserve"> </w:t>
            </w:r>
            <w:r w:rsidRPr="009D0436">
              <w:rPr>
                <w:sz w:val="15"/>
              </w:rPr>
              <w:t>разделу: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15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0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Резервное</w:t>
            </w:r>
            <w:r w:rsidRPr="009D0436">
              <w:rPr>
                <w:spacing w:val="11"/>
                <w:sz w:val="15"/>
              </w:rPr>
              <w:t xml:space="preserve"> </w:t>
            </w:r>
            <w:r w:rsidRPr="009D0436">
              <w:rPr>
                <w:sz w:val="15"/>
              </w:rPr>
              <w:t>время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1"/>
              <w:ind w:left="83"/>
              <w:rPr>
                <w:sz w:val="15"/>
              </w:rPr>
            </w:pPr>
            <w:r w:rsidRPr="009D0436">
              <w:rPr>
                <w:sz w:val="15"/>
              </w:rPr>
              <w:t>10</w:t>
            </w:r>
          </w:p>
        </w:tc>
        <w:tc>
          <w:tcPr>
            <w:tcW w:w="9623" w:type="dxa"/>
            <w:gridSpan w:val="6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  <w:tr w:rsidR="009D0436" w:rsidRPr="009D0436" w:rsidTr="009D0436">
        <w:trPr>
          <w:trHeight w:val="336"/>
        </w:trPr>
        <w:tc>
          <w:tcPr>
            <w:tcW w:w="5354" w:type="dxa"/>
            <w:gridSpan w:val="2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ОБЩЕЕ</w:t>
            </w:r>
            <w:r w:rsidRPr="009D0436">
              <w:rPr>
                <w:spacing w:val="18"/>
                <w:sz w:val="15"/>
              </w:rPr>
              <w:t xml:space="preserve"> </w:t>
            </w:r>
            <w:r w:rsidRPr="009D0436">
              <w:rPr>
                <w:sz w:val="15"/>
              </w:rPr>
              <w:t>КОЛИЧЕСТВО</w:t>
            </w:r>
            <w:r w:rsidRPr="009D0436">
              <w:rPr>
                <w:spacing w:val="15"/>
                <w:sz w:val="15"/>
              </w:rPr>
              <w:t xml:space="preserve"> </w:t>
            </w:r>
            <w:r w:rsidRPr="009D0436">
              <w:rPr>
                <w:sz w:val="15"/>
              </w:rPr>
              <w:t>ЧАСОВ</w:t>
            </w:r>
            <w:r w:rsidRPr="009D0436">
              <w:rPr>
                <w:spacing w:val="20"/>
                <w:sz w:val="15"/>
              </w:rPr>
              <w:t xml:space="preserve"> </w:t>
            </w:r>
            <w:r w:rsidRPr="009D0436">
              <w:rPr>
                <w:sz w:val="15"/>
              </w:rPr>
              <w:t>ПО</w:t>
            </w:r>
            <w:r w:rsidRPr="009D0436">
              <w:rPr>
                <w:spacing w:val="14"/>
                <w:sz w:val="15"/>
              </w:rPr>
              <w:t xml:space="preserve"> </w:t>
            </w:r>
            <w:r w:rsidRPr="009D0436"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sz w:val="15"/>
              </w:rPr>
              <w:t>136</w:t>
            </w:r>
          </w:p>
        </w:tc>
        <w:tc>
          <w:tcPr>
            <w:tcW w:w="1109" w:type="dxa"/>
          </w:tcPr>
          <w:p w:rsidR="009D0436" w:rsidRPr="009D0436" w:rsidRDefault="009D0436" w:rsidP="009D0436">
            <w:pPr>
              <w:spacing w:before="62"/>
              <w:ind w:left="88"/>
              <w:rPr>
                <w:sz w:val="15"/>
              </w:rPr>
            </w:pPr>
            <w:r w:rsidRPr="009D0436">
              <w:rPr>
                <w:w w:val="99"/>
                <w:sz w:val="15"/>
              </w:rPr>
              <w:t>9</w:t>
            </w:r>
          </w:p>
        </w:tc>
        <w:tc>
          <w:tcPr>
            <w:tcW w:w="1137" w:type="dxa"/>
          </w:tcPr>
          <w:p w:rsidR="009D0436" w:rsidRPr="009D0436" w:rsidRDefault="009D0436" w:rsidP="009D0436">
            <w:pPr>
              <w:spacing w:before="62"/>
              <w:ind w:left="83"/>
              <w:rPr>
                <w:sz w:val="15"/>
              </w:rPr>
            </w:pPr>
            <w:r w:rsidRPr="009D0436">
              <w:rPr>
                <w:w w:val="99"/>
                <w:sz w:val="15"/>
              </w:rPr>
              <w:t>10</w:t>
            </w:r>
          </w:p>
        </w:tc>
        <w:tc>
          <w:tcPr>
            <w:tcW w:w="7377" w:type="dxa"/>
            <w:gridSpan w:val="4"/>
          </w:tcPr>
          <w:p w:rsidR="009D0436" w:rsidRPr="009D0436" w:rsidRDefault="009D0436" w:rsidP="009D0436">
            <w:pPr>
              <w:rPr>
                <w:sz w:val="14"/>
              </w:rPr>
            </w:pPr>
          </w:p>
        </w:tc>
      </w:tr>
    </w:tbl>
    <w:p w:rsidR="009D0436" w:rsidRPr="009D0436" w:rsidRDefault="009D0436" w:rsidP="009D0436">
      <w:pPr>
        <w:rPr>
          <w:sz w:val="14"/>
        </w:rPr>
        <w:sectPr w:rsidR="009D0436" w:rsidRPr="009D0436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BF7A86" w:rsidRPr="00BF7A86" w:rsidRDefault="00BF7A86" w:rsidP="00BF7A86">
      <w:pPr>
        <w:spacing w:line="230" w:lineRule="auto"/>
        <w:rPr>
          <w:b/>
          <w:color w:val="000000"/>
          <w:sz w:val="24"/>
          <w:szCs w:val="24"/>
        </w:rPr>
      </w:pPr>
      <w:r w:rsidRPr="00BF7A86">
        <w:rPr>
          <w:b/>
          <w:color w:val="000000"/>
          <w:sz w:val="24"/>
          <w:szCs w:val="24"/>
        </w:rPr>
        <w:t xml:space="preserve">ПОУРОЧНОЕ ПЛАНИРОВАНИЕ </w:t>
      </w:r>
    </w:p>
    <w:p w:rsidR="00BF7A86" w:rsidRPr="00BF7A86" w:rsidRDefault="00BF7A86" w:rsidP="00BF7A86">
      <w:pPr>
        <w:spacing w:line="230" w:lineRule="auto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№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 xml:space="preserve">Дата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b/>
                <w:color w:val="000000"/>
                <w:sz w:val="24"/>
                <w:szCs w:val="24"/>
              </w:rPr>
              <w:t>изучения</w:t>
            </w:r>
          </w:p>
        </w:tc>
        <w:tc>
          <w:tcPr>
            <w:tcW w:w="1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Виды, формы контроля</w:t>
            </w:r>
          </w:p>
        </w:tc>
      </w:tr>
      <w:tr w:rsidR="00BF7A86" w:rsidRPr="00BF7A86" w:rsidTr="00BF7A86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b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00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Числа от 1 до 20. Повторение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00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Числа от 1 до 20. Нумерация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Десятки. Счет десятками до 100.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right="720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Числа от 11 до 100. Образование чисел.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Числа от 11 до 100.</w:t>
            </w:r>
          </w:p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Поместное значение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86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Однозначные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двузначные числа.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Миллиметр.</w:t>
            </w:r>
          </w:p>
          <w:p w:rsidR="00BF7A86" w:rsidRPr="00BF7A86" w:rsidRDefault="00BF7A86" w:rsidP="00BF7A86">
            <w:pPr>
              <w:spacing w:line="271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Конструирование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коробочки для мелких предметов.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«Миллиметр».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 №1. Тема: «Повторение знаний по математике за 1 класс»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98" w:right="650" w:bottom="5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Анализ контрольной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работы. Наименьшее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трехзначное число.  Сотня.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Метр. Таблица мер длины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и вычитание вида 35+5, 35-5.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Замена двузначного числа суммой разрядных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слагаемых.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Единицы стоимости. Рубль. Копейка.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разделу«Числа от 1 до 100.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Нумерация»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разделу«Числа от 1 до 100.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Нумерация»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 № 2.</w:t>
            </w:r>
          </w:p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Тема: «Сложение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вычитание вида 35+5, 35-5.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Решение задач»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Задачи, обратные данной.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00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Сумма и разность отрезков.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Задачи на нахождение неизвестного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уменьшаемого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Задачи на нахождение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неизвестного вычитаемого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2174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23.</w:t>
            </w:r>
          </w:p>
        </w:tc>
        <w:tc>
          <w:tcPr>
            <w:tcW w:w="29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«Задачи на нахождение неизвестного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вычитаемого»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Единицы времени. Час. Минута.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Длина ломаной.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 «Час. Минута».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 «Час. Минута».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Порядок выполнения действий. Скобки.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29.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Числовые выражения 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Сравнение числовых выражений 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100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Периметр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многоугольников.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Свойства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разделу:«Числа от 1 до 100.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и вычитание».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разделу:«Числа от 1 до 100.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и вычитание».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    № 3 Тема: «Единицы длины и времени. Выражения»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Анализ контрольной работы.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Подготовка к изучению устных приемов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вычислений.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36+2, 36+20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39.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36-2, 36-20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26+4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30-7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60-24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 w:firstLine="6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26+7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Прием вычислений вида 35-7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«Приемы вычислений».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49.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«Приемы вычислений».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«Приемы вычислений».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Тестирование;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Контрольная работа № 4 Тема: «Сложение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вычитание двухзначных чисел»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Контрольная работа;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письменный 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Анализ контрольной работы. Буквенные выражения.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«Буквенные выражения».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«Буквенные выражения».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«Буквенные выражения».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Уравнение. Решение уравнений методом подбора.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Уравнение. Решение уравнений методом подбора.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Проверка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59.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Проверка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Проверка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Проверка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1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4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Контрольная работа № 5 по теме «Сложение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вычитание».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736"/>
              <w:jc w:val="both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Анализ контрольной работы. Закрепление изученного.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вида 45+23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Вычитание вида 57-26.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Проверка сложения и вычитания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69.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Угол. Виды углов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теме: «Угол. Виды углов».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вида 37+48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вида 37+53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Прямоугольник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«Прямоугольник».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Сложение вида 87+13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Вычисления вида 32+8, 40-8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Вычитание вида 50-24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79.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от 1 до 100».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от 1 до 100».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Контрольная работа № 6 Тема: «Вычисления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изученных видов.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Периметр фигуры.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388"/>
              <w:jc w:val="both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Анализ контрольной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работы. Закрепление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пройденного материала.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Вычитание вида 52-24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«Вычитание»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чисел от 1 до 100»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Свойства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противоположных сторон прямоугольника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215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«Свойства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противоположных сторон прямоугольника»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53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89.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Квадрат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Квадрат. Закрепление.</w:t>
            </w:r>
          </w:p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Наши проекты. Оригами.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3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чисел от 1 до 100)»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(письменные вычисления)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чисел от 1 до 100)»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(письменные вычисления)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21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«Сложение и вычитание чисел от 1 до 100)»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(письменные вычисления)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Конкретный смысл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действия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«Конкретный смысл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действия умножения».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Вычисление результата умножения с помощью сложения.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9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97.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Задачи на умножение.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98.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Периметр прямоугольника.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99.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86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Умножение нуля и единицы.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Название компонентов и результата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576"/>
              </w:tabs>
              <w:spacing w:line="262" w:lineRule="auto"/>
              <w:ind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Переместительное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свойство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27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right="432"/>
              <w:rPr>
                <w:color w:val="000000"/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«Переместительное свойство умножения»</w:t>
            </w:r>
          </w:p>
          <w:p w:rsidR="00BF7A86" w:rsidRPr="00BF7A86" w:rsidRDefault="00BF7A86" w:rsidP="00BF7A86">
            <w:pPr>
              <w:spacing w:line="281" w:lineRule="auto"/>
              <w:ind w:left="576" w:right="432" w:hanging="576"/>
              <w:rPr>
                <w:color w:val="000000"/>
                <w:sz w:val="24"/>
                <w:szCs w:val="24"/>
              </w:rPr>
            </w:pPr>
          </w:p>
          <w:p w:rsidR="00BF7A86" w:rsidRPr="00BF7A86" w:rsidRDefault="00BF7A86" w:rsidP="00BF7A86">
            <w:pPr>
              <w:spacing w:line="281" w:lineRule="auto"/>
              <w:ind w:left="576" w:right="432" w:hanging="576"/>
              <w:rPr>
                <w:color w:val="000000"/>
                <w:sz w:val="24"/>
                <w:szCs w:val="24"/>
              </w:rPr>
            </w:pPr>
          </w:p>
          <w:p w:rsidR="00BF7A86" w:rsidRPr="00BF7A86" w:rsidRDefault="00BF7A86" w:rsidP="00BF7A86">
            <w:pPr>
              <w:spacing w:line="281" w:lineRule="auto"/>
              <w:ind w:left="576" w:right="432" w:hanging="576"/>
              <w:rPr>
                <w:color w:val="000000"/>
                <w:sz w:val="24"/>
                <w:szCs w:val="24"/>
              </w:rPr>
            </w:pPr>
          </w:p>
          <w:p w:rsidR="00BF7A86" w:rsidRPr="00BF7A86" w:rsidRDefault="00BF7A86" w:rsidP="00BF7A86">
            <w:pPr>
              <w:spacing w:line="281" w:lineRule="auto"/>
              <w:ind w:left="576" w:right="432" w:hanging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ее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свойство умножения».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color w:val="000000"/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  <w:p w:rsidR="00BF7A86" w:rsidRPr="00BF7A86" w:rsidRDefault="00BF7A86" w:rsidP="00BF7A86">
            <w:pPr>
              <w:ind w:left="72" w:right="144"/>
              <w:rPr>
                <w:color w:val="000000"/>
                <w:sz w:val="24"/>
                <w:szCs w:val="24"/>
              </w:rPr>
            </w:pPr>
          </w:p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Конкретный смысл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действия деления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(решение задач на деление по содержанию)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86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Конкретный смысл действия деления.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Конкретный смысл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действия деления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(решение задач на деление на равные части)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107.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«Умножение и деление».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Самооценка с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использованием«Оценочного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листа»;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108.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156"/>
              </w:tabs>
              <w:spacing w:line="262" w:lineRule="auto"/>
              <w:ind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Название компонентов и </w:t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результата деления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109.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обобщение изученного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 на равные части»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110.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156" w:right="288" w:hanging="15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Контрольная работа №7. Тема: «Задачи на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умножение»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576"/>
              </w:tabs>
              <w:spacing w:line="262" w:lineRule="auto"/>
              <w:ind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Анализ контрольной </w:t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работы.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112.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Связь между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компонентами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результатом умножения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Прием деления,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основанный на связи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между компонентами и результатом умножения.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114.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576"/>
              </w:tabs>
              <w:spacing w:line="262" w:lineRule="auto"/>
              <w:ind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Приемы умножения и </w:t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деления на 10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Задачи с величинами «цена», «количество», «стоимость»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116.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588"/>
              <w:jc w:val="both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Задачи на нахождение неизвестного третьего слагаемого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117.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left="156" w:right="288" w:hanging="15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Контрольная работа № 8 Тема: «Задачи на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умножение и деление»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118.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Анализ контрольной работы. Работа над ошибками.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119.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Умножение числа 2 и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120.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Умножение числа 2 и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121.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156"/>
              </w:tabs>
              <w:spacing w:line="262" w:lineRule="auto"/>
              <w:ind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Приемы умножения числа </w:t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122.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Деление на 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123.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«Деление на 2».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124.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125.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«Решение задач».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Практическая работа;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126.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Умножение числа 3 и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79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2964"/>
        <w:gridCol w:w="734"/>
        <w:gridCol w:w="1620"/>
        <w:gridCol w:w="1668"/>
        <w:gridCol w:w="1164"/>
        <w:gridCol w:w="1826"/>
      </w:tblGrid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127.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Умножение числа 3 и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128.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Деление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129.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Деление на 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8" w:lineRule="auto"/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130.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теме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«Деление».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131.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«Табличное умножение и деление»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Тестирование;</w:t>
            </w:r>
          </w:p>
        </w:tc>
      </w:tr>
      <w:tr w:rsidR="00BF7A86" w:rsidRPr="00BF7A86" w:rsidTr="00BF7A86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132.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81" w:lineRule="auto"/>
              <w:ind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по разделу: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«Табличное умножение и деление»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133.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tabs>
                <w:tab w:val="left" w:pos="576"/>
              </w:tabs>
              <w:spacing w:line="262" w:lineRule="auto"/>
              <w:ind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Итоговая контрольная </w:t>
            </w:r>
            <w:r w:rsidRPr="00BF7A86">
              <w:rPr>
                <w:sz w:val="24"/>
                <w:szCs w:val="24"/>
              </w:rPr>
              <w:tab/>
            </w:r>
            <w:r w:rsidRPr="00BF7A86">
              <w:rPr>
                <w:color w:val="000000"/>
                <w:sz w:val="24"/>
                <w:szCs w:val="24"/>
              </w:rPr>
              <w:t>работа №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288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Контрольная работа;</w:t>
            </w:r>
          </w:p>
        </w:tc>
      </w:tr>
      <w:tr w:rsidR="00BF7A86" w:rsidRPr="00BF7A86" w:rsidTr="00BF7A86">
        <w:trPr>
          <w:trHeight w:hRule="exact" w:val="21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134. 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720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Анализ ошибок,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допущенных в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контрольной работе.</w:t>
            </w:r>
          </w:p>
          <w:p w:rsidR="00BF7A86" w:rsidRPr="00BF7A86" w:rsidRDefault="00BF7A86" w:rsidP="00BF7A86">
            <w:pPr>
              <w:spacing w:line="271" w:lineRule="auto"/>
              <w:ind w:left="72"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во 2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135.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во 2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  <w:tr w:rsidR="00BF7A86" w:rsidRPr="00BF7A86" w:rsidTr="00BF7A8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jc w:val="center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136.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71" w:lineRule="auto"/>
              <w:ind w:right="43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 Систематизация и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обобщение изученного материала во 2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rPr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ind w:left="72" w:right="14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 xml:space="preserve">Устный опрос; текущий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 xml:space="preserve">письменный </w:t>
            </w:r>
            <w:r w:rsidRPr="00BF7A86">
              <w:rPr>
                <w:sz w:val="24"/>
                <w:szCs w:val="24"/>
              </w:rPr>
              <w:br/>
            </w:r>
            <w:r w:rsidRPr="00BF7A86">
              <w:rPr>
                <w:color w:val="000000"/>
                <w:sz w:val="24"/>
                <w:szCs w:val="24"/>
              </w:rPr>
              <w:t>контроль;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rPr>
          <w:sz w:val="24"/>
          <w:szCs w:val="24"/>
        </w:rPr>
        <w:sectPr w:rsidR="00BF7A86" w:rsidRPr="00BF7A86">
          <w:pgSz w:w="11900" w:h="16840"/>
          <w:pgMar w:top="284" w:right="650" w:bottom="29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BF7A86" w:rsidRPr="00BF7A86" w:rsidRDefault="00BF7A86" w:rsidP="00BF7A86">
      <w:pPr>
        <w:spacing w:line="220" w:lineRule="exact"/>
        <w:rPr>
          <w:sz w:val="24"/>
          <w:szCs w:val="24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540"/>
        <w:gridCol w:w="734"/>
        <w:gridCol w:w="1620"/>
        <w:gridCol w:w="4658"/>
      </w:tblGrid>
      <w:tr w:rsidR="00BF7A86" w:rsidRPr="00BF7A86" w:rsidTr="00BF7A86">
        <w:trPr>
          <w:trHeight w:hRule="exact" w:val="808"/>
        </w:trPr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62" w:lineRule="auto"/>
              <w:ind w:left="72" w:right="576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4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BF7A86" w:rsidRPr="00BF7A86" w:rsidRDefault="00BF7A86" w:rsidP="00BF7A86">
            <w:pPr>
              <w:spacing w:line="230" w:lineRule="auto"/>
              <w:ind w:left="72"/>
              <w:rPr>
                <w:sz w:val="24"/>
                <w:szCs w:val="24"/>
              </w:rPr>
            </w:pPr>
            <w:r w:rsidRPr="00BF7A86">
              <w:rPr>
                <w:color w:val="000000"/>
                <w:sz w:val="24"/>
                <w:szCs w:val="24"/>
              </w:rPr>
              <w:t>10</w:t>
            </w:r>
          </w:p>
        </w:tc>
      </w:tr>
    </w:tbl>
    <w:p w:rsidR="00BF7A86" w:rsidRPr="00BF7A86" w:rsidRDefault="00BF7A86" w:rsidP="00BF7A86">
      <w:pPr>
        <w:spacing w:line="14" w:lineRule="exact"/>
        <w:rPr>
          <w:sz w:val="24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BF7A86" w:rsidRPr="00BF7A86" w:rsidRDefault="00BF7A86" w:rsidP="00BF7A86">
      <w:pPr>
        <w:spacing w:before="4"/>
        <w:rPr>
          <w:sz w:val="17"/>
          <w:szCs w:val="24"/>
        </w:rPr>
      </w:pPr>
    </w:p>
    <w:p w:rsidR="00EF085F" w:rsidRDefault="00EF085F">
      <w:pPr>
        <w:spacing w:line="292" w:lineRule="auto"/>
        <w:rPr>
          <w:sz w:val="24"/>
        </w:rPr>
        <w:sectPr w:rsidR="00EF085F" w:rsidSect="001B3E2B">
          <w:pgSz w:w="11900" w:h="16840"/>
          <w:pgMar w:top="640" w:right="540" w:bottom="280" w:left="560" w:header="720" w:footer="720" w:gutter="0"/>
          <w:cols w:space="720"/>
          <w:docGrid w:linePitch="299"/>
        </w:sectPr>
      </w:pPr>
    </w:p>
    <w:p w:rsidR="005A1040" w:rsidRPr="005A1040" w:rsidRDefault="005A1040" w:rsidP="005A1040">
      <w:pPr>
        <w:pStyle w:val="a7"/>
        <w:spacing w:before="78"/>
        <w:ind w:left="610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381C2B1" wp14:editId="4416B533">
                <wp:simplePos x="0" y="0"/>
                <wp:positionH relativeFrom="page">
                  <wp:posOffset>422910</wp:posOffset>
                </wp:positionH>
                <wp:positionV relativeFrom="paragraph">
                  <wp:posOffset>224790</wp:posOffset>
                </wp:positionV>
                <wp:extent cx="9850755" cy="7620"/>
                <wp:effectExtent l="0" t="0" r="0" b="0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9CF0C" id="Прямоугольник 3" o:spid="_x0000_s1026" style="position:absolute;margin-left:33.3pt;margin-top:17.7pt;width:775.65pt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" fillcolor="black" stroked="f">
                <w10:wrap type="topAndBottom" anchorx="page"/>
              </v:rect>
            </w:pict>
          </mc:Fallback>
        </mc:AlternateContent>
      </w:r>
      <w:r w:rsidRPr="005A1040">
        <w:rPr>
          <w:b/>
          <w:sz w:val="19"/>
        </w:rPr>
        <w:t>ТЕМАТИЧЕСКОЕ</w:t>
      </w:r>
      <w:r w:rsidRPr="005A1040">
        <w:rPr>
          <w:b/>
          <w:spacing w:val="3"/>
          <w:sz w:val="19"/>
        </w:rPr>
        <w:t xml:space="preserve"> </w:t>
      </w:r>
      <w:r w:rsidRPr="005A1040">
        <w:rPr>
          <w:b/>
          <w:sz w:val="19"/>
        </w:rPr>
        <w:t>ПЛАНИРОВАНИЕ</w:t>
      </w:r>
      <w:r>
        <w:rPr>
          <w:b/>
          <w:sz w:val="19"/>
        </w:rPr>
        <w:t xml:space="preserve"> 3 класс</w:t>
      </w:r>
    </w:p>
    <w:p w:rsidR="005A1040" w:rsidRDefault="005A1040" w:rsidP="005A1040">
      <w:pPr>
        <w:pStyle w:val="a5"/>
        <w:ind w:left="610"/>
        <w:rPr>
          <w:b/>
          <w:sz w:val="20"/>
        </w:rPr>
      </w:pPr>
    </w:p>
    <w:p w:rsidR="005A1040" w:rsidRDefault="005A1040" w:rsidP="005A1040">
      <w:pPr>
        <w:pStyle w:val="a5"/>
        <w:spacing w:before="1" w:after="1"/>
        <w:ind w:left="285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Tr="00BF7A86">
        <w:trPr>
          <w:trHeight w:val="335"/>
        </w:trPr>
        <w:tc>
          <w:tcPr>
            <w:tcW w:w="466" w:type="dxa"/>
            <w:vMerge w:val="restart"/>
          </w:tcPr>
          <w:p w:rsidR="005A1040" w:rsidRDefault="005A1040" w:rsidP="00BF7A86">
            <w:pPr>
              <w:pStyle w:val="TableParagraph"/>
              <w:spacing w:before="71" w:line="261" w:lineRule="auto"/>
              <w:ind w:left="83" w:right="133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п/п</w:t>
            </w:r>
          </w:p>
        </w:tc>
        <w:tc>
          <w:tcPr>
            <w:tcW w:w="4287" w:type="dxa"/>
            <w:vMerge w:val="restart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Наименование</w:t>
            </w:r>
            <w:r>
              <w:rPr>
                <w:b/>
                <w:spacing w:val="44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разделов</w:t>
            </w:r>
            <w:r>
              <w:rPr>
                <w:b/>
                <w:spacing w:val="5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</w:t>
            </w:r>
            <w:r>
              <w:rPr>
                <w:b/>
                <w:spacing w:val="31"/>
                <w:w w:val="95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тем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программы</w:t>
            </w:r>
          </w:p>
        </w:tc>
        <w:tc>
          <w:tcPr>
            <w:tcW w:w="2768" w:type="dxa"/>
            <w:gridSpan w:val="3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05" w:type="dxa"/>
            <w:vMerge w:val="restart"/>
          </w:tcPr>
          <w:p w:rsidR="005A1040" w:rsidRDefault="005A1040" w:rsidP="00BF7A86">
            <w:pPr>
              <w:pStyle w:val="TableParagraph"/>
              <w:spacing w:before="71" w:line="261" w:lineRule="auto"/>
              <w:ind w:left="91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4406" w:type="dxa"/>
            <w:vMerge w:val="restart"/>
          </w:tcPr>
          <w:p w:rsidR="005A1040" w:rsidRDefault="005A1040" w:rsidP="00BF7A86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016" w:type="dxa"/>
            <w:vMerge w:val="restart"/>
          </w:tcPr>
          <w:p w:rsidR="005A1040" w:rsidRDefault="005A1040" w:rsidP="00BF7A86">
            <w:pPr>
              <w:pStyle w:val="TableParagraph"/>
              <w:spacing w:before="71" w:line="264" w:lineRule="auto"/>
              <w:ind w:left="89" w:right="246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1741" w:type="dxa"/>
            <w:vMerge w:val="restart"/>
          </w:tcPr>
          <w:p w:rsidR="005A1040" w:rsidRDefault="005A1040" w:rsidP="00BF7A86">
            <w:pPr>
              <w:pStyle w:val="TableParagraph"/>
              <w:spacing w:before="71" w:line="266" w:lineRule="auto"/>
              <w:ind w:left="101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5A1040" w:rsidTr="00BF7A86">
        <w:trPr>
          <w:trHeight w:val="561"/>
        </w:trPr>
        <w:tc>
          <w:tcPr>
            <w:tcW w:w="46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4287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05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440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Числа</w:t>
            </w:r>
          </w:p>
        </w:tc>
      </w:tr>
      <w:tr w:rsidR="005A1040" w:rsidRPr="00B6171D" w:rsidTr="00BF7A86">
        <w:trPr>
          <w:trHeight w:val="456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before="71"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Числа 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пределах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1000: чтение,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запись,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представление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виде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суммы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разрядных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слагаемых.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1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7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письменная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числами: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чтение,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упорядочение, представление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виде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слагаемых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дополнение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заданного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выбор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(число единиц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разряда,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чётность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д.).;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математических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терминов,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знаков;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их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использование</w:t>
            </w:r>
            <w:r>
              <w:rPr>
                <w:spacing w:val="6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вывода,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ведении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записей.;</w:t>
            </w:r>
          </w:p>
          <w:p w:rsidR="005A1040" w:rsidRDefault="005A1040" w:rsidP="00BF7A86">
            <w:pPr>
              <w:pStyle w:val="TableParagraph"/>
              <w:spacing w:before="2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Обнаружение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чисел,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уникальных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чисел.;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латинских букв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анализом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распределением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(других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объектов) на группы 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одному-двум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существенным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основаниям, представлением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 разными 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 виде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модели,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 слагаемых,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для построения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утверждения, 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объяснения)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проверки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before="71"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  <w:lang w:val="en-US"/>
              </w:rPr>
            </w:pPr>
            <w:hyperlink r:id="rId168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  <w:lang w:val="en-US"/>
                </w:rPr>
                <w:t>https://education.yandex.ru</w:t>
              </w:r>
            </w:hyperlink>
          </w:p>
          <w:p w:rsidR="005A1040" w:rsidRPr="00DF671A" w:rsidRDefault="002A34AC" w:rsidP="00BF7A86">
            <w:pPr>
              <w:pStyle w:val="TableParagraph"/>
              <w:spacing w:before="71" w:line="261" w:lineRule="auto"/>
              <w:ind w:left="101"/>
              <w:rPr>
                <w:sz w:val="15"/>
                <w:lang w:val="en-US"/>
              </w:rPr>
            </w:pPr>
            <w:hyperlink r:id="rId169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56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Равенства и неравенства: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чтение,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составление,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установление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истинности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(верное/неверное).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письменная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числами: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чтение,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упорядочение, представление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виде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слагаемых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дополнение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заданного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выбор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(число единиц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разряда,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чётность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математических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терминов,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знаков;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их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использование</w:t>
            </w:r>
            <w:r>
              <w:rPr>
                <w:spacing w:val="6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вывода,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ведении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записей.;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Обнаружение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чисел,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уникальных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чисел.;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латинских букв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анализом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распределением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(других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объектов) на группы 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одному-двум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существенным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основаниям, представлением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 разными 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 виде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модели,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 слагаемых,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для построения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утверждения, 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объяснения)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проверки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70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1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72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457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Увеличение/уменьшение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числа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несколько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раз.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письменная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числами: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чтение,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упорядочение, представление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виде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слагаемых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дополнение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заданного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выбор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(число единиц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разряда,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чётность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математических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терминов,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знаков;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их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использование</w:t>
            </w:r>
            <w:r>
              <w:rPr>
                <w:spacing w:val="6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вывода,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ведении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записей.;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Обнаружение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чисел,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уникальных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чисел.;</w:t>
            </w:r>
          </w:p>
          <w:p w:rsidR="005A1040" w:rsidRDefault="005A1040" w:rsidP="00BF7A86">
            <w:pPr>
              <w:pStyle w:val="TableParagraph"/>
              <w:spacing w:before="1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латинских букв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анализом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распределением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(других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объектов) на группы 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одному-двум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существенным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основаниям, представлением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 разными 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 виде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модели,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 слагаемых,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для построения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утверждения, 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объяснения)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проверки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741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56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Кратное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чисел.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Устная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письменная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числами: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чтение,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сравнение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упорядочение, представление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виде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слагаемых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дополнение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заданного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выбор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с заданными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(число единиц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разряда,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чётность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математических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терминов,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знаков;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их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использование</w:t>
            </w:r>
            <w:r>
              <w:rPr>
                <w:spacing w:val="6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вывода,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ведении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записей.;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Обнаружение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чисел,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уникальных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чисел.;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латинских букв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анализом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распределением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(других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объектов) на группы 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одному-двум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существенным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основаниям, представлением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 разными 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 виде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модели,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 слагаемых,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для построения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данными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объяснения)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проверки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73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3F41E9" w:rsidTr="00BF7A86">
        <w:trPr>
          <w:trHeight w:val="466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1.5.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Свойства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чисел.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3"/>
              <w:rPr>
                <w:sz w:val="15"/>
              </w:rPr>
            </w:pPr>
            <w:r>
              <w:rPr>
                <w:sz w:val="15"/>
              </w:rPr>
              <w:t>Устная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письменная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работа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числами: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чтение,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упорядочение, представление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виде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слагаемых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дополнение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заданного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числа;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выбор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(число единиц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разряда,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чётность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т.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д.).;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82"/>
              <w:rPr>
                <w:sz w:val="15"/>
              </w:rPr>
            </w:pPr>
            <w:r>
              <w:rPr>
                <w:sz w:val="15"/>
              </w:rPr>
              <w:t>Практическая работа: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различение,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называние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математических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терминов,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знаков;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их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использование</w:t>
            </w:r>
            <w:r>
              <w:rPr>
                <w:spacing w:val="6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70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вывода, объяснении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ответа,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ведении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записей.;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Обнаружение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общего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чисел,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уникальных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числа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группы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чисел.;</w:t>
            </w:r>
          </w:p>
          <w:p w:rsidR="005A1040" w:rsidRDefault="005A1040" w:rsidP="00BF7A86">
            <w:pPr>
              <w:pStyle w:val="TableParagraph"/>
              <w:spacing w:before="1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латинских букв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свойств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обозначения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Игры-соревнования,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анализом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распределением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 (других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объектов) на группы по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одному-двум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существенным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основаниям, представлением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числа разными 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(в виде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модели, суммы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разрядных слагаемых,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словесной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для построения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данными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текста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объяснения)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проверки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истинности.;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7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7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357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Масса (единица массы — грамм); соотношение между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килограммом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граммом;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«тяжелее/легче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на/в».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разных 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7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3F41E9" w:rsidTr="00BF7A86">
        <w:trPr>
          <w:trHeight w:val="418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Стоимость (единицы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рубль,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копейка); установление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отношения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«дороже/дешевле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на/в».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разных 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78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79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80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sz w:val="15"/>
              </w:rPr>
            </w:pPr>
            <w:r>
              <w:rPr>
                <w:b/>
                <w:sz w:val="15"/>
              </w:rPr>
              <w:t>Соотношение «цена,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количество, стоимость»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практической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ситуации</w:t>
            </w:r>
            <w:r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единицах.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81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3F41E9" w:rsidTr="00BF7A86">
        <w:trPr>
          <w:trHeight w:val="428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Время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(единица времени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секунда);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установление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отношения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«быстрее/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медленнее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на/в».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Соотношение</w:t>
            </w:r>
          </w:p>
          <w:p w:rsidR="005A1040" w:rsidRDefault="005A1040" w:rsidP="00BF7A86">
            <w:pPr>
              <w:pStyle w:val="TableParagraph"/>
              <w:spacing w:before="8"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«начало,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окончание, продолжительность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события»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практической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ситуации.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значениями 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разных 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82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83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84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Длина (единица длины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миллиметр,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километр);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соотношение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между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величинами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пределах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тысячи.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равно) 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разных 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85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86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87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  <w:tr w:rsidR="005A1040" w:rsidRPr="00B6171D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Площадь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(единицы</w:t>
            </w:r>
            <w:r>
              <w:rPr>
                <w:b/>
                <w:spacing w:val="27"/>
                <w:sz w:val="15"/>
              </w:rPr>
              <w:t xml:space="preserve"> </w:t>
            </w:r>
            <w:r>
              <w:rPr>
                <w:b/>
                <w:sz w:val="15"/>
              </w:rPr>
              <w:t>площади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—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квадратный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метр,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квадратный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сантиметр,</w:t>
            </w:r>
            <w:r>
              <w:rPr>
                <w:b/>
                <w:spacing w:val="17"/>
                <w:sz w:val="15"/>
              </w:rPr>
              <w:t xml:space="preserve"> </w:t>
            </w:r>
            <w:r>
              <w:rPr>
                <w:b/>
                <w:sz w:val="15"/>
              </w:rPr>
              <w:t>квадратный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дециметр).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88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Расчёт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времени.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Соотношение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«начало,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окончание,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продолжительность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события»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практической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ситуации.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 единицах.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89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3F41E9" w:rsidTr="00BF7A86">
        <w:trPr>
          <w:trHeight w:val="417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2.8.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Соотношение «больше/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меньше на/в»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 ситуации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сравнения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предметов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объектов</w:t>
            </w:r>
            <w:r>
              <w:rPr>
                <w:b/>
                <w:spacing w:val="22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основе</w:t>
            </w:r>
            <w:r>
              <w:rPr>
                <w:b/>
                <w:spacing w:val="23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измерения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практических ситуаций.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необходимого перехода 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 единиц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величины к другим.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Установление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отношения (больше,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равно)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значениями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величины,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представленными 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разных единицах. Применение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 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купли-продажи,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движения,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глаз,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измерением,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расчётами.;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зависимости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(больше/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меньше),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арифметических действий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(сложение,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вычитание,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увеличение/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уменьшение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несколько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раз)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устным вычислениям.;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 величины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заданных единицах,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перехода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другим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(однородным).;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Пропедевтика исследовательской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цифровых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аналоговых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приборов, измерительных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инструментов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длину,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массу,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время; выполнять прикидку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измерений;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определять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продолжительность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события.;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90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91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92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1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3.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Арифметические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4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Устные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вычисления,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сводимые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 действиям 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пределах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100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(табличное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внетабличное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умножение, деление,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действия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круглыми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числами).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93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94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pPr>
              <w:tabs>
                <w:tab w:val="left" w:pos="250"/>
              </w:tabs>
            </w:pPr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95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6769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332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 сложение,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вычитание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чисел в пределах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1000.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Действия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числами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0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"/>
                <w:sz w:val="15"/>
              </w:rPr>
              <w:t xml:space="preserve"> </w:t>
            </w:r>
            <w:r>
              <w:rPr>
                <w:b/>
                <w:sz w:val="15"/>
              </w:rPr>
              <w:t>1.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96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Взаимосвязь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умножения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52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19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198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199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столбик,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письменное деление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уголком.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00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721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Письменное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умножение,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деление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однозначное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число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пределах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01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2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03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7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Проверка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вычисления (прикидка или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оценка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обратное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применение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алгоритма,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калькулятора).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 нахождения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0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pPr>
              <w:tabs>
                <w:tab w:val="left" w:pos="225"/>
              </w:tabs>
            </w:pPr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0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3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Переместительное,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сочетательное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сложения,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умножения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при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вычислениях.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0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08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09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673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3.8.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Нахождение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неизвестного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компонента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арифметического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10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3.9.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Порядок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числовом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выражении,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значение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числового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выражения,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содержащего несколько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(со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скобками/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без скобок),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вычислениями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пределах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11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2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13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3.10.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Однородные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величины: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сложение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вычитание.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7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1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1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0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3.11.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Равенство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неизвестным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числом,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записанным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буквой.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1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18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19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680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3.12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Умножение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круглого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числа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однозначное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число.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 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sz w:val="15"/>
              </w:rPr>
              <w:t>числовых  выражений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20">
              <w:r w:rsidR="005A1040" w:rsidRPr="00DF671A">
                <w:rPr>
                  <w:sz w:val="15"/>
                  <w:lang w:val="en-US"/>
                </w:rPr>
                <w:t>http</w:t>
              </w:r>
              <w:r w:rsidR="005A1040" w:rsidRPr="003F41E9">
                <w:rPr>
                  <w:sz w:val="15"/>
                </w:rPr>
                <w:t>://</w:t>
              </w:r>
              <w:r w:rsidR="005A1040" w:rsidRPr="00DF671A">
                <w:rPr>
                  <w:sz w:val="15"/>
                  <w:lang w:val="en-US"/>
                </w:rPr>
                <w:t>school</w:t>
              </w:r>
              <w:r w:rsidR="005A1040" w:rsidRPr="003F41E9">
                <w:rPr>
                  <w:sz w:val="15"/>
                </w:rPr>
                <w:t>-</w:t>
              </w:r>
            </w:hyperlink>
            <w:r w:rsidR="005A1040" w:rsidRPr="003F41E9">
              <w:rPr>
                <w:spacing w:val="1"/>
                <w:sz w:val="15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</w:t>
            </w:r>
            <w:hyperlink r:id="rId221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pPr>
              <w:pStyle w:val="TableParagraph"/>
              <w:spacing w:line="261" w:lineRule="auto"/>
              <w:ind w:left="101"/>
              <w:rPr>
                <w:sz w:val="15"/>
              </w:rPr>
            </w:pPr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22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  <w:r w:rsidRPr="00DF671A">
              <w:rPr>
                <w:sz w:val="15"/>
                <w:lang w:val="en-US"/>
              </w:rPr>
              <w:t>llection</w:t>
            </w:r>
            <w:r w:rsidRPr="003F41E9">
              <w:rPr>
                <w:sz w:val="15"/>
              </w:rPr>
              <w:t>.</w:t>
            </w:r>
            <w:r w:rsidRPr="00DF671A">
              <w:rPr>
                <w:sz w:val="15"/>
                <w:lang w:val="en-US"/>
              </w:rPr>
              <w:t>edu</w:t>
            </w:r>
            <w:r w:rsidRPr="003F41E9">
              <w:rPr>
                <w:sz w:val="15"/>
              </w:rPr>
              <w:t>.</w:t>
            </w:r>
            <w:r w:rsidRPr="00DF671A">
              <w:rPr>
                <w:sz w:val="15"/>
                <w:lang w:val="en-US"/>
              </w:rPr>
              <w:t>ru</w:t>
            </w:r>
            <w:r w:rsidRPr="003F41E9">
              <w:rPr>
                <w:sz w:val="15"/>
              </w:rPr>
              <w:t>/</w:t>
            </w:r>
            <w:r w:rsidRPr="00DF671A">
              <w:rPr>
                <w:sz w:val="15"/>
                <w:lang w:val="en-US"/>
              </w:rPr>
              <w:t>catalog</w:t>
            </w:r>
            <w:r w:rsidRPr="003F41E9">
              <w:rPr>
                <w:sz w:val="15"/>
              </w:rPr>
              <w:t>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667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3.13.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115"/>
              <w:rPr>
                <w:sz w:val="15"/>
              </w:rPr>
            </w:pPr>
            <w:r>
              <w:rPr>
                <w:b/>
                <w:sz w:val="15"/>
              </w:rPr>
              <w:t>Умножение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суммы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 число.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Деление трёхзначного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числа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однозначное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уголком.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Деление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суммы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число</w:t>
            </w:r>
            <w:r>
              <w:rPr>
                <w:sz w:val="15"/>
              </w:rPr>
              <w:t>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устные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приёмы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Устное вычисление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случаях, сводимых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пределах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100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(действия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десятками,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сотнями,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умножение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100).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Действия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числами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1.;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Прикидка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вычислений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терминологии.;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104"/>
              <w:rPr>
                <w:sz w:val="15"/>
              </w:rPr>
            </w:pPr>
            <w:r>
              <w:rPr>
                <w:sz w:val="15"/>
              </w:rPr>
              <w:t>Применение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правил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порядка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выполнения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предложенной ситуации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конструирование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 с заданным порядком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43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выражений</w:t>
            </w:r>
            <w:r>
              <w:rPr>
                <w:spacing w:val="42"/>
                <w:sz w:val="15"/>
              </w:rPr>
              <w:t xml:space="preserve"> </w:t>
            </w:r>
            <w:r>
              <w:rPr>
                <w:sz w:val="15"/>
              </w:rPr>
              <w:t>без</w:t>
            </w:r>
            <w:r>
              <w:rPr>
                <w:spacing w:val="34"/>
                <w:sz w:val="15"/>
              </w:rPr>
              <w:t xml:space="preserve"> </w:t>
            </w:r>
            <w:r>
              <w:rPr>
                <w:sz w:val="15"/>
              </w:rPr>
              <w:t>вычислений.;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Упражнение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самоконтроль: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обсуждение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возможных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ошибок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вычислениях по алгоритму,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Оценка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рациональности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вычисления.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выполнения действия;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интерпретацию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практической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ситуации.;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записи: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правильности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относительно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набора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(чисел,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величин,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выражений,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фигур).;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308"/>
              <w:jc w:val="both"/>
              <w:rPr>
                <w:sz w:val="15"/>
              </w:rPr>
            </w:pPr>
            <w:r>
              <w:rPr>
                <w:sz w:val="15"/>
              </w:rPr>
              <w:t>Наблюдение закономерностей, общего и различного в 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выполнения действий одной ступени (сложения-вычитания,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умножения-деления).;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Моделирование: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моделей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объяснения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(приёма)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 неизвестного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компонента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арифметического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rPr>
                <w:sz w:val="15"/>
              </w:rPr>
            </w:pPr>
            <w:r>
              <w:rPr>
                <w:sz w:val="15"/>
              </w:rPr>
              <w:t>Упражнения: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 вычитания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трёхзначных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чисел, деления с остатком,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установления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нахождении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значения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инструкции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умножения/деления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круглое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число,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деления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чисел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подбором.;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23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48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6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spacing w:before="66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4.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Текстовые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задачи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9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текстовой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задачей: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анализ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данных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отношений,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модели,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планирование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хода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решения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задач,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решение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арифметическим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способом.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(рисунок,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схема,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таблица,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диаграмма,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краткая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запись)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этапах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 трёх взаимосвязанных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движение», 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работу»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косвенной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формулировкой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условия,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 суммы на число;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 единице,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кратное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всех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rPr>
                <w:sz w:val="15"/>
              </w:rPr>
            </w:pP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рассуждения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задачи: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вопросам,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95"/>
                <w:sz w:val="15"/>
              </w:rPr>
              <w:t>Упражнения</w:t>
            </w:r>
            <w:r>
              <w:rPr>
                <w:spacing w:val="2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  контроль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2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самоконтроль  при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решении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задач.</w:t>
            </w:r>
          </w:p>
          <w:p w:rsidR="005A1040" w:rsidRDefault="005A1040" w:rsidP="00BF7A86">
            <w:pPr>
              <w:pStyle w:val="TableParagraph"/>
              <w:spacing w:before="19" w:line="261" w:lineRule="auto"/>
              <w:rPr>
                <w:sz w:val="15"/>
              </w:rPr>
            </w:pPr>
            <w:r>
              <w:rPr>
                <w:sz w:val="15"/>
              </w:rPr>
              <w:t>Анализ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образцов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действиям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восстановление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числовому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другой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решения.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полного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краткого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задаче,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 возможности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работа: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доли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величины.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долей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2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3F41E9" w:rsidTr="00BF7A86">
        <w:trPr>
          <w:trHeight w:val="4954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Задачи на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понимание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смысла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арифметических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(в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том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числе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деления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остатком),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отношений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(больше/меньше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на/в),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зависимостей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(купля-продажа,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расчёт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времени,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количества),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 сравнение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(разностное,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кратное).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(рисунок,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схема,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таблица,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диаграмма,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краткая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запись)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этапах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 трёх взаимосвязанных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движение», 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работу»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косвенной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формулировкой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условия,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 суммы на число;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 единице,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кратное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всех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rPr>
                <w:sz w:val="15"/>
              </w:rPr>
            </w:pP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рассуждения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задачи: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вопросам,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самоконтроль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решении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задач.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Анализ образцов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восстановление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числовому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другой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решения.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полного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краткого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задаче,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 возможности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работа: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доли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величины.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долей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25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26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27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945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511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Запись решения задачи по действиям и с помощью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числового выражения. Проверка решения и оценка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полученного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(рисунок,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схема,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таблица,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диаграмма,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краткая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запись)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этапах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 трёх взаимосвязанных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движение», 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работу»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косвенной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формулировкой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условия,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 суммы на число;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 единице,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кратное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всех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9" w:line="266" w:lineRule="auto"/>
              <w:rPr>
                <w:sz w:val="15"/>
              </w:rPr>
            </w:pP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рассуждения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задачи: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вопросам,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2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самоконтроль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решении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задач.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Анализ образцов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восстановление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числовому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другой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решения.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полного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краткого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задаче,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 возможности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работа: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доли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величины.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долей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28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B6171D" w:rsidTr="00BF7A86">
        <w:trPr>
          <w:trHeight w:val="5050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4.4.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Доля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величины: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половина,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четверть 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практической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ситуации;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сравнение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долей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одной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величины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модели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(рисунок,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схема,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таблица,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диаграмма,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краткая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запись)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этапах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задачи.;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Учебный 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 трёх взаимосвязанных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величин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движение», «на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работу»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пр.).;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243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косвенной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формулировкой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условия,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деление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остатком,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иллюстрирующих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смысл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 суммы на число;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(например,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приведение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 единице,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кратное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поиск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всех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9" w:line="264" w:lineRule="auto"/>
              <w:rPr>
                <w:sz w:val="15"/>
              </w:rPr>
            </w:pPr>
            <w:r>
              <w:rPr>
                <w:sz w:val="15"/>
              </w:rPr>
              <w:t>Комментирование.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хода рассуждения 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задачи: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 вопросам,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комментированием,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4" w:lineRule="auto"/>
              <w:ind w:right="124"/>
              <w:rPr>
                <w:sz w:val="15"/>
              </w:rPr>
            </w:pPr>
            <w:r>
              <w:rPr>
                <w:w w:val="95"/>
                <w:sz w:val="15"/>
              </w:rPr>
              <w:t>Упражнения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на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самоконтроль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решении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задач.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Анализ образцов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действиям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помощью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выражения.;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80"/>
              <w:rPr>
                <w:sz w:val="15"/>
              </w:rPr>
            </w:pPr>
            <w:r>
              <w:rPr>
                <w:sz w:val="15"/>
              </w:rPr>
              <w:t>Моделирование: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восстановление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задачи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числовому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выражению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другой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записи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решения.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задач.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полного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краткого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задаче,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анализ возможности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другого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получения.;</w:t>
            </w:r>
          </w:p>
          <w:p w:rsidR="005A1040" w:rsidRDefault="005A1040" w:rsidP="00BF7A86">
            <w:pPr>
              <w:pStyle w:val="TableParagraph"/>
              <w:spacing w:before="3" w:line="261" w:lineRule="auto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работа: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доли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величины.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долей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величины;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29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23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5.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Пространственные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отношения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56"/>
                <w:sz w:val="15"/>
              </w:rPr>
              <w:t xml:space="preserve"> </w:t>
            </w:r>
            <w:r>
              <w:rPr>
                <w:b/>
                <w:sz w:val="15"/>
              </w:rPr>
              <w:t>геометрические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фигуры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Конструирование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геометрических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фигур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(разбиение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фигуры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части,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составление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фигуры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из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частей).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окружающего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мира: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сопоставление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изученными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геометрическими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поиска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способах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 истинности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 значениях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графические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измерительные действия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построении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(длина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стороны,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площади);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 глаз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последующей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исследовательской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фигур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периметру,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равенства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вычислении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бумаги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длиной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стороны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(значением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площади).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Мысленное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экспериментальная 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возможности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конструирования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 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единицами площади,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 действий при переходе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0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B6171D" w:rsidTr="00BF7A86">
        <w:trPr>
          <w:trHeight w:val="476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Периметр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многоугольника: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вычисление,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запись</w:t>
            </w:r>
            <w:r>
              <w:rPr>
                <w:b/>
                <w:spacing w:val="4"/>
                <w:sz w:val="15"/>
              </w:rPr>
              <w:t xml:space="preserve"> </w:t>
            </w:r>
            <w:r>
              <w:rPr>
                <w:b/>
                <w:sz w:val="15"/>
              </w:rPr>
              <w:t>равенства.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окружающего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мира: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сопоставление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изученными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геометрическими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поиска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способах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 истинности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 значениях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графические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измерительные действия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построении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(длина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стороны,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площади);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 глаз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последующей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проверкой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исследовательской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фигур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периметру,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равенства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вычислении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(квадрата).;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длиной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стороны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(значением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площади).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Мысленное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экспериментальная 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возможности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конструирования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 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единицами площади,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 действий при переходе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1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Измерение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площади,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запись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результата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измерения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квадратных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сантиметрах.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окружающего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мира: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сопоставление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изученными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геометрическими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поиска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способах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 истинности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 значениях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графические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измерительные действия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построении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(длина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стороны,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площади);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 глаз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последующей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исследовательской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фигур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периметру,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равенства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при вычислении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длиной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стороны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(значением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площади).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Мысленное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экспериментальная 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возможности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конструирования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 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единицами площади,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 действий при переходе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2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B6171D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Вычисление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площади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прямоугольника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(квадрата)</w:t>
            </w:r>
            <w:r>
              <w:rPr>
                <w:b/>
                <w:spacing w:val="18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заданными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сторонами,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запись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равенства.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окружающего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мира: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сопоставление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изученными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геометрическими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поиска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способах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 истинности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 значениях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графические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измерительные действия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построении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(длина стороны,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периметра, площади);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 глаз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последующей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исследовательской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фигур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периметру,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равенства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вычислении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(квадрата).;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длиной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стороны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(значением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площади).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Мысленное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экспериментальная 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возможности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конструирования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 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единицами площади,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 действий при переходе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3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47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5.5.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418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Изображение на клетчатой бумаге прямоугольника с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заданным значением площади.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Сравнение площадей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фигур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помощью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наложения.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1" w:lineRule="auto"/>
              <w:ind w:right="145"/>
              <w:rPr>
                <w:sz w:val="15"/>
              </w:rPr>
            </w:pPr>
            <w:r>
              <w:rPr>
                <w:sz w:val="15"/>
              </w:rPr>
              <w:t>Исследование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объектов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окружающего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мира: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сопоставление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изученными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геометрическими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формами.;</w:t>
            </w:r>
          </w:p>
          <w:p w:rsidR="005A1040" w:rsidRDefault="005A1040" w:rsidP="00BF7A86">
            <w:pPr>
              <w:pStyle w:val="TableParagraph"/>
              <w:spacing w:before="8" w:line="264" w:lineRule="auto"/>
              <w:ind w:right="352"/>
              <w:rPr>
                <w:sz w:val="15"/>
              </w:rPr>
            </w:pPr>
            <w:r>
              <w:rPr>
                <w:sz w:val="15"/>
              </w:rPr>
              <w:t>Комментирование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хода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результата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поиска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информации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способах её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проверка истинности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 значениях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геометрических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10" w:line="264" w:lineRule="auto"/>
              <w:ind w:right="124"/>
              <w:rPr>
                <w:sz w:val="15"/>
              </w:rPr>
            </w:pPr>
            <w:r>
              <w:rPr>
                <w:sz w:val="15"/>
              </w:rPr>
              <w:t>Упражнение: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графические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измерительные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при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построении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прямоугольников,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свойствами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(длина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стороны,</w:t>
            </w:r>
            <w:r>
              <w:rPr>
                <w:spacing w:val="22"/>
                <w:sz w:val="15"/>
              </w:rPr>
              <w:t xml:space="preserve"> </w:t>
            </w:r>
            <w:r>
              <w:rPr>
                <w:sz w:val="15"/>
              </w:rPr>
              <w:t>значение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площади);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определение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размеров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предметов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 глаз 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последующей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проверкой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измерением.;</w:t>
            </w:r>
          </w:p>
          <w:p w:rsidR="005A1040" w:rsidRDefault="005A1040" w:rsidP="00BF7A86">
            <w:pPr>
              <w:pStyle w:val="TableParagraph"/>
              <w:spacing w:before="6" w:line="266" w:lineRule="auto"/>
              <w:ind w:right="162"/>
              <w:rPr>
                <w:sz w:val="15"/>
              </w:rPr>
            </w:pPr>
            <w:r>
              <w:rPr>
                <w:sz w:val="15"/>
              </w:rPr>
              <w:t>Пропедевтика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исследовательской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работы: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фигур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периметру,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сравнение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однородных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величин.;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квадрата,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числового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равенства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при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вычислении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прямоугольника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(квадрата).;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Конструирование из бумаги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длиной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стороны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(значением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периметра,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площади).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Мысленное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экспериментальная проверка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возможности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конструирования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заданной геометрической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фигуры.;</w:t>
            </w:r>
          </w:p>
          <w:p w:rsidR="005A1040" w:rsidRDefault="005A1040" w:rsidP="00BF7A86">
            <w:pPr>
              <w:pStyle w:val="TableParagraph"/>
              <w:spacing w:before="4" w:line="264" w:lineRule="auto"/>
              <w:rPr>
                <w:sz w:val="15"/>
              </w:rPr>
            </w:pP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соотношение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единицами площади,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последовательность действий при переходе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одной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единицы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другой;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3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3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20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15489" w:type="dxa"/>
            <w:gridSpan w:val="9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sz w:val="15"/>
              </w:rPr>
              <w:t>Раздел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6.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Математическая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информация</w:t>
            </w:r>
          </w:p>
        </w:tc>
      </w:tr>
      <w:tr w:rsidR="005A1040" w:rsidRPr="00B6171D" w:rsidTr="00BF7A86">
        <w:trPr>
          <w:trHeight w:val="906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6.1.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Классификация</w:t>
            </w:r>
            <w:r>
              <w:rPr>
                <w:b/>
                <w:spacing w:val="20"/>
                <w:sz w:val="15"/>
              </w:rPr>
              <w:t xml:space="preserve"> </w:t>
            </w:r>
            <w:r>
              <w:rPr>
                <w:b/>
                <w:sz w:val="15"/>
              </w:rPr>
              <w:t>объектов</w:t>
            </w:r>
            <w:r>
              <w:rPr>
                <w:b/>
                <w:spacing w:val="15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двум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признакам.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RPr="00B6171D" w:rsidTr="00BF7A86">
        <w:trPr>
          <w:trHeight w:val="912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72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Верные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(истинные) и неверные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(ложные)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утверждения: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конструирование, проверка. Логические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рассуждения со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связками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«если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…,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то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…»,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«поэтому»,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«значит».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6" w:lineRule="auto"/>
              <w:ind w:left="101"/>
              <w:rPr>
                <w:sz w:val="15"/>
                <w:lang w:val="en-US"/>
              </w:rPr>
            </w:pPr>
            <w:hyperlink r:id="rId238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7153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6.3.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Работа с информацией: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извлечение 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выполнения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заданий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информации,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представленной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таблицах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с данными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реальных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процессах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 явлениях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окружающего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мира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(например,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расписание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уроков,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движения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автобусов,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поездов); внесение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данных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таблицу;</w:t>
            </w:r>
            <w:r>
              <w:rPr>
                <w:b/>
                <w:spacing w:val="7"/>
                <w:sz w:val="15"/>
              </w:rPr>
              <w:t xml:space="preserve"> </w:t>
            </w:r>
            <w:r>
              <w:rPr>
                <w:b/>
                <w:sz w:val="15"/>
              </w:rPr>
              <w:t>дополнение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чертежа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данными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319"/>
              <w:jc w:val="both"/>
              <w:rPr>
                <w:sz w:val="15"/>
              </w:rPr>
            </w:pPr>
            <w:r>
              <w:rPr>
                <w:sz w:val="15"/>
              </w:rPr>
              <w:t>Оформление математической записи. 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 утверждения на основе 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 в текстовой форме, использование связок «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 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39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0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41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7057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6.4.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Таблицы</w:t>
            </w:r>
            <w:r>
              <w:rPr>
                <w:b/>
                <w:spacing w:val="28"/>
                <w:sz w:val="15"/>
              </w:rPr>
              <w:t xml:space="preserve"> </w:t>
            </w:r>
            <w:r>
              <w:rPr>
                <w:b/>
                <w:sz w:val="15"/>
              </w:rPr>
              <w:t>сложения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умножения:</w:t>
            </w:r>
            <w:r>
              <w:rPr>
                <w:b/>
                <w:spacing w:val="21"/>
                <w:sz w:val="15"/>
              </w:rPr>
              <w:t xml:space="preserve"> </w:t>
            </w:r>
            <w:r>
              <w:rPr>
                <w:b/>
                <w:sz w:val="15"/>
              </w:rPr>
              <w:t>заполнение</w:t>
            </w:r>
            <w:r>
              <w:rPr>
                <w:b/>
                <w:spacing w:val="24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25"/>
                <w:sz w:val="15"/>
              </w:rPr>
              <w:t xml:space="preserve"> </w:t>
            </w:r>
            <w:r>
              <w:rPr>
                <w:b/>
                <w:sz w:val="15"/>
              </w:rPr>
              <w:t>основе</w:t>
            </w:r>
            <w:r>
              <w:rPr>
                <w:b/>
                <w:spacing w:val="-34"/>
                <w:sz w:val="15"/>
              </w:rPr>
              <w:t xml:space="preserve"> </w:t>
            </w:r>
            <w:r>
              <w:rPr>
                <w:b/>
                <w:sz w:val="15"/>
              </w:rPr>
              <w:t>результатов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счёта.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текстовой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форме,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связок «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 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42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7168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6.5.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332"/>
              <w:rPr>
                <w:b/>
                <w:sz w:val="15"/>
              </w:rPr>
            </w:pPr>
            <w:r>
              <w:rPr>
                <w:b/>
                <w:sz w:val="15"/>
              </w:rPr>
              <w:t>Формализованное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описание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последовательности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9"/>
                <w:sz w:val="15"/>
              </w:rPr>
              <w:t xml:space="preserve"> </w:t>
            </w:r>
            <w:r>
              <w:rPr>
                <w:b/>
                <w:sz w:val="15"/>
              </w:rPr>
              <w:t>(инструкция,</w:t>
            </w:r>
            <w:r>
              <w:rPr>
                <w:b/>
                <w:spacing w:val="12"/>
                <w:sz w:val="15"/>
              </w:rPr>
              <w:t xml:space="preserve"> </w:t>
            </w:r>
            <w:r>
              <w:rPr>
                <w:b/>
                <w:sz w:val="15"/>
              </w:rPr>
              <w:t>план,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схема,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алгоритм).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текстовой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форме,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связок «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 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43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3F41E9" w:rsidTr="00BF7A86">
        <w:trPr>
          <w:trHeight w:val="7144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6.6.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4" w:lineRule="auto"/>
              <w:ind w:left="83" w:right="115"/>
              <w:rPr>
                <w:b/>
                <w:sz w:val="15"/>
              </w:rPr>
            </w:pPr>
            <w:r>
              <w:rPr>
                <w:b/>
                <w:sz w:val="15"/>
              </w:rPr>
              <w:t>Алгоритмы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(правила) устных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 письменных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вычислений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(сложение,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вычитание,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умножение,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деление),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порядка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действий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числовом выражении,</w:t>
            </w:r>
            <w:r>
              <w:rPr>
                <w:b/>
                <w:spacing w:val="37"/>
                <w:sz w:val="15"/>
              </w:rPr>
              <w:t xml:space="preserve"> </w:t>
            </w:r>
            <w:r>
              <w:rPr>
                <w:b/>
                <w:sz w:val="15"/>
              </w:rPr>
              <w:t>нахождения</w:t>
            </w:r>
            <w:r>
              <w:rPr>
                <w:b/>
                <w:spacing w:val="38"/>
                <w:sz w:val="15"/>
              </w:rPr>
              <w:t xml:space="preserve"> </w:t>
            </w:r>
            <w:r>
              <w:rPr>
                <w:b/>
                <w:sz w:val="15"/>
              </w:rPr>
              <w:t>периметра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площади,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построения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геометрических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фигур.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319"/>
              <w:jc w:val="both"/>
              <w:rPr>
                <w:sz w:val="15"/>
              </w:rPr>
            </w:pPr>
            <w:r>
              <w:rPr>
                <w:sz w:val="15"/>
              </w:rPr>
              <w:t>Оформление математической записи. Дифференцированное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 утверждения на основе 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 в текстовой форме, использование связок «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 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 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44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  <w:p w:rsidR="005A1040" w:rsidRPr="003F41E9" w:rsidRDefault="005A1040" w:rsidP="00BF7A86">
            <w:pPr>
              <w:rPr>
                <w:lang w:val="en-US"/>
              </w:rPr>
            </w:pPr>
          </w:p>
          <w:p w:rsidR="005A1040" w:rsidRDefault="005A1040" w:rsidP="00BF7A86">
            <w:pPr>
              <w:rPr>
                <w:lang w:val="en-US"/>
              </w:rPr>
            </w:pPr>
          </w:p>
          <w:p w:rsidR="005A1040" w:rsidRPr="003F41E9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5">
              <w:r w:rsidR="005A1040" w:rsidRPr="003F41E9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3F41E9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3F41E9">
              <w:rPr>
                <w:sz w:val="15"/>
              </w:rPr>
              <w:t>Электронное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приложение</w:t>
            </w:r>
            <w:r w:rsidRPr="003F41E9">
              <w:rPr>
                <w:spacing w:val="10"/>
                <w:sz w:val="15"/>
              </w:rPr>
              <w:t xml:space="preserve"> </w:t>
            </w:r>
            <w:r w:rsidRPr="003F41E9">
              <w:rPr>
                <w:sz w:val="15"/>
              </w:rPr>
              <w:t>к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учебнику</w:t>
            </w:r>
          </w:p>
          <w:p w:rsidR="005A1040" w:rsidRPr="003F41E9" w:rsidRDefault="005A1040" w:rsidP="00BF7A86">
            <w:r w:rsidRPr="003F41E9">
              <w:rPr>
                <w:sz w:val="15"/>
              </w:rPr>
              <w:t>«Математика»,</w:t>
            </w:r>
            <w:r w:rsidRPr="003F41E9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3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класс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(Диск СD),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авторы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Волкова,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С.П.Максимова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единая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коллекция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цифровых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образовательных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ресурсов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(или</w:t>
            </w:r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по</w:t>
            </w:r>
            <w:r w:rsidRPr="003F41E9">
              <w:rPr>
                <w:spacing w:val="-35"/>
                <w:sz w:val="15"/>
              </w:rPr>
              <w:t xml:space="preserve"> </w:t>
            </w:r>
            <w:r w:rsidRPr="003F41E9">
              <w:rPr>
                <w:sz w:val="15"/>
              </w:rPr>
              <w:t>адресу:</w:t>
            </w:r>
            <w:r w:rsidRPr="003F41E9">
              <w:rPr>
                <w:spacing w:val="1"/>
                <w:sz w:val="15"/>
              </w:rPr>
              <w:t xml:space="preserve"> </w:t>
            </w:r>
            <w:hyperlink r:id="rId246">
              <w:r w:rsidRPr="003F41E9">
                <w:rPr>
                  <w:sz w:val="15"/>
                </w:rPr>
                <w:t>http://school-</w:t>
              </w:r>
            </w:hyperlink>
            <w:r w:rsidRPr="003F41E9">
              <w:rPr>
                <w:spacing w:val="1"/>
                <w:sz w:val="15"/>
              </w:rPr>
              <w:t xml:space="preserve"> </w:t>
            </w:r>
            <w:r w:rsidRPr="003F41E9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7129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6.7.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 w:right="200"/>
              <w:rPr>
                <w:b/>
                <w:sz w:val="15"/>
              </w:rPr>
            </w:pPr>
            <w:r>
              <w:rPr>
                <w:b/>
                <w:sz w:val="15"/>
              </w:rPr>
              <w:t>Столбчатая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диаграмма: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чтение, использование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данных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для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решения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учебных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5"/>
                <w:sz w:val="15"/>
              </w:rPr>
              <w:t xml:space="preserve"> </w:t>
            </w:r>
            <w:r>
              <w:rPr>
                <w:b/>
                <w:sz w:val="15"/>
              </w:rPr>
              <w:t>практических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текстовой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форме,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связок «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 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47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1" w:lineRule="auto"/>
        <w:rPr>
          <w:sz w:val="15"/>
          <w:lang w:val="en-US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287"/>
        <w:gridCol w:w="528"/>
        <w:gridCol w:w="1103"/>
        <w:gridCol w:w="1137"/>
        <w:gridCol w:w="805"/>
        <w:gridCol w:w="4406"/>
        <w:gridCol w:w="1016"/>
        <w:gridCol w:w="1741"/>
      </w:tblGrid>
      <w:tr w:rsidR="005A1040" w:rsidRPr="00B6171D" w:rsidTr="00BF7A86">
        <w:trPr>
          <w:trHeight w:val="7057"/>
        </w:trPr>
        <w:tc>
          <w:tcPr>
            <w:tcW w:w="466" w:type="dxa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6.8</w:t>
            </w:r>
          </w:p>
        </w:tc>
        <w:tc>
          <w:tcPr>
            <w:tcW w:w="4287" w:type="dxa"/>
          </w:tcPr>
          <w:p w:rsidR="005A1040" w:rsidRDefault="005A1040" w:rsidP="00BF7A86">
            <w:pPr>
              <w:pStyle w:val="TableParagraph"/>
              <w:spacing w:line="261" w:lineRule="auto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Алгоритмы изучения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материала, выполнения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заданий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доступных</w:t>
            </w:r>
            <w:r>
              <w:rPr>
                <w:b/>
                <w:spacing w:val="8"/>
                <w:sz w:val="15"/>
              </w:rPr>
              <w:t xml:space="preserve"> </w:t>
            </w:r>
            <w:r>
              <w:rPr>
                <w:b/>
                <w:sz w:val="15"/>
              </w:rPr>
              <w:t>электронных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средствах</w:t>
            </w:r>
            <w:r>
              <w:rPr>
                <w:b/>
                <w:spacing w:val="14"/>
                <w:sz w:val="15"/>
              </w:rPr>
              <w:t xml:space="preserve"> </w:t>
            </w:r>
            <w:r>
              <w:rPr>
                <w:b/>
                <w:sz w:val="15"/>
              </w:rPr>
              <w:t>обучения.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5" w:type="dxa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06" w:type="dxa"/>
          </w:tcPr>
          <w:p w:rsidR="005A1040" w:rsidRDefault="005A1040" w:rsidP="00BF7A86">
            <w:pPr>
              <w:pStyle w:val="TableParagraph"/>
              <w:spacing w:line="266" w:lineRule="auto"/>
              <w:ind w:right="124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группах: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подготовка суждения о взаимосвязи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изучаемых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понятий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фактов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окружающей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Примеры ситуаций,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которые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целесообразно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формулировать 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языке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объяснять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доказывать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математическими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средствами.;</w:t>
            </w:r>
          </w:p>
          <w:p w:rsidR="005A1040" w:rsidRDefault="005A1040" w:rsidP="00BF7A86">
            <w:pPr>
              <w:pStyle w:val="TableParagraph"/>
              <w:spacing w:before="0" w:line="266" w:lineRule="auto"/>
              <w:ind w:right="243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записи.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Дифференцированное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задание: составление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утверждения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основе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информации,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 текстовой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форме, 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связок «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если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…,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то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…»,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«поэтому»,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«значит».;</w:t>
            </w:r>
          </w:p>
          <w:p w:rsidR="005A1040" w:rsidRDefault="005A1040" w:rsidP="00BF7A86">
            <w:pPr>
              <w:pStyle w:val="TableParagraph"/>
              <w:spacing w:before="5" w:line="264" w:lineRule="auto"/>
              <w:ind w:right="162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результата вычисления по алгоритму.;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 терминологии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описания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сюжетной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отношений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зависимостей.;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Практические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установлению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последовательности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событий, действий, сюжета, выбору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проверке способа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действия в предложенной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ситуации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разрешения проблемы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(или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ответа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вопрос).;</w:t>
            </w:r>
          </w:p>
          <w:p w:rsidR="005A1040" w:rsidRDefault="005A1040" w:rsidP="00BF7A86">
            <w:pPr>
              <w:pStyle w:val="TableParagraph"/>
              <w:spacing w:before="12" w:line="264" w:lineRule="auto"/>
              <w:ind w:right="559"/>
              <w:jc w:val="both"/>
              <w:rPr>
                <w:sz w:val="15"/>
              </w:rPr>
            </w:pPr>
            <w:r>
              <w:rPr>
                <w:sz w:val="15"/>
              </w:rPr>
              <w:t>Моделирование предложенной ситуации, нахождение 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представление в тексте или графически всех найденных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решений.;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154"/>
              <w:rPr>
                <w:sz w:val="15"/>
              </w:rPr>
            </w:pPr>
            <w:r>
              <w:rPr>
                <w:sz w:val="15"/>
              </w:rPr>
              <w:t>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алгоритмами: воспроизведение,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восстановление,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общих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частных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случаях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алгоритмов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устных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письменных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вычислений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(сложение,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вычитание,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умножение,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деление), порядка действий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37"/>
                <w:sz w:val="15"/>
              </w:rPr>
              <w:t xml:space="preserve"> </w:t>
            </w:r>
            <w:r>
              <w:rPr>
                <w:sz w:val="15"/>
              </w:rPr>
              <w:t>числовом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sz w:val="15"/>
              </w:rPr>
              <w:t>выражении,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нахождения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периметра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площади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прямоугольника.;</w:t>
            </w:r>
          </w:p>
          <w:p w:rsidR="005A1040" w:rsidRDefault="005A1040" w:rsidP="00BF7A86">
            <w:pPr>
              <w:pStyle w:val="TableParagraph"/>
              <w:spacing w:before="3" w:line="264" w:lineRule="auto"/>
              <w:ind w:right="243"/>
              <w:rPr>
                <w:sz w:val="15"/>
              </w:rPr>
            </w:pPr>
            <w:r>
              <w:rPr>
                <w:w w:val="95"/>
                <w:sz w:val="15"/>
              </w:rPr>
              <w:t>Работа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информацией: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чтение,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сравнение,</w:t>
            </w:r>
            <w:r>
              <w:rPr>
                <w:spacing w:val="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интерпретация,</w:t>
            </w:r>
            <w:r>
              <w:rPr>
                <w:spacing w:val="-33"/>
                <w:w w:val="95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решении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данных,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табличной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форме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(на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диаграмме).;</w:t>
            </w:r>
          </w:p>
          <w:p w:rsidR="005A1040" w:rsidRDefault="005A1040" w:rsidP="00BF7A86">
            <w:pPr>
              <w:pStyle w:val="TableParagraph"/>
              <w:spacing w:before="7" w:line="266" w:lineRule="auto"/>
              <w:ind w:right="352"/>
              <w:rPr>
                <w:sz w:val="15"/>
              </w:rPr>
            </w:pPr>
            <w:r>
              <w:rPr>
                <w:sz w:val="15"/>
              </w:rPr>
              <w:t>Работа 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парах/группах. Работа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заданному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алгоритму.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Установление соответствия между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способами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представления информации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(иллюстрация,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таблица).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Дополнение таблиц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сложения,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умножения. Решение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простейших</w:t>
            </w:r>
            <w:r>
              <w:rPr>
                <w:spacing w:val="46"/>
                <w:sz w:val="15"/>
              </w:rPr>
              <w:t xml:space="preserve"> </w:t>
            </w:r>
            <w:r>
              <w:rPr>
                <w:sz w:val="15"/>
              </w:rPr>
              <w:t>комбинаторных</w:t>
            </w:r>
            <w:r>
              <w:rPr>
                <w:spacing w:val="4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44"/>
                <w:sz w:val="15"/>
              </w:rPr>
              <w:t xml:space="preserve"> </w:t>
            </w:r>
            <w:r>
              <w:rPr>
                <w:sz w:val="15"/>
              </w:rPr>
              <w:t>логических</w:t>
            </w:r>
            <w:r>
              <w:rPr>
                <w:spacing w:val="47"/>
                <w:sz w:val="15"/>
              </w:rPr>
              <w:t xml:space="preserve"> </w:t>
            </w:r>
            <w:r>
              <w:rPr>
                <w:sz w:val="15"/>
              </w:rPr>
              <w:t>задач.;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Учебный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диалог: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символы,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знаки,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пиктограммы;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использование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повседневной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математике.;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Составление правил работы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 известными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электронными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средствами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обучения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(ЭФУ,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тренажёры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16" w:type="dxa"/>
          </w:tcPr>
          <w:p w:rsidR="005A1040" w:rsidRDefault="005A1040" w:rsidP="00BF7A86">
            <w:pPr>
              <w:pStyle w:val="TableParagraph"/>
              <w:spacing w:line="264" w:lineRule="auto"/>
              <w:ind w:left="89" w:right="1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опрос;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Письменный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контроль;</w:t>
            </w:r>
          </w:p>
        </w:tc>
        <w:tc>
          <w:tcPr>
            <w:tcW w:w="1741" w:type="dxa"/>
          </w:tcPr>
          <w:p w:rsidR="005A1040" w:rsidRPr="00DF671A" w:rsidRDefault="002A34AC" w:rsidP="00BF7A86">
            <w:pPr>
              <w:pStyle w:val="TableParagraph"/>
              <w:spacing w:line="261" w:lineRule="auto"/>
              <w:ind w:left="101"/>
              <w:rPr>
                <w:sz w:val="15"/>
                <w:lang w:val="en-US"/>
              </w:rPr>
            </w:pPr>
            <w:hyperlink r:id="rId248">
              <w:r w:rsidR="005A1040" w:rsidRPr="00DF671A">
                <w:rPr>
                  <w:sz w:val="15"/>
                  <w:lang w:val="en-US"/>
                </w:rPr>
                <w:t>http://school-</w:t>
              </w:r>
            </w:hyperlink>
            <w:r w:rsidR="005A1040" w:rsidRPr="00DF671A">
              <w:rPr>
                <w:spacing w:val="1"/>
                <w:sz w:val="15"/>
                <w:lang w:val="en-US"/>
              </w:rPr>
              <w:t xml:space="preserve"> </w:t>
            </w:r>
            <w:r w:rsidR="005A1040" w:rsidRPr="00DF671A">
              <w:rPr>
                <w:sz w:val="15"/>
                <w:lang w:val="en-US"/>
              </w:rPr>
              <w:t>collection.edu.ru/catalog/</w:t>
            </w: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spacing w:before="62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2"/>
              <w:ind w:left="84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0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Резервное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время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10208" w:type="dxa"/>
            <w:gridSpan w:val="6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5A1040" w:rsidTr="00BF7A86">
        <w:trPr>
          <w:trHeight w:val="335"/>
        </w:trPr>
        <w:tc>
          <w:tcPr>
            <w:tcW w:w="4753" w:type="dxa"/>
            <w:gridSpan w:val="2"/>
          </w:tcPr>
          <w:p w:rsidR="005A1040" w:rsidRDefault="005A1040" w:rsidP="00BF7A86">
            <w:pPr>
              <w:pStyle w:val="TableParagraph"/>
              <w:ind w:left="83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136</w:t>
            </w:r>
          </w:p>
        </w:tc>
        <w:tc>
          <w:tcPr>
            <w:tcW w:w="1103" w:type="dxa"/>
          </w:tcPr>
          <w:p w:rsidR="005A1040" w:rsidRDefault="005A1040" w:rsidP="00BF7A86">
            <w:pPr>
              <w:pStyle w:val="TableParagraph"/>
              <w:ind w:left="84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1137" w:type="dxa"/>
          </w:tcPr>
          <w:p w:rsidR="005A1040" w:rsidRDefault="005A1040" w:rsidP="00BF7A86">
            <w:pPr>
              <w:pStyle w:val="TableParagraph"/>
              <w:ind w:left="85"/>
              <w:rPr>
                <w:sz w:val="15"/>
              </w:rPr>
            </w:pPr>
            <w:r>
              <w:rPr>
                <w:w w:val="99"/>
                <w:sz w:val="15"/>
              </w:rPr>
              <w:t>11</w:t>
            </w:r>
          </w:p>
        </w:tc>
        <w:tc>
          <w:tcPr>
            <w:tcW w:w="7968" w:type="dxa"/>
            <w:gridSpan w:val="4"/>
          </w:tcPr>
          <w:p w:rsidR="005A1040" w:rsidRDefault="005A1040" w:rsidP="00BF7A8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60" w:right="540" w:bottom="280" w:left="560" w:header="720" w:footer="720" w:gutter="0"/>
          <w:cols w:space="720"/>
        </w:sectPr>
      </w:pPr>
    </w:p>
    <w:p w:rsidR="005A1040" w:rsidRPr="005A1040" w:rsidRDefault="005A1040" w:rsidP="005A1040">
      <w:pPr>
        <w:pStyle w:val="a7"/>
        <w:spacing w:before="64"/>
        <w:ind w:left="610"/>
        <w:outlineLvl w:val="0"/>
        <w:rPr>
          <w:b/>
          <w:bCs/>
          <w:sz w:val="24"/>
          <w:szCs w:val="24"/>
        </w:rPr>
      </w:pPr>
      <w:r w:rsidRPr="005A1040">
        <w:rPr>
          <w:b/>
          <w:bCs/>
          <w:sz w:val="24"/>
          <w:szCs w:val="24"/>
        </w:rPr>
        <w:t>ПОУРОЧНОЕ</w:t>
      </w:r>
      <w:r w:rsidRPr="005A1040">
        <w:rPr>
          <w:b/>
          <w:bCs/>
          <w:spacing w:val="-4"/>
          <w:sz w:val="24"/>
          <w:szCs w:val="24"/>
        </w:rPr>
        <w:t xml:space="preserve"> </w:t>
      </w:r>
      <w:r w:rsidRPr="005A1040">
        <w:rPr>
          <w:b/>
          <w:bCs/>
          <w:sz w:val="24"/>
          <w:szCs w:val="24"/>
        </w:rPr>
        <w:t>ПЛАНИРОВАНИЕ</w:t>
      </w:r>
      <w:r>
        <w:rPr>
          <w:b/>
          <w:bCs/>
          <w:sz w:val="24"/>
          <w:szCs w:val="24"/>
        </w:rPr>
        <w:t xml:space="preserve"> 3 класс</w:t>
      </w:r>
    </w:p>
    <w:p w:rsidR="005A1040" w:rsidRPr="005A1040" w:rsidRDefault="005A1040" w:rsidP="005A1040">
      <w:pPr>
        <w:pStyle w:val="a7"/>
        <w:spacing w:after="1"/>
        <w:ind w:left="610"/>
        <w:rPr>
          <w:b/>
          <w:sz w:val="28"/>
          <w:szCs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479"/>
        </w:trPr>
        <w:tc>
          <w:tcPr>
            <w:tcW w:w="576" w:type="dxa"/>
            <w:vMerge w:val="restart"/>
          </w:tcPr>
          <w:p w:rsidR="005A1040" w:rsidRPr="00B26F16" w:rsidRDefault="005A1040" w:rsidP="00BF7A86">
            <w:pPr>
              <w:spacing w:before="97" w:line="264" w:lineRule="auto"/>
              <w:ind w:left="76" w:right="126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№</w:t>
            </w:r>
            <w:r w:rsidRPr="00B26F16">
              <w:rPr>
                <w:b/>
                <w:spacing w:val="1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п/п</w:t>
            </w:r>
          </w:p>
        </w:tc>
        <w:tc>
          <w:tcPr>
            <w:tcW w:w="3218" w:type="dxa"/>
            <w:vMerge w:val="restart"/>
          </w:tcPr>
          <w:p w:rsidR="005A1040" w:rsidRPr="00B26F16" w:rsidRDefault="005A1040" w:rsidP="00BF7A86">
            <w:pPr>
              <w:spacing w:before="87"/>
              <w:ind w:left="76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Тема</w:t>
            </w:r>
            <w:r w:rsidRPr="00B26F16">
              <w:rPr>
                <w:b/>
                <w:spacing w:val="-1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урока</w:t>
            </w:r>
          </w:p>
        </w:tc>
        <w:tc>
          <w:tcPr>
            <w:tcW w:w="4026" w:type="dxa"/>
            <w:gridSpan w:val="3"/>
          </w:tcPr>
          <w:p w:rsidR="005A1040" w:rsidRPr="00B26F16" w:rsidRDefault="005A1040" w:rsidP="00BF7A86">
            <w:pPr>
              <w:spacing w:before="87"/>
              <w:ind w:left="76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Количество</w:t>
            </w:r>
            <w:r w:rsidRPr="00B26F16">
              <w:rPr>
                <w:b/>
                <w:spacing w:val="-2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часов</w:t>
            </w:r>
          </w:p>
        </w:tc>
        <w:tc>
          <w:tcPr>
            <w:tcW w:w="1168" w:type="dxa"/>
            <w:vMerge w:val="restart"/>
          </w:tcPr>
          <w:p w:rsidR="005A1040" w:rsidRPr="00B26F16" w:rsidRDefault="005A1040" w:rsidP="00BF7A86">
            <w:pPr>
              <w:spacing w:before="97"/>
              <w:ind w:left="73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Дата</w:t>
            </w:r>
          </w:p>
          <w:p w:rsidR="005A1040" w:rsidRPr="00B26F16" w:rsidRDefault="005A1040" w:rsidP="00BF7A86">
            <w:pPr>
              <w:spacing w:before="26"/>
              <w:ind w:left="73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изучения</w:t>
            </w:r>
          </w:p>
        </w:tc>
        <w:tc>
          <w:tcPr>
            <w:tcW w:w="1577" w:type="dxa"/>
            <w:vMerge w:val="restart"/>
          </w:tcPr>
          <w:p w:rsidR="005A1040" w:rsidRPr="00B26F16" w:rsidRDefault="005A1040" w:rsidP="00BF7A86">
            <w:pPr>
              <w:spacing w:before="97" w:line="271" w:lineRule="auto"/>
              <w:ind w:left="67" w:right="447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Виды,</w:t>
            </w:r>
            <w:r w:rsidRPr="00B26F16">
              <w:rPr>
                <w:b/>
                <w:spacing w:val="1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формы</w:t>
            </w:r>
            <w:r w:rsidRPr="00B26F16">
              <w:rPr>
                <w:b/>
                <w:spacing w:val="1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контроля</w:t>
            </w:r>
          </w:p>
        </w:tc>
      </w:tr>
      <w:tr w:rsidR="005A1040" w:rsidRPr="00B26F16" w:rsidTr="00BF7A86">
        <w:trPr>
          <w:trHeight w:val="820"/>
        </w:trPr>
        <w:tc>
          <w:tcPr>
            <w:tcW w:w="576" w:type="dxa"/>
            <w:vMerge/>
            <w:tcBorders>
              <w:top w:val="nil"/>
            </w:tcBorders>
          </w:tcPr>
          <w:p w:rsidR="005A1040" w:rsidRPr="00B26F16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vMerge/>
            <w:tcBorders>
              <w:top w:val="nil"/>
            </w:tcBorders>
          </w:tcPr>
          <w:p w:rsidR="005A1040" w:rsidRPr="00B26F16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87"/>
              <w:ind w:left="76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всего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102" w:line="264" w:lineRule="auto"/>
              <w:ind w:left="75" w:right="57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контрольные</w:t>
            </w:r>
            <w:r w:rsidRPr="00B26F16">
              <w:rPr>
                <w:b/>
                <w:spacing w:val="-57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работы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102" w:line="264" w:lineRule="auto"/>
              <w:ind w:left="69" w:right="50"/>
              <w:rPr>
                <w:b/>
                <w:sz w:val="24"/>
              </w:rPr>
            </w:pPr>
            <w:r w:rsidRPr="00B26F16">
              <w:rPr>
                <w:b/>
                <w:sz w:val="24"/>
              </w:rPr>
              <w:t>практические</w:t>
            </w:r>
            <w:r w:rsidRPr="00B26F16">
              <w:rPr>
                <w:b/>
                <w:spacing w:val="-57"/>
                <w:sz w:val="24"/>
              </w:rPr>
              <w:t xml:space="preserve"> </w:t>
            </w:r>
            <w:r w:rsidRPr="00B26F16">
              <w:rPr>
                <w:b/>
                <w:sz w:val="24"/>
              </w:rPr>
              <w:t>работы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:rsidR="005A1040" w:rsidRPr="00B26F16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5A1040" w:rsidRPr="00B26F16" w:rsidRDefault="005A1040" w:rsidP="00BF7A86">
            <w:pPr>
              <w:rPr>
                <w:sz w:val="2"/>
                <w:szCs w:val="2"/>
              </w:rPr>
            </w:pP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2" w:line="264" w:lineRule="auto"/>
              <w:ind w:left="76" w:right="743"/>
              <w:rPr>
                <w:sz w:val="24"/>
              </w:rPr>
            </w:pP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1000: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чтение,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2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3" w:line="264" w:lineRule="auto"/>
              <w:ind w:left="76" w:right="743"/>
              <w:rPr>
                <w:sz w:val="24"/>
              </w:rPr>
            </w:pP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1000: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3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2" w:line="273" w:lineRule="auto"/>
              <w:ind w:left="76" w:right="173" w:firstLine="62"/>
              <w:rPr>
                <w:sz w:val="24"/>
              </w:rPr>
            </w:pPr>
            <w:r>
              <w:rPr>
                <w:sz w:val="24"/>
              </w:rPr>
              <w:t xml:space="preserve">Контрольная работа. </w:t>
            </w:r>
            <w:r w:rsidRPr="00B26F16">
              <w:rPr>
                <w:sz w:val="24"/>
              </w:rPr>
              <w:t>Числа в пределах 1000: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виде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суммы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разрядных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слагаемых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83"/>
              <w:ind w:left="75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2" w:line="276" w:lineRule="auto"/>
              <w:ind w:left="67" w:right="152"/>
              <w:rPr>
                <w:sz w:val="24"/>
              </w:rPr>
            </w:pPr>
            <w:r w:rsidRPr="00B26F16">
              <w:rPr>
                <w:sz w:val="24"/>
              </w:rPr>
              <w:t>Контрольная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работа;</w:t>
            </w:r>
          </w:p>
        </w:tc>
      </w:tr>
      <w:tr w:rsidR="005A1040" w:rsidRPr="00B26F16" w:rsidTr="00BF7A86">
        <w:trPr>
          <w:trHeight w:val="2160"/>
        </w:trPr>
        <w:tc>
          <w:tcPr>
            <w:tcW w:w="576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2" w:line="271" w:lineRule="auto"/>
              <w:ind w:left="76" w:right="173"/>
              <w:rPr>
                <w:sz w:val="24"/>
              </w:rPr>
            </w:pPr>
            <w:r w:rsidRPr="00B26F16">
              <w:rPr>
                <w:sz w:val="24"/>
              </w:rPr>
              <w:t>Числа в пределах 1000: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виде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суммы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разрядных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слагаемых.</w:t>
            </w:r>
          </w:p>
          <w:p w:rsidR="005A1040" w:rsidRPr="00B26F16" w:rsidRDefault="005A1040" w:rsidP="00BF7A86">
            <w:pPr>
              <w:spacing w:before="73" w:line="271" w:lineRule="auto"/>
              <w:ind w:left="76" w:right="311"/>
              <w:rPr>
                <w:sz w:val="24"/>
              </w:rPr>
            </w:pPr>
            <w:r w:rsidRPr="00B26F16">
              <w:rPr>
                <w:sz w:val="24"/>
              </w:rPr>
              <w:t>Определение общего числа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единиц (десятков, сотен)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line="255" w:lineRule="exact"/>
              <w:ind w:left="-3"/>
              <w:rPr>
                <w:rFonts w:ascii="Cambria"/>
              </w:rPr>
            </w:pPr>
            <w:r w:rsidRPr="00B26F16">
              <w:rPr>
                <w:rFonts w:ascii="Cambria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2" w:line="264" w:lineRule="auto"/>
              <w:ind w:left="67" w:right="74"/>
              <w:rPr>
                <w:sz w:val="24"/>
              </w:rPr>
            </w:pPr>
            <w:r w:rsidRPr="00B26F16">
              <w:rPr>
                <w:spacing w:val="-1"/>
                <w:sz w:val="24"/>
              </w:rPr>
              <w:t>Практическая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работа;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3" w:line="266" w:lineRule="auto"/>
              <w:ind w:left="76" w:right="536"/>
              <w:rPr>
                <w:sz w:val="24"/>
              </w:rPr>
            </w:pPr>
            <w:r w:rsidRPr="00B26F16">
              <w:rPr>
                <w:sz w:val="24"/>
              </w:rPr>
              <w:t>Равенства и неравенства: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чтение,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составление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3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3" w:line="276" w:lineRule="auto"/>
              <w:ind w:left="76" w:right="493"/>
              <w:jc w:val="both"/>
              <w:rPr>
                <w:sz w:val="24"/>
              </w:rPr>
            </w:pPr>
            <w:r w:rsidRPr="00B26F16">
              <w:rPr>
                <w:sz w:val="24"/>
              </w:rPr>
              <w:t>Равенства и неравенства: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установление истинности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(верное/неверное)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3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2" w:line="264" w:lineRule="auto"/>
              <w:ind w:left="76" w:right="1023" w:firstLine="62"/>
              <w:rPr>
                <w:sz w:val="24"/>
              </w:rPr>
            </w:pPr>
            <w:r w:rsidRPr="00B26F16">
              <w:rPr>
                <w:sz w:val="24"/>
              </w:rPr>
              <w:t>Увеличение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несколько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раз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8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2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73"/>
        </w:trPr>
        <w:tc>
          <w:tcPr>
            <w:tcW w:w="576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2" w:line="268" w:lineRule="auto"/>
              <w:ind w:left="76" w:right="931" w:firstLine="62"/>
              <w:rPr>
                <w:sz w:val="24"/>
              </w:rPr>
            </w:pPr>
            <w:r w:rsidRPr="00B26F16">
              <w:rPr>
                <w:sz w:val="24"/>
              </w:rPr>
              <w:t>Уменьшение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11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несколько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раз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83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2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0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Кратное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чисел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Свойства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чисел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5"/>
              <w:ind w:left="69"/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95"/>
              <w:rPr>
                <w:sz w:val="24"/>
              </w:rPr>
            </w:pPr>
            <w:r w:rsidRPr="00B26F16">
              <w:rPr>
                <w:sz w:val="24"/>
              </w:rPr>
              <w:t>Масса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(единица массы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—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грамм); соотношение между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килограммом и граммом;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отношение «тяжелее/легче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на/в»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662"/>
              <w:rPr>
                <w:sz w:val="24"/>
              </w:rPr>
            </w:pPr>
            <w:r w:rsidRPr="00B26F16">
              <w:rPr>
                <w:sz w:val="24"/>
              </w:rPr>
              <w:t>Стоимость (единицы —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рубль,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копейка);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установление</w:t>
            </w:r>
          </w:p>
          <w:p w:rsidR="005A1040" w:rsidRPr="00B26F16" w:rsidRDefault="005A1040" w:rsidP="00BF7A86">
            <w:pPr>
              <w:spacing w:before="7"/>
              <w:ind w:left="76"/>
              <w:rPr>
                <w:sz w:val="24"/>
              </w:rPr>
            </w:pPr>
            <w:r w:rsidRPr="00B26F16">
              <w:rPr>
                <w:sz w:val="24"/>
              </w:rPr>
              <w:t>Отношения</w:t>
            </w:r>
            <w:r>
              <w:rPr>
                <w:sz w:val="24"/>
              </w:rPr>
              <w:t xml:space="preserve"> </w:t>
            </w:r>
            <w:r w:rsidRPr="00B26F16">
              <w:rPr>
                <w:sz w:val="24"/>
              </w:rPr>
              <w:t>«дороже/деше</w:t>
            </w:r>
            <w:r>
              <w:rPr>
                <w:sz w:val="24"/>
              </w:rPr>
              <w:t>вле.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489"/>
              <w:rPr>
                <w:sz w:val="24"/>
              </w:rPr>
            </w:pPr>
            <w:r w:rsidRPr="00B26F16">
              <w:rPr>
                <w:sz w:val="24"/>
              </w:rPr>
              <w:t>Соотношение «цена,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количество, стоимость» в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практической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259"/>
              <w:rPr>
                <w:sz w:val="24"/>
              </w:rPr>
            </w:pPr>
            <w:r w:rsidRPr="00B26F16">
              <w:rPr>
                <w:sz w:val="24"/>
              </w:rPr>
              <w:t>Время (единица времени —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секунда); установление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отношения</w:t>
            </w:r>
          </w:p>
          <w:p w:rsidR="005A1040" w:rsidRPr="00B26F16" w:rsidRDefault="005A1040" w:rsidP="00BF7A86">
            <w:pPr>
              <w:spacing w:before="7"/>
              <w:ind w:left="76"/>
              <w:rPr>
                <w:sz w:val="24"/>
              </w:rPr>
            </w:pPr>
            <w:r w:rsidRPr="00B26F16">
              <w:rPr>
                <w:sz w:val="24"/>
              </w:rPr>
              <w:t>«быстрее/медленнее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на/в»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567"/>
              <w:rPr>
                <w:sz w:val="24"/>
              </w:rPr>
            </w:pPr>
            <w:r w:rsidRPr="00B26F16">
              <w:rPr>
                <w:sz w:val="24"/>
              </w:rPr>
              <w:t>Соотношение «начало,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окончание,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продолжительность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событ</w:t>
            </w:r>
            <w:r>
              <w:rPr>
                <w:sz w:val="24"/>
              </w:rPr>
              <w:t xml:space="preserve">ия. 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75" w:line="280" w:lineRule="auto"/>
              <w:ind w:left="76" w:right="565"/>
              <w:rPr>
                <w:sz w:val="24"/>
              </w:rPr>
            </w:pPr>
            <w:r w:rsidRPr="00B26F16">
              <w:rPr>
                <w:sz w:val="24"/>
              </w:rPr>
              <w:t>Расчёт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времени.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Соотношение «начало,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окончание,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продолжительность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0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456"/>
              <w:rPr>
                <w:sz w:val="24"/>
              </w:rPr>
            </w:pPr>
            <w:r w:rsidRPr="00B26F16">
              <w:rPr>
                <w:sz w:val="24"/>
              </w:rPr>
              <w:t>Длина (единица длины —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миллиметр,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километр);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соотношение между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величинами в пределах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тысячи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622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18.</w:t>
            </w:r>
          </w:p>
        </w:tc>
        <w:tc>
          <w:tcPr>
            <w:tcW w:w="3218" w:type="dxa"/>
          </w:tcPr>
          <w:p w:rsidR="005A1040" w:rsidRDefault="005A1040" w:rsidP="00BF7A86">
            <w:pPr>
              <w:spacing w:before="85" w:line="273" w:lineRule="auto"/>
              <w:ind w:left="76" w:right="693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</w:p>
          <w:p w:rsidR="005A1040" w:rsidRPr="00B26F16" w:rsidRDefault="005A1040" w:rsidP="00BF7A86">
            <w:pPr>
              <w:spacing w:before="85" w:line="273" w:lineRule="auto"/>
              <w:ind w:left="76" w:right="693"/>
              <w:rPr>
                <w:sz w:val="24"/>
              </w:rPr>
            </w:pPr>
            <w:r>
              <w:rPr>
                <w:sz w:val="24"/>
              </w:rPr>
              <w:t>Площадь , единицы площади.</w:t>
            </w:r>
          </w:p>
          <w:p w:rsidR="005A1040" w:rsidRPr="00B26F16" w:rsidRDefault="005A1040" w:rsidP="00BF7A86">
            <w:pPr>
              <w:spacing w:before="41" w:line="249" w:lineRule="exact"/>
              <w:ind w:left="76"/>
              <w:rPr>
                <w:sz w:val="24"/>
              </w:rPr>
            </w:pP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71"/>
              <w:ind w:left="75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5A1040" w:rsidRPr="00B26F16" w:rsidTr="00BF7A86">
        <w:trPr>
          <w:trHeight w:val="182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/>
              <w:ind w:left="139"/>
              <w:rPr>
                <w:sz w:val="24"/>
              </w:rPr>
            </w:pPr>
            <w:r w:rsidRPr="00B26F16">
              <w:rPr>
                <w:sz w:val="24"/>
              </w:rPr>
              <w:t>Соотношение</w:t>
            </w:r>
          </w:p>
          <w:p w:rsidR="005A1040" w:rsidRPr="00B26F16" w:rsidRDefault="005A1040" w:rsidP="00BF7A86">
            <w:pPr>
              <w:spacing w:before="40" w:line="280" w:lineRule="auto"/>
              <w:ind w:left="76" w:right="384"/>
              <w:rPr>
                <w:sz w:val="24"/>
              </w:rPr>
            </w:pPr>
            <w:r w:rsidRPr="00B26F16">
              <w:rPr>
                <w:sz w:val="24"/>
              </w:rPr>
              <w:t>«больше/меньше на/в»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предметов и объектов 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основе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измерения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20.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/>
              <w:ind w:left="76"/>
              <w:rPr>
                <w:sz w:val="24"/>
              </w:rPr>
            </w:pPr>
            <w:r w:rsidRPr="00B26F16">
              <w:rPr>
                <w:sz w:val="24"/>
              </w:rPr>
              <w:t>Соотношение</w:t>
            </w:r>
          </w:p>
          <w:p w:rsidR="005A1040" w:rsidRPr="00B26F16" w:rsidRDefault="005A1040" w:rsidP="00BF7A86">
            <w:pPr>
              <w:spacing w:before="46" w:line="280" w:lineRule="auto"/>
              <w:ind w:left="76" w:right="328"/>
              <w:rPr>
                <w:sz w:val="24"/>
              </w:rPr>
            </w:pPr>
            <w:r w:rsidRPr="00B26F16">
              <w:rPr>
                <w:sz w:val="24"/>
              </w:rPr>
              <w:t>«больше/меньше на/в»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предметов и объектов 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основе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измерения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величин.</w:t>
            </w:r>
          </w:p>
          <w:p w:rsidR="005A1040" w:rsidRPr="00B26F16" w:rsidRDefault="005A1040" w:rsidP="00BF7A86">
            <w:pPr>
              <w:spacing w:before="82" w:line="268" w:lineRule="auto"/>
              <w:ind w:left="76" w:right="78"/>
              <w:rPr>
                <w:sz w:val="24"/>
              </w:rPr>
            </w:pPr>
            <w:r w:rsidRPr="00B26F16">
              <w:rPr>
                <w:sz w:val="24"/>
              </w:rPr>
              <w:t>Доли величины (половина,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четверть) и их использование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решении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3504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21.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 w:line="280" w:lineRule="auto"/>
              <w:ind w:left="95" w:right="85" w:hanging="20"/>
              <w:rPr>
                <w:sz w:val="24"/>
              </w:rPr>
            </w:pPr>
            <w:r w:rsidRPr="00B26F16">
              <w:rPr>
                <w:sz w:val="24"/>
              </w:rPr>
              <w:t>Сложение и вычитание.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Приёмы устных вычислений.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Разные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способы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вычислений.</w:t>
            </w:r>
          </w:p>
          <w:p w:rsidR="005A1040" w:rsidRPr="00B26F16" w:rsidRDefault="005A1040" w:rsidP="00BF7A86">
            <w:pPr>
              <w:spacing w:before="4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Проверка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22.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83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53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2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2.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2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90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18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23.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3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3.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3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5"/>
              <w:ind w:left="69"/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2832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24.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4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4.</w:t>
            </w:r>
          </w:p>
          <w:p w:rsidR="005A1040" w:rsidRPr="00B26F16" w:rsidRDefault="005A1040" w:rsidP="00BF7A86">
            <w:pPr>
              <w:spacing w:before="61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4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25.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58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5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5.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5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80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6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26.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6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6.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6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5"/>
              <w:ind w:left="69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27.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7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7.</w:t>
            </w:r>
          </w:p>
          <w:p w:rsidR="005A1040" w:rsidRPr="00B26F16" w:rsidRDefault="005A1040" w:rsidP="00BF7A86">
            <w:pPr>
              <w:spacing w:before="61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7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13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28.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8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8.</w:t>
            </w:r>
          </w:p>
          <w:p w:rsidR="005A1040" w:rsidRPr="00B26F16" w:rsidRDefault="005A1040" w:rsidP="00BF7A86">
            <w:pPr>
              <w:spacing w:before="56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8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2832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29.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9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на 9.</w:t>
            </w:r>
          </w:p>
          <w:p w:rsidR="005A1040" w:rsidRPr="00B26F16" w:rsidRDefault="005A1040" w:rsidP="00BF7A86">
            <w:pPr>
              <w:spacing w:before="61"/>
              <w:ind w:left="76"/>
              <w:rPr>
                <w:sz w:val="24"/>
              </w:rPr>
            </w:pPr>
            <w:r w:rsidRPr="00B26F16">
              <w:rPr>
                <w:sz w:val="24"/>
              </w:rPr>
              <w:t>Деление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9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1"/>
              <w:ind w:left="69"/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501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30.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112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Сводная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таблица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80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317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31.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132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Приёмы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 и деления для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случаев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вида 30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∙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2,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2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∙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30,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60</w:t>
            </w:r>
          </w:p>
          <w:p w:rsidR="005A1040" w:rsidRPr="00B26F16" w:rsidRDefault="005A1040" w:rsidP="00BF7A86">
            <w:pPr>
              <w:spacing w:before="8"/>
              <w:ind w:left="76"/>
              <w:rPr>
                <w:sz w:val="24"/>
              </w:rPr>
            </w:pPr>
            <w:r w:rsidRPr="00B26F16">
              <w:rPr>
                <w:sz w:val="24"/>
              </w:rPr>
              <w:t>: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3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84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4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Приём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 для случаев вида 60 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20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47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суммы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2832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132" w:firstLine="62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Приёмы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 для случаев вида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23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∙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4,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4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∙</w:t>
            </w:r>
            <w:r w:rsidRPr="00B26F16">
              <w:rPr>
                <w:spacing w:val="4"/>
                <w:sz w:val="24"/>
              </w:rPr>
              <w:t xml:space="preserve"> </w:t>
            </w:r>
            <w:r w:rsidRPr="00B26F16">
              <w:rPr>
                <w:sz w:val="24"/>
              </w:rPr>
              <w:t>23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501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35.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113" w:firstLine="62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суммы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80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6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36.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84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4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Прием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 для случаев вида 87 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29,</w:t>
            </w:r>
            <w:r w:rsidRPr="00B26F16">
              <w:rPr>
                <w:spacing w:val="4"/>
                <w:sz w:val="24"/>
              </w:rPr>
              <w:t xml:space="preserve"> </w:t>
            </w:r>
            <w:r w:rsidRPr="00B26F16">
              <w:rPr>
                <w:sz w:val="24"/>
              </w:rPr>
              <w:t>66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: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22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501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113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остатком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12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132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Приемы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нахождения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частного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остатка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2496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39.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113" w:firstLine="62"/>
              <w:rPr>
                <w:sz w:val="24"/>
              </w:rPr>
            </w:pPr>
            <w:r>
              <w:rPr>
                <w:sz w:val="24"/>
              </w:rPr>
              <w:t xml:space="preserve">Контрольная работа. </w:t>
            </w: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 числами).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меньшего числа на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большее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5A1040" w:rsidRPr="00B26F16" w:rsidTr="00BF7A86">
        <w:trPr>
          <w:trHeight w:val="2500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40.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376"/>
              <w:rPr>
                <w:sz w:val="24"/>
              </w:rPr>
            </w:pPr>
            <w:r w:rsidRPr="00B26F16">
              <w:rPr>
                <w:sz w:val="24"/>
              </w:rPr>
              <w:t>Устные вычисления,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сводимые к действиям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 100 (табличное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внетабличное умножение,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круглыми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числами).</w:t>
            </w:r>
          </w:p>
          <w:p w:rsidR="005A1040" w:rsidRPr="00B26F16" w:rsidRDefault="005A1040" w:rsidP="00BF7A86">
            <w:pPr>
              <w:spacing w:before="58"/>
              <w:ind w:left="100"/>
              <w:rPr>
                <w:sz w:val="24"/>
              </w:rPr>
            </w:pPr>
            <w:r w:rsidRPr="00B26F16">
              <w:rPr>
                <w:sz w:val="24"/>
              </w:rPr>
              <w:t>Проверка деления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остатком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75"/>
              <w:ind w:left="75"/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80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41.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6" w:lineRule="auto"/>
              <w:ind w:left="76" w:right="108" w:firstLine="62"/>
              <w:rPr>
                <w:sz w:val="24"/>
              </w:rPr>
            </w:pPr>
            <w:r w:rsidRPr="00B26F16">
              <w:rPr>
                <w:sz w:val="24"/>
              </w:rPr>
              <w:t>Письменное сложение,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вычитание чисел в пределах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1000. Алгоритм письменного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сложения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42.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108"/>
              <w:rPr>
                <w:sz w:val="24"/>
              </w:rPr>
            </w:pPr>
            <w:r w:rsidRPr="00B26F16">
              <w:rPr>
                <w:sz w:val="24"/>
              </w:rPr>
              <w:t>Письменное сложение,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вычитание чисел в пределах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1000. Алгоритм письменного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вычитания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43.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/>
              <w:ind w:left="139"/>
              <w:rPr>
                <w:sz w:val="24"/>
              </w:rPr>
            </w:pPr>
            <w:r w:rsidRPr="00B26F16">
              <w:rPr>
                <w:sz w:val="24"/>
              </w:rPr>
              <w:t>Действия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 числами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0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1.</w:t>
            </w:r>
          </w:p>
          <w:p w:rsidR="005A1040" w:rsidRPr="00B26F16" w:rsidRDefault="005A1040" w:rsidP="00BF7A86">
            <w:pPr>
              <w:spacing w:before="27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44.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/>
              <w:ind w:left="139"/>
              <w:rPr>
                <w:sz w:val="24"/>
              </w:rPr>
            </w:pPr>
            <w:r w:rsidRPr="00B26F16">
              <w:rPr>
                <w:sz w:val="24"/>
              </w:rPr>
              <w:t>Действия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 числами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0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1.</w:t>
            </w:r>
          </w:p>
          <w:p w:rsidR="005A1040" w:rsidRPr="00B26F16" w:rsidRDefault="005A1040" w:rsidP="00BF7A86">
            <w:pPr>
              <w:spacing w:before="26"/>
              <w:ind w:left="76"/>
              <w:rPr>
                <w:sz w:val="24"/>
              </w:rPr>
            </w:pP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0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45.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59" w:lineRule="auto"/>
              <w:ind w:left="76" w:right="452"/>
              <w:rPr>
                <w:sz w:val="24"/>
              </w:rPr>
            </w:pPr>
            <w:r w:rsidRPr="00B26F16">
              <w:rPr>
                <w:sz w:val="24"/>
              </w:rPr>
              <w:t>Действия с числами 0 и 1.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 вида 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: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а,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0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: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а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46.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420"/>
              <w:rPr>
                <w:sz w:val="24"/>
              </w:rPr>
            </w:pPr>
            <w:r w:rsidRPr="00B26F16">
              <w:rPr>
                <w:sz w:val="24"/>
              </w:rPr>
              <w:t>Взаимосвязь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47.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420"/>
              <w:rPr>
                <w:sz w:val="24"/>
              </w:rPr>
            </w:pPr>
            <w:r w:rsidRPr="00B26F16">
              <w:rPr>
                <w:sz w:val="24"/>
              </w:rPr>
              <w:t>Взаимосвязь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деления.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Проверка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 с помощью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48.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144"/>
              <w:rPr>
                <w:sz w:val="24"/>
              </w:rPr>
            </w:pPr>
            <w:r w:rsidRPr="00B26F16">
              <w:rPr>
                <w:sz w:val="24"/>
              </w:rPr>
              <w:t>Взаимосвязь умножения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деления. Проверка деления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помощью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1"/>
              <w:ind w:left="69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9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49.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80"/>
              <w:rPr>
                <w:sz w:val="24"/>
              </w:rPr>
            </w:pPr>
            <w:r w:rsidRPr="00B26F16">
              <w:rPr>
                <w:sz w:val="24"/>
              </w:rPr>
              <w:t>Письменное умножение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столбик, письменное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уголком.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Прием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письменного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 на однозначное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50.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80"/>
              <w:rPr>
                <w:sz w:val="24"/>
              </w:rPr>
            </w:pPr>
            <w:r w:rsidRPr="00B26F16">
              <w:rPr>
                <w:sz w:val="24"/>
              </w:rPr>
              <w:t>Письменное умножение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столбик, письменное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уголком.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Прием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письменного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деления на однозначное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51.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1" w:lineRule="auto"/>
              <w:ind w:left="76" w:right="337"/>
              <w:rPr>
                <w:sz w:val="24"/>
              </w:rPr>
            </w:pPr>
            <w:r w:rsidRPr="00B26F16">
              <w:rPr>
                <w:sz w:val="24"/>
              </w:rPr>
              <w:t>Письменное умножения на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однозначное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1000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52.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679"/>
              <w:rPr>
                <w:sz w:val="24"/>
              </w:rPr>
            </w:pPr>
            <w:r w:rsidRPr="00B26F16">
              <w:rPr>
                <w:sz w:val="24"/>
              </w:rPr>
              <w:t>Письменное деление на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однозначное число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пределах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1000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53.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357"/>
              <w:rPr>
                <w:sz w:val="24"/>
              </w:rPr>
            </w:pPr>
            <w:r w:rsidRPr="00B26F16">
              <w:rPr>
                <w:sz w:val="24"/>
              </w:rPr>
              <w:t>Проверка результата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(прикидка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или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оценка результата)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54.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819"/>
              <w:rPr>
                <w:sz w:val="24"/>
              </w:rPr>
            </w:pPr>
            <w:r w:rsidRPr="00B26F16">
              <w:rPr>
                <w:sz w:val="24"/>
              </w:rPr>
              <w:t>Проверка результата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 (обратное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действие)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55.</w:t>
            </w:r>
          </w:p>
        </w:tc>
        <w:tc>
          <w:tcPr>
            <w:tcW w:w="3218" w:type="dxa"/>
          </w:tcPr>
          <w:p w:rsidR="005A1040" w:rsidRDefault="005A1040" w:rsidP="00BF7A86">
            <w:pPr>
              <w:spacing w:before="85" w:line="271" w:lineRule="auto"/>
              <w:ind w:left="76" w:right="514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</w:p>
          <w:p w:rsidR="005A1040" w:rsidRPr="00B26F16" w:rsidRDefault="005A1040" w:rsidP="00BF7A86">
            <w:pPr>
              <w:spacing w:before="85" w:line="271" w:lineRule="auto"/>
              <w:ind w:left="76" w:right="514"/>
              <w:rPr>
                <w:sz w:val="24"/>
              </w:rPr>
            </w:pPr>
            <w:r w:rsidRPr="00B26F16">
              <w:rPr>
                <w:sz w:val="24"/>
              </w:rPr>
              <w:t>Проверка результата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 (применение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алгоритма)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56.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237"/>
              <w:rPr>
                <w:sz w:val="24"/>
              </w:rPr>
            </w:pPr>
            <w:r w:rsidRPr="00B26F16">
              <w:rPr>
                <w:sz w:val="24"/>
              </w:rPr>
              <w:t>Проверка результата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 (использование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калькулятора)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7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57.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250"/>
              <w:rPr>
                <w:sz w:val="24"/>
              </w:rPr>
            </w:pPr>
            <w:r w:rsidRPr="00B26F16">
              <w:rPr>
                <w:sz w:val="24"/>
              </w:rPr>
              <w:t>Переместительное</w:t>
            </w:r>
            <w:r w:rsidRPr="00B26F16">
              <w:rPr>
                <w:spacing w:val="-12"/>
                <w:sz w:val="24"/>
              </w:rPr>
              <w:t xml:space="preserve"> </w:t>
            </w:r>
            <w:r w:rsidRPr="00B26F16">
              <w:rPr>
                <w:sz w:val="24"/>
              </w:rPr>
              <w:t>свойство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сложения, умножения при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вычислениях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58.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409"/>
              <w:rPr>
                <w:sz w:val="24"/>
              </w:rPr>
            </w:pPr>
            <w:r w:rsidRPr="00B26F16">
              <w:rPr>
                <w:sz w:val="24"/>
              </w:rPr>
              <w:t>Сочетательное свойство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сложения, умножения при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вычислениях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59.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59" w:firstLine="62"/>
              <w:rPr>
                <w:sz w:val="24"/>
              </w:rPr>
            </w:pPr>
            <w:r w:rsidRPr="00B26F16">
              <w:rPr>
                <w:sz w:val="24"/>
              </w:rPr>
              <w:t>Нахождение неизвестного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компонента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арифметического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3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60.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76" w:right="444"/>
              <w:rPr>
                <w:sz w:val="24"/>
              </w:rPr>
            </w:pPr>
            <w:r w:rsidRPr="00B26F16">
              <w:rPr>
                <w:sz w:val="24"/>
              </w:rPr>
              <w:t>Порядок действий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числовом выражении,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значение числового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выражения,</w:t>
            </w:r>
            <w:r>
              <w:rPr>
                <w:sz w:val="24"/>
              </w:rPr>
              <w:t xml:space="preserve"> </w:t>
            </w:r>
            <w:r w:rsidRPr="00B26F16">
              <w:rPr>
                <w:sz w:val="24"/>
              </w:rPr>
              <w:t>содержащего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несколько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действий (со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скобками/без скобок),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вычислениями в пределах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1000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61.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676"/>
              <w:rPr>
                <w:sz w:val="24"/>
              </w:rPr>
            </w:pPr>
            <w:r>
              <w:rPr>
                <w:sz w:val="24"/>
              </w:rPr>
              <w:t>Контрольная работа. Вычисления в пределах 1000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5A1040" w:rsidRPr="00B26F16" w:rsidTr="00BF7A86">
        <w:trPr>
          <w:trHeight w:val="2164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62.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73"/>
              <w:rPr>
                <w:sz w:val="24"/>
              </w:rPr>
            </w:pPr>
            <w:r w:rsidRPr="00B26F16">
              <w:rPr>
                <w:sz w:val="24"/>
              </w:rPr>
              <w:t>Равенство с неизвестным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числом,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записанным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буквой.</w:t>
            </w:r>
          </w:p>
          <w:p w:rsidR="005A1040" w:rsidRPr="00B26F16" w:rsidRDefault="005A1040" w:rsidP="00BF7A86">
            <w:pPr>
              <w:spacing w:before="65" w:line="276" w:lineRule="auto"/>
              <w:ind w:left="76" w:right="516"/>
              <w:rPr>
                <w:sz w:val="24"/>
              </w:rPr>
            </w:pPr>
            <w:r w:rsidRPr="00B26F16">
              <w:rPr>
                <w:sz w:val="24"/>
              </w:rPr>
              <w:t>Решение уравнений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способом подбора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неизвестного. Буквенные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выражения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63.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76"/>
              <w:rPr>
                <w:sz w:val="24"/>
              </w:rPr>
            </w:pPr>
            <w:r w:rsidRPr="00B26F16">
              <w:rPr>
                <w:sz w:val="24"/>
              </w:rPr>
              <w:t>Равенство с неизвестным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числом,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записанным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буквой.</w:t>
            </w:r>
          </w:p>
          <w:p w:rsidR="005A1040" w:rsidRPr="00B26F16" w:rsidRDefault="005A1040" w:rsidP="00BF7A86">
            <w:pPr>
              <w:spacing w:before="65" w:line="264" w:lineRule="auto"/>
              <w:ind w:left="76" w:right="616"/>
              <w:rPr>
                <w:sz w:val="24"/>
              </w:rPr>
            </w:pPr>
            <w:r w:rsidRPr="00B26F16">
              <w:rPr>
                <w:sz w:val="24"/>
              </w:rPr>
              <w:t>Решение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уравнений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неизвестным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слагаемым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64.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59" w:lineRule="auto"/>
              <w:ind w:left="76" w:right="176"/>
              <w:rPr>
                <w:sz w:val="24"/>
              </w:rPr>
            </w:pPr>
            <w:r w:rsidRPr="00B26F16">
              <w:rPr>
                <w:sz w:val="24"/>
              </w:rPr>
              <w:t>Равенство с неизвестным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числом,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записанным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буквой.</w:t>
            </w:r>
          </w:p>
          <w:p w:rsidR="005A1040" w:rsidRPr="00B26F16" w:rsidRDefault="005A1040" w:rsidP="00BF7A86">
            <w:pPr>
              <w:spacing w:before="76" w:line="268" w:lineRule="auto"/>
              <w:ind w:left="76" w:right="192"/>
              <w:rPr>
                <w:sz w:val="24"/>
              </w:rPr>
            </w:pPr>
            <w:r w:rsidRPr="00B26F16">
              <w:rPr>
                <w:sz w:val="24"/>
              </w:rPr>
              <w:t>Решение уравнений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неизвестным</w:t>
            </w:r>
            <w:r w:rsidRPr="00B26F16">
              <w:rPr>
                <w:spacing w:val="-11"/>
                <w:sz w:val="24"/>
              </w:rPr>
              <w:t xml:space="preserve"> </w:t>
            </w:r>
            <w:r w:rsidRPr="00B26F16">
              <w:rPr>
                <w:sz w:val="24"/>
              </w:rPr>
              <w:t>уменьшаемым,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вычитаемым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7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65.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76"/>
              <w:rPr>
                <w:sz w:val="24"/>
              </w:rPr>
            </w:pPr>
            <w:r w:rsidRPr="00B26F16">
              <w:rPr>
                <w:sz w:val="24"/>
              </w:rPr>
              <w:t>Равенство с неизвестным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числом,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записанным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буквой.</w:t>
            </w:r>
          </w:p>
          <w:p w:rsidR="005A1040" w:rsidRPr="00B26F16" w:rsidRDefault="005A1040" w:rsidP="00BF7A86">
            <w:pPr>
              <w:spacing w:before="65" w:line="264" w:lineRule="auto"/>
              <w:ind w:left="76" w:right="448"/>
              <w:rPr>
                <w:sz w:val="24"/>
              </w:rPr>
            </w:pPr>
            <w:r w:rsidRPr="00B26F16">
              <w:rPr>
                <w:sz w:val="24"/>
              </w:rPr>
              <w:t>Решение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уравнений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неизвестным</w:t>
            </w:r>
            <w:r w:rsidRPr="00B26F16">
              <w:rPr>
                <w:spacing w:val="-12"/>
                <w:sz w:val="24"/>
              </w:rPr>
              <w:t xml:space="preserve"> </w:t>
            </w:r>
            <w:r w:rsidRPr="00B26F16">
              <w:rPr>
                <w:sz w:val="24"/>
              </w:rPr>
              <w:t>множителем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82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66.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76"/>
              <w:rPr>
                <w:sz w:val="24"/>
              </w:rPr>
            </w:pPr>
            <w:r w:rsidRPr="00B26F16">
              <w:rPr>
                <w:sz w:val="24"/>
              </w:rPr>
              <w:t>Равенство с неизвестным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числом,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записанным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буквой.</w:t>
            </w:r>
          </w:p>
          <w:p w:rsidR="005A1040" w:rsidRPr="00B26F16" w:rsidRDefault="005A1040" w:rsidP="00BF7A86">
            <w:pPr>
              <w:spacing w:before="70" w:line="268" w:lineRule="auto"/>
              <w:ind w:left="76" w:right="728"/>
              <w:rPr>
                <w:sz w:val="24"/>
              </w:rPr>
            </w:pPr>
            <w:r w:rsidRPr="00B26F16">
              <w:rPr>
                <w:sz w:val="24"/>
              </w:rPr>
              <w:t>Решение уравнений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неизвестным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делимым,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делителем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67.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3" w:lineRule="auto"/>
              <w:ind w:left="76" w:right="839"/>
              <w:rPr>
                <w:sz w:val="24"/>
              </w:rPr>
            </w:pPr>
            <w:r w:rsidRPr="00B26F16">
              <w:rPr>
                <w:sz w:val="24"/>
              </w:rPr>
              <w:t>Умножение и деление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круглого</w:t>
            </w:r>
            <w:r w:rsidRPr="00B26F16">
              <w:rPr>
                <w:spacing w:val="5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однозначное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число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68.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59" w:lineRule="auto"/>
              <w:ind w:left="76" w:right="181"/>
              <w:rPr>
                <w:sz w:val="24"/>
              </w:rPr>
            </w:pPr>
            <w:r w:rsidRPr="00B26F16">
              <w:rPr>
                <w:sz w:val="24"/>
              </w:rPr>
              <w:t>Деление трёхзначного числа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однозначное уголком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69.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142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анализ данных и отношений,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на модели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70.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203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планирование хода решения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задач,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арифметическим способом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496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71.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42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анализ данных и отношений,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 на модели,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планирование хода решения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задач,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арифметическим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способом.</w:t>
            </w:r>
          </w:p>
          <w:p w:rsidR="005A1040" w:rsidRPr="00B26F16" w:rsidRDefault="005A1040" w:rsidP="00BF7A86">
            <w:pPr>
              <w:spacing w:before="6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Задачи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3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817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72.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8" w:lineRule="auto"/>
              <w:ind w:left="76" w:right="123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анализ данных и отношений,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 на модели,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планирование хода решения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задач,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арифметическим способом.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составление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3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31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73.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42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анализ данных и отношений,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 на модели,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планирование хода решения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задач,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арифметическим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способом.</w:t>
            </w:r>
          </w:p>
          <w:p w:rsidR="005A1040" w:rsidRPr="00B26F16" w:rsidRDefault="005A1040" w:rsidP="00BF7A86">
            <w:pPr>
              <w:spacing w:before="75" w:line="271" w:lineRule="auto"/>
              <w:ind w:left="76" w:right="819"/>
              <w:rPr>
                <w:sz w:val="24"/>
              </w:rPr>
            </w:pPr>
            <w:r w:rsidRPr="00B26F16">
              <w:rPr>
                <w:sz w:val="24"/>
              </w:rPr>
              <w:t>Задачи на нахождение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четвёртого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пропорционального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3845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74.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42"/>
              <w:rPr>
                <w:sz w:val="24"/>
              </w:rPr>
            </w:pPr>
            <w:r w:rsidRPr="00B26F16">
              <w:rPr>
                <w:sz w:val="24"/>
              </w:rPr>
              <w:t>Работа с текстовой задачей: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анализ данных и отношений,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представление на модели,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планирование хода решения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задач,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арифметическим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способом.</w:t>
            </w:r>
          </w:p>
          <w:p w:rsidR="005A1040" w:rsidRPr="00B26F16" w:rsidRDefault="005A1040" w:rsidP="00BF7A86">
            <w:pPr>
              <w:spacing w:before="75" w:line="264" w:lineRule="auto"/>
              <w:ind w:left="76" w:right="773"/>
              <w:rPr>
                <w:sz w:val="24"/>
              </w:rPr>
            </w:pPr>
            <w:r w:rsidRPr="00B26F16">
              <w:rPr>
                <w:sz w:val="24"/>
              </w:rPr>
              <w:t>Задачи, связанные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повседневной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жизнью.</w:t>
            </w:r>
          </w:p>
          <w:p w:rsidR="005A1040" w:rsidRPr="00B26F16" w:rsidRDefault="005A1040" w:rsidP="00BF7A86">
            <w:pPr>
              <w:spacing w:before="70" w:line="271" w:lineRule="auto"/>
              <w:ind w:left="76" w:right="621"/>
              <w:rPr>
                <w:sz w:val="24"/>
              </w:rPr>
            </w:pPr>
            <w:r w:rsidRPr="00B26F16">
              <w:rPr>
                <w:sz w:val="24"/>
              </w:rPr>
              <w:t>Задачи-расчёты. Оценка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реалистичности ответа,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проверка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вычислений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 w:rsidRPr="00B26F16">
              <w:rPr>
                <w:sz w:val="24"/>
              </w:rPr>
              <w:t>нтроль;</w:t>
            </w:r>
          </w:p>
          <w:p w:rsidR="005A1040" w:rsidRPr="002E78BE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75.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76" w:right="122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понимание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смысла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арифметических действий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сложение и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вычитание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76.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122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понимание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смысла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арифметических действий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77.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3" w:lineRule="auto"/>
              <w:ind w:left="76" w:right="122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понимание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смысла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арифметического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остатком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78.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31"/>
              <w:jc w:val="both"/>
              <w:rPr>
                <w:sz w:val="24"/>
              </w:rPr>
            </w:pPr>
            <w:r w:rsidRPr="00B26F16">
              <w:rPr>
                <w:sz w:val="24"/>
              </w:rPr>
              <w:t>Задачи на понимание смысла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арифметических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действий.</w:t>
            </w:r>
          </w:p>
          <w:p w:rsidR="005A1040" w:rsidRPr="00B26F16" w:rsidRDefault="005A1040" w:rsidP="00BF7A86">
            <w:pPr>
              <w:spacing w:before="70" w:line="271" w:lineRule="auto"/>
              <w:ind w:left="76" w:right="836"/>
              <w:jc w:val="both"/>
              <w:rPr>
                <w:sz w:val="24"/>
              </w:rPr>
            </w:pPr>
            <w:r w:rsidRPr="00B26F16">
              <w:rPr>
                <w:sz w:val="24"/>
              </w:rPr>
              <w:t>Задачи на нахождение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неизвестного третьего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слагаемого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79.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1" w:lineRule="auto"/>
              <w:ind w:left="76" w:right="205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на понимание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отношений (больше/меньше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на/в)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82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80.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496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на понимание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зависимостей (купля-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продажа).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между величинами: цена,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количество,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стоимость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81.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3" w:lineRule="auto"/>
              <w:ind w:left="76" w:right="922"/>
              <w:jc w:val="both"/>
              <w:rPr>
                <w:sz w:val="24"/>
              </w:rPr>
            </w:pPr>
            <w:r w:rsidRPr="00B26F16">
              <w:rPr>
                <w:sz w:val="24"/>
              </w:rPr>
              <w:t>Задачи на понимание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зависимостей (расчёт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времени)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82.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910"/>
              <w:rPr>
                <w:sz w:val="24"/>
              </w:rPr>
            </w:pPr>
            <w:r>
              <w:rPr>
                <w:sz w:val="24"/>
              </w:rPr>
              <w:t xml:space="preserve">Контрольная работа. </w:t>
            </w:r>
            <w:r w:rsidRPr="00B26F16">
              <w:rPr>
                <w:sz w:val="24"/>
              </w:rPr>
              <w:t>Задачи на понимание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зависимостей (расчёт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времени).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Задачи 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производительность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</w:p>
        </w:tc>
      </w:tr>
      <w:tr w:rsidR="005A1040" w:rsidRPr="00B26F16" w:rsidTr="00BF7A86">
        <w:trPr>
          <w:trHeight w:val="2160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83.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302"/>
              <w:rPr>
                <w:sz w:val="24"/>
              </w:rPr>
            </w:pPr>
            <w:r w:rsidRPr="00B26F16">
              <w:rPr>
                <w:sz w:val="24"/>
              </w:rPr>
              <w:t>Задачи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на понимание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зависимостей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(количества).</w:t>
            </w:r>
          </w:p>
          <w:p w:rsidR="005A1040" w:rsidRPr="00B26F16" w:rsidRDefault="005A1040" w:rsidP="00BF7A86">
            <w:pPr>
              <w:spacing w:before="65" w:line="276" w:lineRule="auto"/>
              <w:ind w:left="76" w:right="416"/>
              <w:rPr>
                <w:sz w:val="24"/>
              </w:rPr>
            </w:pPr>
            <w:r w:rsidRPr="00B26F16">
              <w:rPr>
                <w:sz w:val="24"/>
              </w:rPr>
              <w:t>Зависимости между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величинами: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масса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одного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предмета,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количество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предметов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84.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559" w:firstLine="62"/>
              <w:rPr>
                <w:sz w:val="24"/>
              </w:rPr>
            </w:pPr>
            <w:r w:rsidRPr="00B26F16">
              <w:rPr>
                <w:sz w:val="24"/>
              </w:rPr>
              <w:t>Задачи на на разностное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85.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954"/>
              <w:rPr>
                <w:sz w:val="24"/>
              </w:rPr>
            </w:pPr>
            <w:r w:rsidRPr="00B26F16">
              <w:rPr>
                <w:sz w:val="24"/>
              </w:rPr>
              <w:t>Задачи на на кратное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86.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3" w:lineRule="auto"/>
              <w:ind w:left="76" w:right="430"/>
              <w:rPr>
                <w:sz w:val="24"/>
              </w:rPr>
            </w:pPr>
            <w:r w:rsidRPr="00B26F16">
              <w:rPr>
                <w:sz w:val="24"/>
              </w:rPr>
              <w:t>Запись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решения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задачи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по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действиям и с помощью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числового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выражения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87.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235"/>
              <w:rPr>
                <w:sz w:val="24"/>
              </w:rPr>
            </w:pPr>
            <w:r w:rsidRPr="00B26F16">
              <w:rPr>
                <w:sz w:val="24"/>
              </w:rPr>
              <w:t>Проверка решения и оценка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полученного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результата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88.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379"/>
              <w:rPr>
                <w:sz w:val="24"/>
              </w:rPr>
            </w:pPr>
            <w:r w:rsidRPr="00B26F16">
              <w:rPr>
                <w:sz w:val="24"/>
              </w:rPr>
              <w:t>Доля величины: половина,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четверть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практической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89.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359"/>
              <w:rPr>
                <w:sz w:val="24"/>
              </w:rPr>
            </w:pPr>
            <w:r w:rsidRPr="00B26F16">
              <w:rPr>
                <w:sz w:val="24"/>
              </w:rPr>
              <w:t>Доля величины: сравнение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долей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одной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величины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90.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303"/>
              <w:rPr>
                <w:sz w:val="24"/>
              </w:rPr>
            </w:pPr>
            <w:r w:rsidRPr="00B26F16">
              <w:rPr>
                <w:sz w:val="24"/>
              </w:rPr>
              <w:t>Доля величины: половина,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четверть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практической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ситуации.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Задачи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нахождение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доли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от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целого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91.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379"/>
              <w:rPr>
                <w:sz w:val="24"/>
              </w:rPr>
            </w:pPr>
            <w:r w:rsidRPr="00B26F16">
              <w:rPr>
                <w:sz w:val="24"/>
              </w:rPr>
              <w:t>Доля величины: половина,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четверть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практической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ситуации.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Задачи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нахождение целого по его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доле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92.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154" w:firstLine="62"/>
              <w:rPr>
                <w:sz w:val="24"/>
              </w:rPr>
            </w:pPr>
            <w:r w:rsidRPr="00B26F16">
              <w:rPr>
                <w:sz w:val="24"/>
              </w:rPr>
              <w:t>Конструирование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 фигур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(разбиение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фигуры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на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части)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93.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657" w:firstLine="62"/>
              <w:rPr>
                <w:sz w:val="24"/>
              </w:rPr>
            </w:pPr>
            <w:r w:rsidRPr="00B26F16">
              <w:rPr>
                <w:sz w:val="24"/>
              </w:rPr>
              <w:t>Конструирование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 фигур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(составление фигуры из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частей)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94.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64" w:firstLine="62"/>
              <w:rPr>
                <w:sz w:val="24"/>
              </w:rPr>
            </w:pPr>
            <w:r w:rsidRPr="00B26F16">
              <w:rPr>
                <w:sz w:val="24"/>
              </w:rPr>
              <w:t>Конструирование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 фигур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(разбиение фигуры на части,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составление фигуры из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частей)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  <w:p w:rsidR="005A1040" w:rsidRPr="002E78BE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2165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95.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3" w:lineRule="auto"/>
              <w:ind w:left="76" w:right="164" w:firstLine="62"/>
              <w:rPr>
                <w:sz w:val="24"/>
              </w:rPr>
            </w:pPr>
            <w:r w:rsidRPr="00B26F16">
              <w:rPr>
                <w:sz w:val="24"/>
              </w:rPr>
              <w:t>Конструирование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 фигур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(разбиение фигуры на части,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составление фигуры из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частей).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Равносоставленные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фигуры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Практическая работа</w:t>
            </w:r>
          </w:p>
        </w:tc>
      </w:tr>
      <w:tr w:rsidR="005A1040" w:rsidRPr="00B26F16" w:rsidTr="00BF7A86">
        <w:trPr>
          <w:trHeight w:val="2165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96.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76" w:right="164"/>
              <w:rPr>
                <w:sz w:val="24"/>
              </w:rPr>
            </w:pPr>
            <w:r w:rsidRPr="00B26F16">
              <w:rPr>
                <w:sz w:val="24"/>
              </w:rPr>
              <w:t>Конструирование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 фигур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(разбиение фигуры на части,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составление фигуры из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частей).</w:t>
            </w:r>
            <w:r w:rsidRPr="00B26F16">
              <w:rPr>
                <w:spacing w:val="4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Повторение.</w:t>
            </w:r>
          </w:p>
          <w:p w:rsidR="005A1040" w:rsidRPr="00B26F16" w:rsidRDefault="005A1040" w:rsidP="00BF7A86">
            <w:pPr>
              <w:spacing w:before="62"/>
              <w:ind w:left="76"/>
              <w:rPr>
                <w:sz w:val="24"/>
              </w:rPr>
            </w:pPr>
            <w:r w:rsidRPr="00B26F16">
              <w:rPr>
                <w:sz w:val="24"/>
              </w:rPr>
              <w:t>Обобщение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line="248" w:lineRule="exact"/>
              <w:ind w:left="45"/>
              <w:rPr>
                <w:rFonts w:ascii="Cambria"/>
              </w:rPr>
            </w:pPr>
            <w:r w:rsidRPr="00B26F16">
              <w:rPr>
                <w:rFonts w:ascii="Cambria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опрос;;</w:t>
            </w:r>
          </w:p>
          <w:p w:rsidR="005A1040" w:rsidRPr="002E78BE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97.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307"/>
              <w:rPr>
                <w:sz w:val="24"/>
              </w:rPr>
            </w:pPr>
            <w:r w:rsidRPr="00B26F16">
              <w:rPr>
                <w:sz w:val="24"/>
              </w:rPr>
              <w:t>Периметр многоугольника: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измерение, вычисление,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166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98.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76" w:right="307"/>
              <w:rPr>
                <w:sz w:val="24"/>
              </w:rPr>
            </w:pPr>
            <w:r w:rsidRPr="00B26F16">
              <w:rPr>
                <w:sz w:val="24"/>
              </w:rPr>
              <w:t>Периметр многоугольника: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измерение, вычисление,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запись равенства. Решение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  <w:r>
              <w:rPr>
                <w:sz w:val="24"/>
              </w:rPr>
              <w:t>.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</w:t>
            </w:r>
            <w:r>
              <w:rPr>
                <w:sz w:val="24"/>
              </w:rPr>
              <w:t>прос; Практическая 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166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99.</w:t>
            </w:r>
          </w:p>
        </w:tc>
        <w:tc>
          <w:tcPr>
            <w:tcW w:w="3218" w:type="dxa"/>
          </w:tcPr>
          <w:p w:rsidR="005A1040" w:rsidRDefault="005A1040" w:rsidP="00BF7A86">
            <w:pPr>
              <w:spacing w:before="50"/>
              <w:ind w:left="76"/>
              <w:rPr>
                <w:sz w:val="24"/>
              </w:rPr>
            </w:pPr>
            <w:r>
              <w:rPr>
                <w:sz w:val="24"/>
              </w:rPr>
              <w:t>Контрольная работа.</w:t>
            </w:r>
          </w:p>
          <w:p w:rsidR="005A1040" w:rsidRDefault="005A1040" w:rsidP="00BF7A86">
            <w:pPr>
              <w:rPr>
                <w:sz w:val="24"/>
              </w:rPr>
            </w:pPr>
          </w:p>
          <w:p w:rsidR="005A1040" w:rsidRPr="00E41540" w:rsidRDefault="005A1040" w:rsidP="00BF7A86">
            <w:pPr>
              <w:rPr>
                <w:sz w:val="24"/>
              </w:rPr>
            </w:pPr>
            <w:r w:rsidRPr="00B26F16">
              <w:rPr>
                <w:sz w:val="24"/>
              </w:rPr>
              <w:t>Решение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162" w:right="194" w:hanging="34"/>
              <w:rPr>
                <w:sz w:val="24"/>
              </w:rPr>
            </w:pPr>
            <w:r w:rsidRPr="00B26F16">
              <w:rPr>
                <w:sz w:val="24"/>
              </w:rPr>
              <w:t>Измерение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площади,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результата измерения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квадратных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сантиметрах.</w:t>
            </w:r>
          </w:p>
          <w:p w:rsidR="005A1040" w:rsidRPr="00B26F16" w:rsidRDefault="005A1040" w:rsidP="00BF7A86">
            <w:pPr>
              <w:spacing w:before="61" w:line="266" w:lineRule="auto"/>
              <w:ind w:left="76" w:right="111"/>
              <w:rPr>
                <w:sz w:val="24"/>
              </w:rPr>
            </w:pPr>
            <w:r w:rsidRPr="00B26F16">
              <w:rPr>
                <w:sz w:val="24"/>
              </w:rPr>
              <w:t>Площадь.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Способы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сравнения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фигур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по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162" w:right="241" w:hanging="96"/>
              <w:rPr>
                <w:sz w:val="24"/>
              </w:rPr>
            </w:pPr>
            <w:r w:rsidRPr="00B26F16">
              <w:rPr>
                <w:sz w:val="24"/>
              </w:rPr>
              <w:t>Измерение площади, запись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результата измерения 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квадратных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сантиметрах.</w:t>
            </w:r>
          </w:p>
          <w:p w:rsidR="005A1040" w:rsidRPr="00B26F16" w:rsidRDefault="005A1040" w:rsidP="00BF7A86">
            <w:pPr>
              <w:spacing w:before="68" w:line="264" w:lineRule="auto"/>
              <w:ind w:left="76" w:right="795"/>
              <w:rPr>
                <w:sz w:val="24"/>
              </w:rPr>
            </w:pPr>
            <w:r w:rsidRPr="00B26F16">
              <w:rPr>
                <w:sz w:val="24"/>
              </w:rPr>
              <w:t>Единица площади —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квадратный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сантиметр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581" w:right="280" w:hanging="515"/>
              <w:rPr>
                <w:sz w:val="24"/>
              </w:rPr>
            </w:pPr>
            <w:r w:rsidRPr="00B26F16">
              <w:rPr>
                <w:sz w:val="24"/>
              </w:rPr>
              <w:t>Вычисление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заданными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160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4" w:right="150" w:firstLine="62"/>
              <w:rPr>
                <w:sz w:val="24"/>
              </w:rPr>
            </w:pPr>
            <w:r w:rsidRPr="00B26F16">
              <w:rPr>
                <w:sz w:val="24"/>
              </w:rPr>
              <w:t>Вычисление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с заданными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равенства.</w:t>
            </w:r>
          </w:p>
          <w:p w:rsidR="005A1040" w:rsidRPr="00B26F16" w:rsidRDefault="005A1040" w:rsidP="00BF7A86">
            <w:pPr>
              <w:spacing w:before="73" w:line="268" w:lineRule="auto"/>
              <w:ind w:left="76" w:right="482"/>
              <w:rPr>
                <w:sz w:val="24"/>
              </w:rPr>
            </w:pPr>
            <w:r w:rsidRPr="00B26F16">
              <w:rPr>
                <w:sz w:val="24"/>
              </w:rPr>
              <w:t>Нахождение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разными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способами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tabs>
                <w:tab w:val="left" w:pos="2120"/>
              </w:tabs>
              <w:spacing w:before="90" w:line="271" w:lineRule="auto"/>
              <w:ind w:left="4" w:right="179" w:firstLine="62"/>
              <w:jc w:val="both"/>
              <w:rPr>
                <w:sz w:val="24"/>
              </w:rPr>
            </w:pPr>
            <w:r w:rsidRPr="00B26F16">
              <w:rPr>
                <w:sz w:val="24"/>
              </w:rPr>
              <w:t>Вычисление</w:t>
            </w:r>
            <w:r w:rsidRPr="00B26F16">
              <w:rPr>
                <w:sz w:val="24"/>
              </w:rPr>
              <w:tab/>
            </w:r>
            <w:r w:rsidRPr="00B26F16">
              <w:rPr>
                <w:spacing w:val="-2"/>
                <w:sz w:val="24"/>
              </w:rPr>
              <w:t>площади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квадрата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2146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4" w:right="222"/>
              <w:rPr>
                <w:sz w:val="24"/>
              </w:rPr>
            </w:pPr>
            <w:r w:rsidRPr="00B26F16">
              <w:rPr>
                <w:sz w:val="24"/>
              </w:rPr>
              <w:t>Вычисление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(квадрата)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запись равенства. 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задач на нахождение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периметра и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2496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4" w:right="222" w:firstLine="124"/>
              <w:rPr>
                <w:sz w:val="24"/>
              </w:rPr>
            </w:pPr>
            <w:r w:rsidRPr="00B26F16">
              <w:rPr>
                <w:sz w:val="24"/>
              </w:rPr>
              <w:t>Вычисление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(квадрата)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равенства.</w:t>
            </w:r>
          </w:p>
          <w:p w:rsidR="005A1040" w:rsidRPr="00B26F16" w:rsidRDefault="005A1040" w:rsidP="00BF7A86">
            <w:pPr>
              <w:spacing w:before="75" w:line="268" w:lineRule="auto"/>
              <w:ind w:left="76" w:right="139"/>
              <w:rPr>
                <w:sz w:val="24"/>
              </w:rPr>
            </w:pPr>
            <w:r w:rsidRPr="00B26F16">
              <w:rPr>
                <w:sz w:val="24"/>
              </w:rPr>
              <w:t>Нахождение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фигур,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состоящих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из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2-3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прямоугольников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4" w:right="222" w:firstLine="62"/>
              <w:rPr>
                <w:sz w:val="24"/>
              </w:rPr>
            </w:pPr>
            <w:r>
              <w:rPr>
                <w:sz w:val="24"/>
              </w:rPr>
              <w:t xml:space="preserve"> Контрольная работа. </w:t>
            </w:r>
            <w:r w:rsidRPr="00B26F16">
              <w:rPr>
                <w:sz w:val="24"/>
              </w:rPr>
              <w:t>Вычисление площади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прямоугольника (квадрата)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сторонами,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запись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равенства.</w:t>
            </w:r>
          </w:p>
          <w:p w:rsidR="005A1040" w:rsidRPr="00B26F16" w:rsidRDefault="005A1040" w:rsidP="00BF7A86">
            <w:pPr>
              <w:spacing w:before="48"/>
              <w:ind w:left="76"/>
              <w:rPr>
                <w:sz w:val="24"/>
              </w:rPr>
            </w:pP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75"/>
              <w:ind w:left="75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90" w:line="276" w:lineRule="auto"/>
              <w:ind w:left="67" w:right="149"/>
              <w:rPr>
                <w:rFonts w:ascii="Cambria" w:hAnsi="Cambria"/>
              </w:rPr>
            </w:pPr>
            <w:r w:rsidRPr="00B26F16">
              <w:rPr>
                <w:rFonts w:ascii="Cambria" w:hAnsi="Cambria"/>
              </w:rPr>
              <w:t>Контрольная</w:t>
            </w:r>
            <w:r w:rsidRPr="00B26F16">
              <w:rPr>
                <w:rFonts w:ascii="Cambria" w:hAnsi="Cambria"/>
                <w:spacing w:val="-46"/>
              </w:rPr>
              <w:t xml:space="preserve"> </w:t>
            </w:r>
            <w:r w:rsidRPr="00B26F16">
              <w:rPr>
                <w:rFonts w:ascii="Cambria" w:hAnsi="Cambria"/>
              </w:rPr>
              <w:t>работа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162" w:right="366" w:hanging="96"/>
              <w:rPr>
                <w:sz w:val="24"/>
              </w:rPr>
            </w:pPr>
            <w:r w:rsidRPr="00B26F16">
              <w:rPr>
                <w:sz w:val="24"/>
              </w:rPr>
              <w:t>Изображение на клетчатой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бумаге прямоугольника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значением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3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109.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162" w:right="366" w:hanging="96"/>
              <w:rPr>
                <w:sz w:val="24"/>
              </w:rPr>
            </w:pPr>
            <w:r w:rsidRPr="00B26F16">
              <w:rPr>
                <w:sz w:val="24"/>
              </w:rPr>
              <w:t>Изображение на клетчатой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бумаге прямоугольника 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заданным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значением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площади. Решение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геометрических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>
            <w:r>
              <w:t xml:space="preserve"> 1</w:t>
            </w:r>
          </w:p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  <w:p w:rsidR="005A1040" w:rsidRPr="00E41540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02"/>
              <w:rPr>
                <w:sz w:val="24"/>
              </w:rPr>
            </w:pPr>
            <w:r w:rsidRPr="00B26F16">
              <w:rPr>
                <w:sz w:val="24"/>
              </w:rPr>
              <w:t>Сравнение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площадей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фигур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помощью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наложения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>
            <w: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102"/>
              <w:rPr>
                <w:sz w:val="24"/>
              </w:rPr>
            </w:pPr>
            <w:r w:rsidRPr="00B26F16">
              <w:rPr>
                <w:sz w:val="24"/>
              </w:rPr>
              <w:t>Сравнение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площадей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фигур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с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помощью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наложения.</w:t>
            </w:r>
          </w:p>
          <w:p w:rsidR="005A1040" w:rsidRPr="00B26F16" w:rsidRDefault="005A1040" w:rsidP="00BF7A86">
            <w:pPr>
              <w:spacing w:before="65" w:line="264" w:lineRule="auto"/>
              <w:ind w:left="76" w:right="521"/>
              <w:rPr>
                <w:sz w:val="24"/>
              </w:rPr>
            </w:pPr>
            <w:r w:rsidRPr="00B26F16">
              <w:rPr>
                <w:sz w:val="24"/>
              </w:rPr>
              <w:t>Решение геометрических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64" w:lineRule="auto"/>
              <w:ind w:left="162" w:right="239" w:hanging="96"/>
              <w:rPr>
                <w:sz w:val="24"/>
              </w:rPr>
            </w:pPr>
            <w:r w:rsidRPr="00B26F16">
              <w:rPr>
                <w:sz w:val="24"/>
              </w:rPr>
              <w:t>Классификация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объектов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по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двум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признакам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4" w:right="372" w:firstLine="62"/>
              <w:rPr>
                <w:sz w:val="24"/>
              </w:rPr>
            </w:pPr>
            <w:r w:rsidRPr="00B26F16">
              <w:rPr>
                <w:sz w:val="24"/>
              </w:rPr>
              <w:t>Верные (истинные)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неверные (ложные)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утверждения: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конструирование,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проверка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76" w:right="263"/>
              <w:rPr>
                <w:sz w:val="24"/>
              </w:rPr>
            </w:pPr>
            <w:r w:rsidRPr="00B26F16">
              <w:rPr>
                <w:sz w:val="24"/>
              </w:rPr>
              <w:t>Логические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рассуждения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со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связками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«если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…,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то</w:t>
            </w:r>
          </w:p>
          <w:p w:rsidR="005A1040" w:rsidRPr="00B26F16" w:rsidRDefault="005A1040" w:rsidP="00BF7A86">
            <w:pPr>
              <w:ind w:left="76"/>
              <w:rPr>
                <w:sz w:val="24"/>
              </w:rPr>
            </w:pPr>
            <w:r w:rsidRPr="00B26F16">
              <w:rPr>
                <w:sz w:val="24"/>
              </w:rPr>
              <w:t>…»,«поэтому»,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«значит»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3504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5" w:lineRule="auto"/>
              <w:ind w:left="4" w:right="127" w:firstLine="62"/>
              <w:rPr>
                <w:sz w:val="24"/>
              </w:rPr>
            </w:pPr>
            <w:r w:rsidRPr="00B26F16">
              <w:rPr>
                <w:sz w:val="24"/>
              </w:rPr>
              <w:t>Работа с информацией: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извлечение и использование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для выполнения заданий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информации, представленной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 таблицах с данными 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реальных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процессах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и</w:t>
            </w:r>
          </w:p>
          <w:p w:rsidR="005A1040" w:rsidRPr="00B26F16" w:rsidRDefault="005A1040" w:rsidP="00BF7A86">
            <w:pPr>
              <w:spacing w:before="3" w:line="285" w:lineRule="auto"/>
              <w:ind w:left="4" w:right="181"/>
              <w:rPr>
                <w:sz w:val="24"/>
              </w:rPr>
            </w:pPr>
            <w:r w:rsidRPr="00B26F16">
              <w:rPr>
                <w:sz w:val="24"/>
              </w:rPr>
              <w:t>явлениях окружающего мира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(например,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расписание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уроков, движения автобусов,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поездов)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64" w:lineRule="auto"/>
              <w:ind w:left="4" w:right="503" w:firstLine="62"/>
              <w:rPr>
                <w:sz w:val="24"/>
              </w:rPr>
            </w:pPr>
            <w:r w:rsidRPr="00B26F16">
              <w:rPr>
                <w:sz w:val="24"/>
              </w:rPr>
              <w:t>Работа с информацией: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>
              <w:rPr>
                <w:sz w:val="24"/>
              </w:rPr>
              <w:t>н</w:t>
            </w:r>
            <w:r w:rsidRPr="00B26F16">
              <w:rPr>
                <w:sz w:val="24"/>
              </w:rPr>
              <w:t>есение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данных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таблицу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6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117.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6" w:line="273" w:lineRule="auto"/>
              <w:ind w:left="4" w:right="794"/>
              <w:rPr>
                <w:sz w:val="24"/>
              </w:rPr>
            </w:pPr>
            <w:r w:rsidRPr="00B26F16">
              <w:rPr>
                <w:sz w:val="24"/>
              </w:rPr>
              <w:t>Работа с информацией: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дополнение чертежа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данными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6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6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4" w:right="434"/>
              <w:rPr>
                <w:sz w:val="24"/>
              </w:rPr>
            </w:pPr>
            <w:r w:rsidRPr="00B26F16">
              <w:rPr>
                <w:sz w:val="24"/>
              </w:rPr>
              <w:t>Таблицы сложения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умножения: заполнение на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основе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результатов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счёта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spacing w:before="71"/>
              <w:ind w:left="69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119.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162" w:right="254" w:hanging="96"/>
              <w:rPr>
                <w:sz w:val="24"/>
              </w:rPr>
            </w:pPr>
            <w:r w:rsidRPr="00B26F16">
              <w:rPr>
                <w:sz w:val="24"/>
              </w:rPr>
              <w:t>Формализованное описание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последовательности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действий (инструкция,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план,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схема,</w:t>
            </w:r>
            <w:r w:rsidRPr="00B26F16">
              <w:rPr>
                <w:spacing w:val="2"/>
                <w:sz w:val="24"/>
              </w:rPr>
              <w:t xml:space="preserve"> </w:t>
            </w:r>
            <w:r w:rsidRPr="00B26F16">
              <w:rPr>
                <w:sz w:val="24"/>
              </w:rPr>
              <w:t>алгоритм)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162" w:right="114" w:hanging="96"/>
              <w:rPr>
                <w:sz w:val="24"/>
              </w:rPr>
            </w:pPr>
            <w:r w:rsidRPr="00B26F16">
              <w:rPr>
                <w:sz w:val="24"/>
              </w:rPr>
              <w:t>Алгоритмы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(правила)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устных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и письменных вычислений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(сложение вычитание,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умножение,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деление)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68" w:lineRule="auto"/>
              <w:ind w:left="4" w:right="147" w:firstLine="62"/>
              <w:rPr>
                <w:sz w:val="24"/>
              </w:rPr>
            </w:pPr>
            <w:r w:rsidRPr="00B26F16">
              <w:rPr>
                <w:sz w:val="24"/>
              </w:rPr>
              <w:t>Алгоритмы (правила)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порядка действий в числовом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выражении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4" w:right="625"/>
              <w:rPr>
                <w:sz w:val="24"/>
              </w:rPr>
            </w:pPr>
            <w:r w:rsidRPr="00B26F16">
              <w:rPr>
                <w:sz w:val="24"/>
              </w:rPr>
              <w:t>Алгоритмы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(правила)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нахождения периметра и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6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1" w:lineRule="auto"/>
              <w:ind w:left="4" w:right="314" w:firstLine="62"/>
              <w:rPr>
                <w:sz w:val="24"/>
              </w:rPr>
            </w:pPr>
            <w:r w:rsidRPr="00B26F16">
              <w:rPr>
                <w:sz w:val="24"/>
              </w:rPr>
              <w:t>Алгоритмы (правила)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построения геометрических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фигур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3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581" w:right="727" w:hanging="515"/>
              <w:rPr>
                <w:sz w:val="24"/>
              </w:rPr>
            </w:pPr>
            <w:r w:rsidRPr="00B26F16">
              <w:rPr>
                <w:sz w:val="24"/>
              </w:rPr>
              <w:t>Столбчатая диаграмма: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чтение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4" w:right="449"/>
              <w:rPr>
                <w:sz w:val="24"/>
              </w:rPr>
            </w:pPr>
            <w:r w:rsidRPr="00B26F16">
              <w:rPr>
                <w:sz w:val="24"/>
              </w:rPr>
              <w:t>Столбчатая диаграмма: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использование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данных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для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решения учебных и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практических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82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80" w:lineRule="auto"/>
              <w:ind w:left="4" w:right="767"/>
              <w:rPr>
                <w:sz w:val="24"/>
              </w:rPr>
            </w:pPr>
            <w:r w:rsidRPr="00B26F16">
              <w:rPr>
                <w:sz w:val="24"/>
              </w:rPr>
              <w:t>Алгоритмы изучения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материала, выполнения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заданий на доступных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электронных средствах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обучения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8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127.</w:t>
            </w:r>
          </w:p>
        </w:tc>
        <w:tc>
          <w:tcPr>
            <w:tcW w:w="3218" w:type="dxa"/>
          </w:tcPr>
          <w:p w:rsidR="005A1040" w:rsidRDefault="005A1040" w:rsidP="00BF7A86">
            <w:pPr>
              <w:spacing w:before="85" w:line="264" w:lineRule="auto"/>
              <w:ind w:left="4" w:right="1216"/>
              <w:rPr>
                <w:sz w:val="24"/>
              </w:rPr>
            </w:pPr>
            <w:r>
              <w:rPr>
                <w:sz w:val="24"/>
              </w:rPr>
              <w:t xml:space="preserve"> Контрольная работа.</w:t>
            </w:r>
          </w:p>
          <w:p w:rsidR="005A1040" w:rsidRPr="00B26F16" w:rsidRDefault="005A1040" w:rsidP="00BF7A86">
            <w:pPr>
              <w:spacing w:before="85" w:line="264" w:lineRule="auto"/>
              <w:ind w:left="4" w:right="1216"/>
              <w:rPr>
                <w:sz w:val="24"/>
              </w:rPr>
            </w:pPr>
            <w:r w:rsidRPr="00B26F16">
              <w:rPr>
                <w:sz w:val="24"/>
              </w:rPr>
              <w:t>Числа</w:t>
            </w:r>
            <w:r w:rsidRPr="00B26F16">
              <w:rPr>
                <w:spacing w:val="-9"/>
                <w:sz w:val="24"/>
              </w:rPr>
              <w:t xml:space="preserve"> </w:t>
            </w:r>
            <w:r w:rsidRPr="00B26F16">
              <w:rPr>
                <w:sz w:val="24"/>
              </w:rPr>
              <w:t>от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1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до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1000.</w:t>
            </w:r>
            <w:r w:rsidRPr="00B26F16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spacing w:before="71"/>
              <w:ind w:left="75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90" w:line="278" w:lineRule="auto"/>
              <w:ind w:left="67" w:right="149"/>
              <w:rPr>
                <w:rFonts w:ascii="Cambria" w:hAnsi="Cambria"/>
              </w:rPr>
            </w:pPr>
            <w:r w:rsidRPr="00B26F16">
              <w:rPr>
                <w:rFonts w:ascii="Cambria" w:hAnsi="Cambria"/>
              </w:rPr>
              <w:t>Контрольная</w:t>
            </w:r>
            <w:r w:rsidRPr="00B26F16">
              <w:rPr>
                <w:rFonts w:ascii="Cambria" w:hAnsi="Cambria"/>
                <w:spacing w:val="-46"/>
              </w:rPr>
              <w:t xml:space="preserve"> </w:t>
            </w:r>
            <w:r w:rsidRPr="00B26F16">
              <w:rPr>
                <w:rFonts w:ascii="Cambria" w:hAnsi="Cambria"/>
              </w:rPr>
              <w:t>работа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128.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4" w:right="911"/>
              <w:rPr>
                <w:sz w:val="24"/>
              </w:rPr>
            </w:pPr>
            <w:r w:rsidRPr="00B26F16">
              <w:rPr>
                <w:sz w:val="24"/>
              </w:rPr>
              <w:t>Величины.</w:t>
            </w:r>
            <w:r w:rsidRPr="00B26F16">
              <w:rPr>
                <w:spacing w:val="-15"/>
                <w:sz w:val="24"/>
              </w:rPr>
              <w:t xml:space="preserve"> </w:t>
            </w:r>
            <w:r w:rsidRPr="00B26F16">
              <w:rPr>
                <w:sz w:val="24"/>
              </w:rPr>
              <w:t>Величины.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129.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162" w:right="277" w:hanging="34"/>
              <w:rPr>
                <w:sz w:val="24"/>
              </w:rPr>
            </w:pPr>
            <w:r w:rsidRPr="00B26F16">
              <w:rPr>
                <w:sz w:val="24"/>
              </w:rPr>
              <w:t>Арифметические</w:t>
            </w:r>
            <w:r w:rsidRPr="00B26F16">
              <w:rPr>
                <w:spacing w:val="-12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действия.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от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1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до</w:t>
            </w:r>
            <w:r w:rsidRPr="00B26F16">
              <w:rPr>
                <w:spacing w:val="6"/>
                <w:sz w:val="24"/>
              </w:rPr>
              <w:t xml:space="preserve"> </w:t>
            </w:r>
            <w:r w:rsidRPr="00B26F16">
              <w:rPr>
                <w:sz w:val="24"/>
              </w:rPr>
              <w:t>1000.</w:t>
            </w:r>
          </w:p>
          <w:p w:rsidR="005A1040" w:rsidRPr="00B26F16" w:rsidRDefault="005A1040" w:rsidP="00BF7A86">
            <w:pPr>
              <w:spacing w:before="65" w:line="264" w:lineRule="auto"/>
              <w:ind w:left="76" w:right="811"/>
              <w:rPr>
                <w:sz w:val="24"/>
              </w:rPr>
            </w:pPr>
            <w:r w:rsidRPr="00B26F16">
              <w:rPr>
                <w:sz w:val="24"/>
              </w:rPr>
              <w:t>Сложение. Вычитание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130.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162" w:right="339" w:hanging="96"/>
              <w:rPr>
                <w:sz w:val="24"/>
              </w:rPr>
            </w:pPr>
            <w:r w:rsidRPr="00B26F16">
              <w:rPr>
                <w:sz w:val="24"/>
              </w:rPr>
              <w:t>Арифметические</w:t>
            </w:r>
            <w:r w:rsidRPr="00B26F16">
              <w:rPr>
                <w:spacing w:val="-12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действия.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Числа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от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1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до</w:t>
            </w:r>
            <w:r w:rsidRPr="00B26F16">
              <w:rPr>
                <w:spacing w:val="6"/>
                <w:sz w:val="24"/>
              </w:rPr>
              <w:t xml:space="preserve"> </w:t>
            </w:r>
            <w:r w:rsidRPr="00B26F16">
              <w:rPr>
                <w:sz w:val="24"/>
              </w:rPr>
              <w:t>1000.</w:t>
            </w:r>
          </w:p>
          <w:p w:rsidR="005A1040" w:rsidRPr="00B26F16" w:rsidRDefault="005A1040" w:rsidP="00BF7A86">
            <w:pPr>
              <w:spacing w:before="56" w:line="292" w:lineRule="auto"/>
              <w:ind w:left="76" w:right="866"/>
              <w:rPr>
                <w:sz w:val="24"/>
              </w:rPr>
            </w:pPr>
            <w:r w:rsidRPr="00B26F16">
              <w:rPr>
                <w:sz w:val="24"/>
              </w:rPr>
              <w:t>Умножение. Деление.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131.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90" w:line="264" w:lineRule="auto"/>
              <w:ind w:left="76" w:right="317"/>
              <w:rPr>
                <w:sz w:val="24"/>
              </w:rPr>
            </w:pPr>
            <w:r w:rsidRPr="00B26F16">
              <w:rPr>
                <w:sz w:val="24"/>
              </w:rPr>
              <w:t>Арифметические действия.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Деление с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остатком.</w:t>
            </w:r>
          </w:p>
          <w:p w:rsidR="005A1040" w:rsidRPr="00B26F16" w:rsidRDefault="005A1040" w:rsidP="00BF7A86">
            <w:pPr>
              <w:spacing w:before="5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88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132.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317"/>
              <w:rPr>
                <w:sz w:val="24"/>
              </w:rPr>
            </w:pPr>
            <w:r w:rsidRPr="00B26F16">
              <w:rPr>
                <w:sz w:val="24"/>
              </w:rPr>
              <w:t>Арифметические действия.</w:t>
            </w:r>
            <w:r w:rsidRPr="00B26F16">
              <w:rPr>
                <w:spacing w:val="-58"/>
                <w:sz w:val="24"/>
              </w:rPr>
              <w:t xml:space="preserve"> </w:t>
            </w:r>
            <w:r w:rsidRPr="00B26F16">
              <w:rPr>
                <w:sz w:val="24"/>
              </w:rPr>
              <w:t>Числовое</w:t>
            </w:r>
            <w:r w:rsidRPr="00B26F16">
              <w:rPr>
                <w:spacing w:val="-5"/>
                <w:sz w:val="24"/>
              </w:rPr>
              <w:t xml:space="preserve"> </w:t>
            </w:r>
            <w:r w:rsidRPr="00B26F16">
              <w:rPr>
                <w:sz w:val="24"/>
              </w:rPr>
              <w:t>выражение.</w:t>
            </w:r>
          </w:p>
          <w:p w:rsidR="005A1040" w:rsidRPr="00B26F16" w:rsidRDefault="005A1040" w:rsidP="00BF7A86">
            <w:pPr>
              <w:spacing w:before="5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3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73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133.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76" w:right="311"/>
              <w:rPr>
                <w:sz w:val="24"/>
              </w:rPr>
            </w:pPr>
            <w:r w:rsidRPr="00B26F16">
              <w:rPr>
                <w:sz w:val="24"/>
              </w:rPr>
              <w:t>Текстовые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задачи.</w:t>
            </w:r>
            <w:r w:rsidRPr="00B26F16">
              <w:rPr>
                <w:spacing w:val="-4"/>
                <w:sz w:val="24"/>
              </w:rPr>
              <w:t xml:space="preserve"> </w:t>
            </w:r>
            <w:r w:rsidRPr="00B26F16">
              <w:rPr>
                <w:sz w:val="24"/>
              </w:rPr>
              <w:t>Задачи</w:t>
            </w:r>
            <w:r w:rsidRPr="00B26F16">
              <w:rPr>
                <w:spacing w:val="-2"/>
                <w:sz w:val="24"/>
              </w:rPr>
              <w:t xml:space="preserve"> </w:t>
            </w:r>
            <w:r w:rsidRPr="00B26F16">
              <w:rPr>
                <w:sz w:val="24"/>
              </w:rPr>
              <w:t>в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2-3</w:t>
            </w:r>
            <w:r w:rsidRPr="00B26F16">
              <w:rPr>
                <w:spacing w:val="-1"/>
                <w:sz w:val="24"/>
              </w:rPr>
              <w:t xml:space="preserve"> </w:t>
            </w:r>
            <w:r w:rsidRPr="00B26F16">
              <w:rPr>
                <w:sz w:val="24"/>
              </w:rPr>
              <w:t>действия.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/>
        </w:tc>
        <w:tc>
          <w:tcPr>
            <w:tcW w:w="1667" w:type="dxa"/>
          </w:tcPr>
          <w:p w:rsidR="005A1040" w:rsidRPr="00B26F16" w:rsidRDefault="005A1040" w:rsidP="00BF7A86"/>
        </w:tc>
        <w:tc>
          <w:tcPr>
            <w:tcW w:w="1168" w:type="dxa"/>
          </w:tcPr>
          <w:p w:rsidR="005A1040" w:rsidRPr="00B26F16" w:rsidRDefault="005A1040" w:rsidP="00BF7A86"/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76" w:lineRule="auto"/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218"/>
        <w:gridCol w:w="735"/>
        <w:gridCol w:w="1624"/>
        <w:gridCol w:w="1667"/>
        <w:gridCol w:w="1168"/>
        <w:gridCol w:w="1577"/>
      </w:tblGrid>
      <w:tr w:rsidR="005A1040" w:rsidRPr="00B26F16" w:rsidTr="00BF7A86">
        <w:trPr>
          <w:trHeight w:val="1487"/>
        </w:trPr>
        <w:tc>
          <w:tcPr>
            <w:tcW w:w="576" w:type="dxa"/>
          </w:tcPr>
          <w:p w:rsidR="005A1040" w:rsidRPr="00B26F16" w:rsidRDefault="005A1040" w:rsidP="00BF7A86">
            <w:pPr>
              <w:spacing w:before="71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134.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64" w:lineRule="auto"/>
              <w:ind w:left="162" w:right="181" w:hanging="96"/>
              <w:rPr>
                <w:sz w:val="24"/>
              </w:rPr>
            </w:pPr>
            <w:r w:rsidRPr="00B26F16">
              <w:rPr>
                <w:sz w:val="24"/>
              </w:rPr>
              <w:t>Текстовые задачи. Задачи на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зависимости.</w:t>
            </w:r>
            <w:r w:rsidRPr="00B26F16">
              <w:rPr>
                <w:spacing w:val="3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1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685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135.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3" w:lineRule="auto"/>
              <w:ind w:left="4" w:right="146"/>
              <w:rPr>
                <w:sz w:val="24"/>
              </w:rPr>
            </w:pPr>
            <w:r w:rsidRPr="00B26F16">
              <w:rPr>
                <w:sz w:val="24"/>
              </w:rPr>
              <w:t>Пространственные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отношения и геометрические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фигуры.</w:t>
            </w:r>
            <w:r w:rsidRPr="00B26F16">
              <w:rPr>
                <w:spacing w:val="-3"/>
                <w:sz w:val="24"/>
              </w:rPr>
              <w:t xml:space="preserve"> </w:t>
            </w:r>
            <w:r w:rsidRPr="00B26F16">
              <w:rPr>
                <w:sz w:val="24"/>
              </w:rPr>
              <w:t>Измерение</w:t>
            </w:r>
            <w:r w:rsidRPr="00B26F16">
              <w:rPr>
                <w:spacing w:val="-10"/>
                <w:sz w:val="24"/>
              </w:rPr>
              <w:t xml:space="preserve"> </w:t>
            </w:r>
            <w:r w:rsidRPr="00B26F16">
              <w:rPr>
                <w:sz w:val="24"/>
              </w:rPr>
              <w:t>площади.</w:t>
            </w:r>
          </w:p>
          <w:p w:rsidR="005A1040" w:rsidRPr="00B26F16" w:rsidRDefault="005A1040" w:rsidP="00BF7A86">
            <w:pPr>
              <w:spacing w:before="50"/>
              <w:ind w:left="76"/>
              <w:rPr>
                <w:sz w:val="24"/>
              </w:rPr>
            </w:pP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76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1492"/>
        </w:trPr>
        <w:tc>
          <w:tcPr>
            <w:tcW w:w="576" w:type="dxa"/>
          </w:tcPr>
          <w:p w:rsidR="005A1040" w:rsidRPr="00B26F16" w:rsidRDefault="005A1040" w:rsidP="00BF7A86">
            <w:pPr>
              <w:spacing w:before="75"/>
              <w:ind w:left="56" w:right="49"/>
              <w:jc w:val="center"/>
              <w:rPr>
                <w:sz w:val="24"/>
              </w:rPr>
            </w:pPr>
            <w:r w:rsidRPr="00B26F16">
              <w:rPr>
                <w:sz w:val="24"/>
              </w:rPr>
              <w:t>136.</w:t>
            </w:r>
          </w:p>
        </w:tc>
        <w:tc>
          <w:tcPr>
            <w:tcW w:w="3218" w:type="dxa"/>
          </w:tcPr>
          <w:p w:rsidR="005A1040" w:rsidRPr="00B26F16" w:rsidRDefault="005A1040" w:rsidP="00BF7A86">
            <w:pPr>
              <w:spacing w:before="85" w:line="276" w:lineRule="auto"/>
              <w:ind w:left="4" w:right="446"/>
              <w:rPr>
                <w:sz w:val="24"/>
              </w:rPr>
            </w:pPr>
            <w:r w:rsidRPr="00B26F16">
              <w:rPr>
                <w:sz w:val="24"/>
              </w:rPr>
              <w:t>Математическая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информация. Работа с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информацией.</w:t>
            </w:r>
            <w:r w:rsidRPr="00B26F16">
              <w:rPr>
                <w:spacing w:val="-7"/>
                <w:sz w:val="24"/>
              </w:rPr>
              <w:t xml:space="preserve"> </w:t>
            </w:r>
            <w:r w:rsidRPr="00B26F16">
              <w:rPr>
                <w:sz w:val="24"/>
              </w:rPr>
              <w:t>Повторение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667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168" w:type="dxa"/>
          </w:tcPr>
          <w:p w:rsidR="005A1040" w:rsidRPr="00B26F16" w:rsidRDefault="005A1040" w:rsidP="00BF7A86">
            <w:pPr>
              <w:rPr>
                <w:sz w:val="24"/>
              </w:rPr>
            </w:pPr>
          </w:p>
        </w:tc>
        <w:tc>
          <w:tcPr>
            <w:tcW w:w="1577" w:type="dxa"/>
          </w:tcPr>
          <w:p w:rsidR="005A1040" w:rsidRPr="00B26F16" w:rsidRDefault="005A1040" w:rsidP="00BF7A86">
            <w:pPr>
              <w:spacing w:before="85" w:line="280" w:lineRule="auto"/>
              <w:ind w:left="67" w:right="157"/>
              <w:rPr>
                <w:sz w:val="24"/>
              </w:rPr>
            </w:pPr>
            <w:r w:rsidRPr="00B26F16">
              <w:rPr>
                <w:sz w:val="24"/>
              </w:rPr>
              <w:t>Устный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опрос;</w:t>
            </w:r>
            <w:r w:rsidRPr="00B26F16">
              <w:rPr>
                <w:spacing w:val="1"/>
                <w:sz w:val="24"/>
              </w:rPr>
              <w:t xml:space="preserve"> </w:t>
            </w:r>
            <w:r w:rsidRPr="00B26F16">
              <w:rPr>
                <w:sz w:val="24"/>
              </w:rPr>
              <w:t>Письменный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контроль;</w:t>
            </w:r>
          </w:p>
        </w:tc>
      </w:tr>
      <w:tr w:rsidR="005A1040" w:rsidRPr="00B26F16" w:rsidTr="00BF7A86">
        <w:trPr>
          <w:trHeight w:val="801"/>
        </w:trPr>
        <w:tc>
          <w:tcPr>
            <w:tcW w:w="3794" w:type="dxa"/>
            <w:gridSpan w:val="2"/>
          </w:tcPr>
          <w:p w:rsidR="005A1040" w:rsidRPr="00B26F16" w:rsidRDefault="005A1040" w:rsidP="00BF7A86">
            <w:pPr>
              <w:spacing w:before="85" w:line="268" w:lineRule="auto"/>
              <w:ind w:left="76" w:right="300"/>
              <w:rPr>
                <w:sz w:val="24"/>
              </w:rPr>
            </w:pPr>
            <w:r w:rsidRPr="00B26F16">
              <w:rPr>
                <w:sz w:val="24"/>
              </w:rPr>
              <w:t>ОБЩЕЕ</w:t>
            </w:r>
            <w:r w:rsidRPr="00B26F16">
              <w:rPr>
                <w:spacing w:val="-6"/>
                <w:sz w:val="24"/>
              </w:rPr>
              <w:t xml:space="preserve"> </w:t>
            </w:r>
            <w:r w:rsidRPr="00B26F16">
              <w:rPr>
                <w:sz w:val="24"/>
              </w:rPr>
              <w:t>КОЛИЧЕСТВО</w:t>
            </w:r>
            <w:r w:rsidRPr="00B26F16">
              <w:rPr>
                <w:spacing w:val="-8"/>
                <w:sz w:val="24"/>
              </w:rPr>
              <w:t xml:space="preserve"> </w:t>
            </w:r>
            <w:r w:rsidRPr="00B26F16">
              <w:rPr>
                <w:sz w:val="24"/>
              </w:rPr>
              <w:t>ЧАСОВ</w:t>
            </w:r>
            <w:r w:rsidRPr="00B26F16">
              <w:rPr>
                <w:spacing w:val="-57"/>
                <w:sz w:val="24"/>
              </w:rPr>
              <w:t xml:space="preserve"> </w:t>
            </w:r>
            <w:r w:rsidRPr="00B26F16">
              <w:rPr>
                <w:sz w:val="24"/>
              </w:rPr>
              <w:t>ПО ПРОГРАММЕ</w:t>
            </w:r>
          </w:p>
        </w:tc>
        <w:tc>
          <w:tcPr>
            <w:tcW w:w="735" w:type="dxa"/>
          </w:tcPr>
          <w:p w:rsidR="005A1040" w:rsidRPr="00B26F16" w:rsidRDefault="005A1040" w:rsidP="00BF7A86">
            <w:pPr>
              <w:spacing w:before="75"/>
              <w:ind w:left="76"/>
              <w:rPr>
                <w:sz w:val="24"/>
              </w:rPr>
            </w:pPr>
            <w:r w:rsidRPr="00B26F16">
              <w:rPr>
                <w:sz w:val="24"/>
              </w:rPr>
              <w:t>136</w:t>
            </w:r>
          </w:p>
        </w:tc>
        <w:tc>
          <w:tcPr>
            <w:tcW w:w="1624" w:type="dxa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9</w:t>
            </w:r>
          </w:p>
        </w:tc>
        <w:tc>
          <w:tcPr>
            <w:tcW w:w="4412" w:type="dxa"/>
            <w:gridSpan w:val="3"/>
          </w:tcPr>
          <w:p w:rsidR="005A1040" w:rsidRPr="00B26F16" w:rsidRDefault="005A1040" w:rsidP="00BF7A86">
            <w:pPr>
              <w:rPr>
                <w:sz w:val="24"/>
              </w:rPr>
            </w:pPr>
            <w:r>
              <w:rPr>
                <w:sz w:val="24"/>
              </w:rPr>
              <w:t xml:space="preserve"> 11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24"/>
        </w:rPr>
        <w:sectPr w:rsidR="005A1040" w:rsidRPr="005A1040">
          <w:pgSz w:w="11900" w:h="16840"/>
          <w:pgMar w:top="560" w:right="560" w:bottom="280" w:left="560" w:header="720" w:footer="720" w:gutter="0"/>
          <w:cols w:space="720"/>
        </w:sectPr>
      </w:pPr>
    </w:p>
    <w:p w:rsidR="005A1040" w:rsidRPr="005A1040" w:rsidRDefault="005A1040" w:rsidP="005A1040">
      <w:pPr>
        <w:pStyle w:val="a7"/>
        <w:spacing w:before="80"/>
        <w:ind w:left="610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D4EFA22" wp14:editId="79DE9D3A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306FA" id="Прямоугольник 4" o:spid="_x0000_s1026" style="position:absolute;margin-left:33.3pt;margin-top:17.65pt;width:775.65pt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 w:rsidRPr="005A1040">
        <w:rPr>
          <w:b/>
          <w:sz w:val="19"/>
        </w:rPr>
        <w:t>ТЕМАТИЧЕСКОЕ</w:t>
      </w:r>
      <w:r w:rsidRPr="005A1040">
        <w:rPr>
          <w:b/>
          <w:spacing w:val="9"/>
          <w:sz w:val="19"/>
        </w:rPr>
        <w:t xml:space="preserve"> </w:t>
      </w:r>
      <w:r w:rsidRPr="005A1040">
        <w:rPr>
          <w:b/>
          <w:sz w:val="19"/>
        </w:rPr>
        <w:t>ПЛАНИРОВАНИЕ</w:t>
      </w:r>
      <w:r>
        <w:rPr>
          <w:b/>
          <w:sz w:val="19"/>
        </w:rPr>
        <w:t xml:space="preserve"> 4 класс</w:t>
      </w:r>
    </w:p>
    <w:p w:rsidR="005A1040" w:rsidRDefault="005A1040" w:rsidP="005A1040">
      <w:pPr>
        <w:pStyle w:val="a5"/>
        <w:ind w:left="610"/>
        <w:rPr>
          <w:b/>
          <w:sz w:val="20"/>
        </w:rPr>
      </w:pPr>
    </w:p>
    <w:p w:rsidR="005A1040" w:rsidRDefault="005A1040" w:rsidP="005A1040">
      <w:pPr>
        <w:pStyle w:val="a5"/>
        <w:spacing w:before="7" w:after="1"/>
        <w:ind w:left="61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2965"/>
        <w:gridCol w:w="1236"/>
        <w:gridCol w:w="1380"/>
      </w:tblGrid>
      <w:tr w:rsidR="005A1040" w:rsidTr="00BF7A86">
        <w:trPr>
          <w:trHeight w:val="333"/>
        </w:trPr>
        <w:tc>
          <w:tcPr>
            <w:tcW w:w="396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5883" w:type="dxa"/>
            <w:vMerge w:val="restart"/>
          </w:tcPr>
          <w:p w:rsidR="005A1040" w:rsidRDefault="005A1040" w:rsidP="00BF7A86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5A1040" w:rsidRDefault="005A1040" w:rsidP="00BF7A8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2965" w:type="dxa"/>
            <w:vMerge w:val="restart"/>
          </w:tcPr>
          <w:p w:rsidR="005A1040" w:rsidRDefault="005A1040" w:rsidP="00BF7A86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5A1040" w:rsidRDefault="005A1040" w:rsidP="00BF7A86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5A1040" w:rsidTr="00BF7A86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883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74" w:line="266" w:lineRule="auto"/>
              <w:ind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2965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5A1040" w:rsidRDefault="005A1040" w:rsidP="00BF7A86">
            <w:pPr>
              <w:rPr>
                <w:sz w:val="2"/>
                <w:szCs w:val="2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Числа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пределах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миллиона: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чтение,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поразрядное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сравнение,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965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Упражнения: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упорядочение.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w w:val="105"/>
                <w:sz w:val="15"/>
              </w:rPr>
              <w:t>письменная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числами: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rPr>
                <w:sz w:val="15"/>
              </w:rPr>
            </w:pP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виде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суммы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разрядных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слагаемых;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разряды;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заданными;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свойствами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(число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разрядных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65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8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чётность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Число,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большее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меньшее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данного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разрядных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rPr>
                <w:sz w:val="15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2965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74" w:line="163" w:lineRule="exact"/>
              <w:ind w:left="80"/>
              <w:rPr>
                <w:sz w:val="15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единиц,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характеристика</w:t>
            </w:r>
          </w:p>
          <w:p w:rsidR="005A1040" w:rsidRPr="00074602" w:rsidRDefault="005A1040" w:rsidP="00BF7A86"/>
          <w:p w:rsidR="005A1040" w:rsidRPr="00074602" w:rsidRDefault="005A1040" w:rsidP="00BF7A86"/>
          <w:p w:rsidR="005A1040" w:rsidRPr="00074602" w:rsidRDefault="005A1040" w:rsidP="00BF7A86"/>
          <w:p w:rsidR="005A1040" w:rsidRPr="00074602" w:rsidRDefault="005A1040" w:rsidP="00BF7A86"/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Pr="005D6366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49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50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классов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разрядов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формулирование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истинности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утверждения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обладающего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свойством.;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числа:;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чётное/нечётное;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круглое;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трёх-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(четырёх-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пяти-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шести-)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значное;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ведение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математических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2965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8" w:line="163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записей;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965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8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617"/>
        <w:gridCol w:w="3212"/>
        <w:gridCol w:w="1236"/>
        <w:gridCol w:w="1380"/>
      </w:tblGrid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Свойства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многозначного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числа.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617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</w:p>
        </w:tc>
        <w:tc>
          <w:tcPr>
            <w:tcW w:w="3212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парах/группах.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55" w:right="45"/>
              <w:rPr>
                <w:sz w:val="15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Упорядочение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многозначных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Классификация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одному-двум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основаниям.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Запись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</w:p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  <w:p w:rsidR="005A1040" w:rsidRPr="00C47E97" w:rsidRDefault="005A1040" w:rsidP="00BF7A86"/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Pr="005D6366" w:rsidRDefault="002A34AC" w:rsidP="00BF7A86">
            <w:pPr>
              <w:spacing w:before="61" w:line="266" w:lineRule="auto"/>
              <w:ind w:left="81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1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ind w:left="81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52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чисел.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ряд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left="79"/>
              <w:rPr>
                <w:sz w:val="15"/>
              </w:rPr>
            </w:pP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пропусков;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чисел.;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258"/>
        </w:trPr>
        <w:tc>
          <w:tcPr>
            <w:tcW w:w="39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5883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Дополнение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</w:t>
            </w:r>
            <w:r>
              <w:rPr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круглого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числа.</w:t>
            </w:r>
          </w:p>
        </w:tc>
        <w:tc>
          <w:tcPr>
            <w:tcW w:w="528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617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ind w:right="45"/>
              <w:rPr>
                <w:sz w:val="15"/>
              </w:rPr>
            </w:pPr>
          </w:p>
        </w:tc>
        <w:tc>
          <w:tcPr>
            <w:tcW w:w="3212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z w:val="15"/>
              </w:rPr>
              <w:t>Контрольная работа</w:t>
            </w:r>
          </w:p>
        </w:tc>
        <w:tc>
          <w:tcPr>
            <w:tcW w:w="1236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  <w:tcBorders>
              <w:bottom w:val="nil"/>
            </w:tcBorders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https://resh.edu.ru/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ind w:right="45"/>
              <w:jc w:val="center"/>
              <w:rPr>
                <w:sz w:val="15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продолжение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ряда;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пропусков;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ряду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883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617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</w:p>
        </w:tc>
        <w:tc>
          <w:tcPr>
            <w:tcW w:w="1236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5A1040" w:rsidTr="00BF7A86">
        <w:trPr>
          <w:trHeight w:val="267"/>
        </w:trPr>
        <w:tc>
          <w:tcPr>
            <w:tcW w:w="39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883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617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 w:line="171" w:lineRule="exact"/>
              <w:rPr>
                <w:sz w:val="15"/>
              </w:rPr>
            </w:pPr>
            <w:r>
              <w:rPr>
                <w:w w:val="105"/>
                <w:sz w:val="15"/>
              </w:rPr>
              <w:t>ряду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</w:tc>
        <w:tc>
          <w:tcPr>
            <w:tcW w:w="1236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11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528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Величины: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сравнение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объектов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площади,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вместимости.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831"/>
              <w:rPr>
                <w:sz w:val="15"/>
              </w:rPr>
            </w:pPr>
            <w:r>
              <w:rPr>
                <w:w w:val="105"/>
                <w:sz w:val="15"/>
              </w:rPr>
              <w:t>Обсуждение;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603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характеризующих;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процесс движения;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(скорость;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время;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201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расстояние);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0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(производительность;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время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433"/>
              <w:rPr>
                <w:sz w:val="15"/>
              </w:rPr>
            </w:pPr>
            <w:r>
              <w:rPr>
                <w:w w:val="105"/>
                <w:sz w:val="15"/>
              </w:rPr>
              <w:t>объём работ).;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зависимостей между;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величинами.;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Упорядочение по;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скорости;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5"/>
                <w:sz w:val="15"/>
              </w:rPr>
              <w:t>времени;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массе.;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3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54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406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массы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центнер,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тонна;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единицами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43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 схемы;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12"/>
              <w:rPr>
                <w:sz w:val="15"/>
              </w:rPr>
            </w:pPr>
            <w:r>
              <w:rPr>
                <w:w w:val="105"/>
                <w:sz w:val="15"/>
              </w:rPr>
              <w:t>работы.;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6"/>
              <w:rPr>
                <w:sz w:val="15"/>
              </w:rPr>
            </w:pPr>
            <w:r>
              <w:rPr>
                <w:w w:val="105"/>
                <w:sz w:val="15"/>
              </w:rPr>
              <w:t>пошаговый переход от;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более крупных единиц;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более мелким.;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Практические </w:t>
            </w:r>
            <w:r>
              <w:rPr>
                <w:w w:val="105"/>
                <w:sz w:val="15"/>
              </w:rPr>
              <w:t>работы:;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 величин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 действий;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(увеличение/уменьшен;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на/в)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величинами;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406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времени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(сутки,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неделя,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месяц,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ними.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Календарь.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43"/>
              <w:rPr>
                <w:sz w:val="15"/>
              </w:rPr>
            </w:pPr>
            <w:r>
              <w:rPr>
                <w:w w:val="105"/>
                <w:sz w:val="15"/>
              </w:rPr>
              <w:t>Моделирование:;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 схемы;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12"/>
              <w:rPr>
                <w:sz w:val="15"/>
              </w:rPr>
            </w:pPr>
            <w:r>
              <w:rPr>
                <w:w w:val="105"/>
                <w:sz w:val="15"/>
              </w:rPr>
              <w:t>работы.;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единицах;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6"/>
              <w:rPr>
                <w:sz w:val="15"/>
              </w:rPr>
            </w:pPr>
            <w:r>
              <w:rPr>
                <w:w w:val="105"/>
                <w:sz w:val="15"/>
              </w:rPr>
              <w:t>пошаговый переход от;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более крупных единиц;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 более мелким.;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Практические </w:t>
            </w:r>
            <w:r>
              <w:rPr>
                <w:w w:val="105"/>
                <w:sz w:val="15"/>
              </w:rPr>
              <w:t>работы:;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 величин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 действий;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(увеличение/уменьшен;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на/в)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величинами.;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5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56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747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Единицы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(миллиметр,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сантиметр,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дециметр,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метр,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километр),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площади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(квадратный метр, квадратный дециметр, квадратный сантиметр),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вместимости (литр), скорости (километры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час, метры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минуту, метры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секунду);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соотношение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между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единицами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3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Дифференцированное;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задание: </w:t>
            </w:r>
            <w:r>
              <w:rPr>
                <w:w w:val="105"/>
                <w:sz w:val="15"/>
              </w:rPr>
              <w:t>оформление;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записи: запись в виде;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равенства;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(неравенства);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кратного;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3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увеличения/уменьшен;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несколько раз.;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Пропедевтика;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исследовательской;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работы: определять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цифровых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аналоговых </w:t>
            </w:r>
            <w:r>
              <w:rPr>
                <w:w w:val="105"/>
                <w:sz w:val="15"/>
              </w:rPr>
              <w:t>приборов;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массу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предмета;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9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температуру;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воды;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воздуха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помещении);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06"/>
              <w:rPr>
                <w:sz w:val="15"/>
              </w:rPr>
            </w:pPr>
            <w:r>
              <w:rPr>
                <w:w w:val="105"/>
                <w:sz w:val="15"/>
              </w:rPr>
              <w:t>скорость движения;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транспортного;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сосудов вместимость;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прикидку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7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58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87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величины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массы,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80"/>
              <w:rPr>
                <w:sz w:val="15"/>
              </w:rPr>
            </w:pPr>
            <w:r>
              <w:rPr>
                <w:w w:val="105"/>
                <w:sz w:val="15"/>
              </w:rPr>
              <w:t>Выбор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 единицы;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доли;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содержательного;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смысла.;;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Арифметические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424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Письменное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сложение,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вычитание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многозначных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миллиона.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 устные;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 ста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случаях;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592"/>
              <w:rPr>
                <w:sz w:val="15"/>
              </w:rPr>
            </w:pPr>
            <w:r>
              <w:rPr>
                <w:w w:val="105"/>
                <w:sz w:val="15"/>
              </w:rPr>
              <w:t>сводимых 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вычислениям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пределах ста.;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Комментирование;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выполнения;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по;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алгоритму;</w:t>
            </w:r>
          </w:p>
          <w:p w:rsidR="005A1040" w:rsidRDefault="005A1040" w:rsidP="00BF7A86">
            <w:pPr>
              <w:pStyle w:val="TableParagraph"/>
              <w:spacing w:before="7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647"/>
              <w:rPr>
                <w:sz w:val="15"/>
              </w:rPr>
            </w:pPr>
            <w:r>
              <w:rPr>
                <w:w w:val="105"/>
                <w:sz w:val="15"/>
              </w:rPr>
              <w:t>нахождения;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неизвестного;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59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60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676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Письменное умножение, деление многозначных чисел на однозначное/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двузначное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остатком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(запись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уголком)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93"/>
              <w:rPr>
                <w:sz w:val="15"/>
              </w:rPr>
            </w:pPr>
            <w:r>
              <w:rPr>
                <w:w w:val="105"/>
                <w:sz w:val="15"/>
              </w:rPr>
              <w:t>Учебный диалог:;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допустимого;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 действия;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 основе зависимости;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 компонентами;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результатом;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(сложения;</w:t>
            </w:r>
          </w:p>
          <w:p w:rsidR="005A1040" w:rsidRDefault="005A1040" w:rsidP="00BF7A86">
            <w:pPr>
              <w:pStyle w:val="TableParagraph"/>
              <w:spacing w:before="6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вычитания;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0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умножения;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деления).;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7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Упражнения: прогнозирование;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возможных ошибок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930"/>
              <w:rPr>
                <w:sz w:val="15"/>
              </w:rPr>
            </w:pPr>
            <w:r>
              <w:rPr>
                <w:w w:val="105"/>
                <w:sz w:val="15"/>
              </w:rPr>
              <w:t>алгоритму;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неизвестного;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6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арифметического;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2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Задания на проведение;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самоконтроля.;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хода;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(соответствие;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алгоритму;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5"/>
                <w:sz w:val="15"/>
              </w:rPr>
              <w:t>частные;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286"/>
              <w:rPr>
                <w:sz w:val="15"/>
              </w:rPr>
            </w:pPr>
            <w:r>
              <w:rPr>
                <w:w w:val="105"/>
                <w:sz w:val="15"/>
              </w:rPr>
              <w:t>случаи выполнения;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1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62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Умножение/деление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4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Умножение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деление;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круглых чисел (в том;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334"/>
              <w:rPr>
                <w:sz w:val="15"/>
              </w:rPr>
            </w:pPr>
            <w:r>
              <w:rPr>
                <w:w w:val="105"/>
                <w:sz w:val="15"/>
              </w:rPr>
              <w:t>352281, Краснодарский край,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Отрадненский р-н, Отрадненский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районст-ца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Спокойнаяул.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Советская3;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2407"/>
              <w:rPr>
                <w:sz w:val="15"/>
              </w:rPr>
            </w:pPr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1000).;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4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букв;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обозначения;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56"/>
              <w:rPr>
                <w:sz w:val="15"/>
              </w:rPr>
            </w:pPr>
            <w:r>
              <w:rPr>
                <w:w w:val="105"/>
                <w:sz w:val="15"/>
              </w:rPr>
              <w:t>неизвестного;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компонента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3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64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148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Свойства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арифметических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применение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вычислений.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7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Применение приёмов;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77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55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действий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563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Поиск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значения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числового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выражения,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содержащего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несколько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пределах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100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000.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8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Проверка хода (соответствие </w:t>
            </w:r>
            <w:r>
              <w:rPr>
                <w:w w:val="105"/>
                <w:sz w:val="15"/>
              </w:rPr>
              <w:t>алгоритму,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случаи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334"/>
              <w:rPr>
                <w:sz w:val="15"/>
              </w:rPr>
            </w:pPr>
            <w:r>
              <w:rPr>
                <w:w w:val="105"/>
                <w:sz w:val="15"/>
              </w:rPr>
              <w:t>Применение приёмов устных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вычислений, основанных на знании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арифметических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Проверка правильности нахождения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числового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 правила установления порядка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действий, алгоритмы 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арифметических действий, прикидку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результата);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примеров,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иллюстрирующих смысл и ход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выполнения арифметических </w:t>
            </w:r>
            <w:r>
              <w:rPr>
                <w:w w:val="105"/>
                <w:sz w:val="15"/>
              </w:rPr>
              <w:t>действий,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5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66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Проверка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результата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вычислений,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калькулятора.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Прикидка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вычисления;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(реальность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126"/>
              <w:rPr>
                <w:sz w:val="15"/>
              </w:rPr>
            </w:pPr>
            <w:r>
              <w:rPr>
                <w:w w:val="105"/>
                <w:sz w:val="15"/>
              </w:rPr>
              <w:t>прикидка;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последняя;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цифра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обратное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калькулятора);;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110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35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Равенство, содержащее неизвестный компонент арифметического </w:t>
            </w:r>
            <w:r>
              <w:rPr>
                <w:b/>
                <w:w w:val="105"/>
                <w:sz w:val="15"/>
              </w:rPr>
              <w:t>действия: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запись,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нахождение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неизвестного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компонента.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букв;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обозначения;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чисел;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5"/>
              <w:rPr>
                <w:sz w:val="15"/>
              </w:rPr>
            </w:pPr>
            <w:r>
              <w:rPr>
                <w:w w:val="105"/>
                <w:sz w:val="15"/>
              </w:rPr>
              <w:t>неизвестного;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компонента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действия;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Письменный;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71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3.8.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Умножение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однозначное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560"/>
              <w:rPr>
                <w:sz w:val="15"/>
              </w:rPr>
            </w:pPr>
            <w:r>
              <w:rPr>
                <w:w w:val="105"/>
                <w:sz w:val="15"/>
              </w:rPr>
              <w:t>Задания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самоконтроля;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37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Текстовые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задачи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152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 с текстовой задачей, решение которой содержит 2—3 действия: анализ,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представление на </w:t>
            </w:r>
            <w:r>
              <w:rPr>
                <w:b/>
                <w:w w:val="105"/>
                <w:sz w:val="15"/>
              </w:rPr>
              <w:t>модели; планирование и запись решения; проверка решения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ответа.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Моделирование текста;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геометрических;</w:t>
            </w:r>
          </w:p>
          <w:p w:rsidR="005A1040" w:rsidRDefault="005A1040" w:rsidP="00BF7A86">
            <w:pPr>
              <w:pStyle w:val="TableParagraph"/>
              <w:spacing w:before="3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9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206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Анализ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зависимостей,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характеризующих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процессы: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движения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(скорость,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время,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пройденный путь), работы </w:t>
            </w:r>
            <w:r>
              <w:rPr>
                <w:b/>
                <w:w w:val="105"/>
                <w:sz w:val="15"/>
              </w:rPr>
              <w:t>(производительность, время, объём работы), купли-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продажи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(цена,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количество,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стоимость)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соответствующих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способа;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формы записи;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логичности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18"/>
              <w:rPr>
                <w:sz w:val="15"/>
              </w:rPr>
            </w:pPr>
            <w:r>
              <w:rPr>
                <w:w w:val="105"/>
                <w:sz w:val="15"/>
              </w:rPr>
              <w:t>Выбор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599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Задачи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установление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времени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(начало,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продолжительность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окончание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события),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расчёта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количества,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расхода,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изменения.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1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способа;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8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формы записи;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реальности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логичности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18"/>
              <w:rPr>
                <w:sz w:val="15"/>
              </w:rPr>
            </w:pPr>
            <w:r>
              <w:rPr>
                <w:w w:val="105"/>
                <w:sz w:val="15"/>
              </w:rPr>
              <w:t>Выбор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 задач.;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7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Решениеспособом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2—3;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5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Комментирование;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этапов решения;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арифметическим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7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68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67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Задачи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нахождение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величины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доле.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 работа:;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доли;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2056"/>
              <w:rPr>
                <w:sz w:val="15"/>
              </w:rPr>
            </w:pPr>
            <w:r>
              <w:rPr>
                <w:w w:val="105"/>
                <w:sz w:val="15"/>
              </w:rPr>
              <w:t>величины;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доле;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31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некоторых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34"/>
              <w:rPr>
                <w:sz w:val="15"/>
              </w:rPr>
            </w:pPr>
            <w:r>
              <w:rPr>
                <w:w w:val="105"/>
                <w:sz w:val="15"/>
              </w:rPr>
              <w:t>Оформление;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записи: полная </w:t>
            </w:r>
            <w:r>
              <w:rPr>
                <w:w w:val="105"/>
                <w:sz w:val="15"/>
              </w:rPr>
              <w:t>запись;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 текстовой;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 (модель;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 по;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действиям;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5"/>
                <w:sz w:val="15"/>
              </w:rPr>
              <w:t>по;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446"/>
              <w:rPr>
                <w:sz w:val="15"/>
              </w:rPr>
            </w:pPr>
            <w:r>
              <w:rPr>
                <w:w w:val="105"/>
                <w:sz w:val="15"/>
              </w:rPr>
              <w:t>вопросам или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 числового;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ответа).;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407"/>
              <w:rPr>
                <w:sz w:val="15"/>
              </w:rPr>
            </w:pPr>
            <w:r>
              <w:rPr>
                <w:w w:val="105"/>
                <w:sz w:val="15"/>
              </w:rPr>
              <w:t>Разные записи;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69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70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02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Оформление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действиям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пояснением,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вопросам,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числового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выражения.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778"/>
              <w:rPr>
                <w:sz w:val="15"/>
              </w:rPr>
            </w:pPr>
            <w:r>
              <w:rPr>
                <w:sz w:val="15"/>
              </w:rPr>
              <w:t>Оформление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математической;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записи: полная запись;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текстовой;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80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задачи (модель;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 по;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действиям;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по;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446"/>
              <w:rPr>
                <w:sz w:val="15"/>
              </w:rPr>
            </w:pPr>
            <w:r>
              <w:rPr>
                <w:w w:val="105"/>
                <w:sz w:val="15"/>
              </w:rPr>
              <w:t>вопросам или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помощью числового;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ответа).;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407"/>
              <w:rPr>
                <w:sz w:val="15"/>
              </w:rPr>
            </w:pPr>
            <w:r>
              <w:rPr>
                <w:w w:val="105"/>
                <w:sz w:val="15"/>
              </w:rPr>
              <w:t>Разные записи;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21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Пространственные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отношения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2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геометрические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</w:t>
            </w:r>
          </w:p>
        </w:tc>
      </w:tr>
      <w:tr w:rsidR="005A1040" w:rsidTr="00BF7A86">
        <w:trPr>
          <w:trHeight w:val="148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Наглядные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представления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симметрии.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имеющие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ось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симметрии.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65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окружающего мира:;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сопоставление их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формами;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1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72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272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Окружность,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круг: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распознавание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изображение;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построение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окружности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радиуса.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Конструирование;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9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симметрии;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5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построение окружности </w:t>
            </w:r>
            <w:r>
              <w:rPr>
                <w:w w:val="105"/>
                <w:sz w:val="15"/>
              </w:rPr>
              <w:t>заданного;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радиуса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18"/>
              <w:rPr>
                <w:sz w:val="15"/>
              </w:rPr>
            </w:pPr>
            <w:r>
              <w:rPr>
                <w:w w:val="105"/>
                <w:sz w:val="15"/>
              </w:rPr>
              <w:t>циркуля;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заданными;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57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 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3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Default="005A1040" w:rsidP="00BF7A86"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74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  <w:p w:rsidR="005A1040" w:rsidRPr="005D6366" w:rsidRDefault="005A1040" w:rsidP="00BF7A86">
            <w:pPr>
              <w:jc w:val="center"/>
            </w:pPr>
          </w:p>
        </w:tc>
      </w:tr>
      <w:tr w:rsidR="005A1040" w:rsidTr="00BF7A86">
        <w:trPr>
          <w:trHeight w:val="379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Построение изученных геометрических </w:t>
            </w:r>
            <w:r>
              <w:rPr>
                <w:b/>
                <w:w w:val="105"/>
                <w:sz w:val="15"/>
              </w:rPr>
              <w:t>фигур с помощью линейки, угольника,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циркуля.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 диалог:;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называние;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4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фигур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(прямой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угол);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(периметр;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07"/>
              <w:rPr>
                <w:sz w:val="15"/>
              </w:rPr>
            </w:pPr>
            <w:r>
              <w:rPr>
                <w:w w:val="105"/>
                <w:sz w:val="15"/>
              </w:rPr>
              <w:t>площадь).;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 информации 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фигурах и их моделях;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окружающем.;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одному-двум;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2830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Пространственные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геометрические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(тела):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шар,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куб,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цилиндр,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конус,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пирамида;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различение,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называние.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58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поиска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геометрических;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311"/>
              <w:rPr>
                <w:sz w:val="15"/>
              </w:rPr>
            </w:pPr>
            <w:r>
              <w:rPr>
                <w:w w:val="105"/>
                <w:sz w:val="15"/>
              </w:rPr>
              <w:t>фигурах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моделяхв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окружающем.;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07"/>
              <w:rPr>
                <w:sz w:val="15"/>
              </w:rPr>
            </w:pPr>
            <w:r>
              <w:rPr>
                <w:w w:val="105"/>
                <w:sz w:val="15"/>
              </w:rPr>
              <w:t>классификацию;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геометрических фигур;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одному-двум;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 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263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79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Конструирование: разбиение фигуры на прямоугольники </w:t>
            </w:r>
            <w:r>
              <w:rPr>
                <w:b/>
                <w:w w:val="105"/>
                <w:sz w:val="15"/>
              </w:rPr>
              <w:t>(квадраты),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фигур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прямоугольников/квадратов.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 работы:;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 площади;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составленной;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408"/>
              <w:rPr>
                <w:sz w:val="15"/>
              </w:rPr>
            </w:pPr>
            <w:r>
              <w:rPr>
                <w:w w:val="105"/>
                <w:sz w:val="15"/>
              </w:rPr>
              <w:t>из прямоугольников;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(квадратов);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однородных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величин;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использование свойств;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прямоугольника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квадрата для решения;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5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76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5328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4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Периметр, площадь фигуры, </w:t>
            </w:r>
            <w:r>
              <w:rPr>
                <w:b/>
                <w:w w:val="105"/>
                <w:sz w:val="15"/>
              </w:rPr>
              <w:t>составленной из двух-трёх прямоугольников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(квадратов)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89"/>
              <w:rPr>
                <w:sz w:val="15"/>
              </w:rPr>
            </w:pPr>
            <w:r>
              <w:rPr>
                <w:w w:val="105"/>
                <w:sz w:val="15"/>
              </w:rPr>
              <w:t>Комментирование;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хода и результата;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 информации 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проверка истинности;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утверждений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10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значениях геометрических;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величин.;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280"/>
              <w:rPr>
                <w:sz w:val="15"/>
              </w:rPr>
            </w:pPr>
            <w:r>
              <w:rPr>
                <w:w w:val="105"/>
                <w:sz w:val="15"/>
              </w:rPr>
              <w:t>Упражнения:;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 при;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вычислений периметра;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многоугольника;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720"/>
              <w:rPr>
                <w:sz w:val="15"/>
              </w:rPr>
            </w:pPr>
            <w:r>
              <w:rPr>
                <w:w w:val="105"/>
                <w:sz w:val="15"/>
              </w:rPr>
              <w:t>площади;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прямоугольника;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22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квадрата;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фигуры;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557"/>
              <w:rPr>
                <w:sz w:val="15"/>
              </w:rPr>
            </w:pPr>
            <w:r>
              <w:rPr>
                <w:w w:val="105"/>
                <w:sz w:val="15"/>
              </w:rPr>
              <w:t>составленной из;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прямоугольников.;;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Контрольная;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7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78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57"/>
        </w:trPr>
        <w:tc>
          <w:tcPr>
            <w:tcW w:w="15496" w:type="dxa"/>
            <w:gridSpan w:val="9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6.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Математическая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информация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5712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3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утверждениями: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конструирование,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проверка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истинности;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составление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проверка логических рассуждений при решении задач. Примеры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контрпримеры.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04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комментирование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терминологии.;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предлагаемой;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житейской ситуации.;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 для поиска;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числовыххарактеристик;</w:t>
            </w:r>
          </w:p>
          <w:p w:rsidR="005A1040" w:rsidRDefault="005A1040" w:rsidP="00BF7A86">
            <w:pPr>
              <w:pStyle w:val="TableParagraph"/>
              <w:spacing w:before="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19" w:line="266" w:lineRule="auto"/>
              <w:ind w:right="1303"/>
              <w:rPr>
                <w:sz w:val="15"/>
              </w:rPr>
            </w:pPr>
            <w:r>
              <w:rPr>
                <w:w w:val="105"/>
                <w:sz w:val="15"/>
              </w:rPr>
              <w:t>математических;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отношений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(последовательность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23"/>
              <w:rPr>
                <w:sz w:val="15"/>
              </w:rPr>
            </w:pPr>
            <w:r>
              <w:rPr>
                <w:w w:val="105"/>
                <w:sz w:val="15"/>
              </w:rPr>
              <w:t>положение 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пространстве;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634"/>
              <w:rPr>
                <w:sz w:val="15"/>
              </w:rPr>
            </w:pPr>
            <w:r>
              <w:rPr>
                <w:w w:val="105"/>
                <w:sz w:val="15"/>
              </w:rPr>
              <w:t>и размеры).;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группах:;</w:t>
            </w:r>
          </w:p>
          <w:p w:rsidR="005A1040" w:rsidRDefault="005A1040" w:rsidP="00BF7A86">
            <w:pPr>
              <w:pStyle w:val="TableParagraph"/>
              <w:spacing w:before="2" w:line="266" w:lineRule="auto"/>
              <w:ind w:right="135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 ситуаций;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примеров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контрпримеров.;;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764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6.2.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Данные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реальных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процессах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явлениях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столбчатых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диаграммах,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схемах,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таблицах,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текстах.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Планирование сбора;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 о заданном;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(числе;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величине;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83"/>
              <w:rPr>
                <w:sz w:val="15"/>
              </w:rPr>
            </w:pPr>
            <w:r>
              <w:rPr>
                <w:w w:val="105"/>
                <w:sz w:val="15"/>
              </w:rPr>
              <w:t>геометрической;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фигуре).;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Дифференцированное;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 оформление;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записи. Представление;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предложенной или;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 форме.;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истинности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заданных;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68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 самостоятельно составленных;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утверждений.;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33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Практические работы:;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учебные задачи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точными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приближёнными;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обучения;</w:t>
            </w:r>
          </w:p>
          <w:p w:rsidR="005A1040" w:rsidRDefault="005A1040" w:rsidP="00BF7A86">
            <w:pPr>
              <w:pStyle w:val="TableParagraph"/>
              <w:spacing w:before="5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509"/>
              <w:rPr>
                <w:sz w:val="15"/>
              </w:rPr>
            </w:pPr>
            <w:r>
              <w:rPr>
                <w:w w:val="105"/>
                <w:sz w:val="15"/>
              </w:rPr>
              <w:t>пособиями;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шкал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324"/>
              <w:rPr>
                <w:sz w:val="15"/>
              </w:rPr>
            </w:pPr>
            <w:r>
              <w:rPr>
                <w:w w:val="105"/>
                <w:sz w:val="15"/>
              </w:rPr>
              <w:t>«Применение;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практических;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ситуациях».;;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0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м;</w:t>
            </w:r>
          </w:p>
          <w:p w:rsidR="005A1040" w:rsidRDefault="005A1040" w:rsidP="00BF7A86">
            <w:pPr>
              <w:pStyle w:val="TableParagraph"/>
              <w:spacing w:before="4" w:line="266" w:lineRule="auto"/>
              <w:ind w:right="1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79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80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3815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6.3.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Сбор математических данных 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заданном объекте (числе, величине,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геометрической фигуре). </w:t>
            </w:r>
            <w:r>
              <w:rPr>
                <w:b/>
                <w:w w:val="105"/>
                <w:sz w:val="15"/>
              </w:rPr>
              <w:t>Поиск информации в справочной литературе, сети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324"/>
              <w:rPr>
                <w:sz w:val="15"/>
              </w:rPr>
            </w:pPr>
            <w:r>
              <w:rPr>
                <w:w w:val="105"/>
                <w:sz w:val="15"/>
              </w:rPr>
              <w:t>«Применение;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алгоритмов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практических;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ситуациях».;</w:t>
            </w:r>
          </w:p>
          <w:p w:rsidR="005A1040" w:rsidRDefault="005A1040" w:rsidP="00BF7A86">
            <w:pPr>
              <w:pStyle w:val="TableParagraph"/>
              <w:spacing w:before="3" w:line="266" w:lineRule="auto"/>
              <w:ind w:right="1374"/>
              <w:rPr>
                <w:sz w:val="15"/>
              </w:rPr>
            </w:pPr>
            <w:r>
              <w:rPr>
                <w:w w:val="105"/>
                <w:sz w:val="15"/>
              </w:rPr>
              <w:t>Работа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информацией: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представление;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20" w:line="266" w:lineRule="auto"/>
              <w:ind w:right="1387"/>
              <w:rPr>
                <w:sz w:val="15"/>
              </w:rPr>
            </w:pPr>
            <w:r>
              <w:rPr>
                <w:w w:val="105"/>
                <w:sz w:val="15"/>
              </w:rPr>
              <w:t>формулирование;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вывода относительно;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</w:p>
          <w:p w:rsidR="005A1040" w:rsidRDefault="005A1040" w:rsidP="00BF7A86">
            <w:pPr>
              <w:pStyle w:val="TableParagraph"/>
              <w:spacing w:before="19" w:line="266" w:lineRule="auto"/>
              <w:ind w:right="1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представленных в табличной </w:t>
            </w:r>
            <w:r>
              <w:rPr>
                <w:w w:val="105"/>
                <w:sz w:val="15"/>
              </w:rPr>
              <w:t>форме (на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диаграмме;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схеме;</w:t>
            </w:r>
          </w:p>
          <w:p w:rsidR="005A1040" w:rsidRDefault="005A1040" w:rsidP="00BF7A86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другой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модели).;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Pr="005D6366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81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82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3214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6.4.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Запись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2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предложенной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таблице,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2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столбчатой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диаграмме.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Pr="00B3048B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98"/>
              <w:rPr>
                <w:sz w:val="15"/>
              </w:rPr>
            </w:pPr>
            <w:r>
              <w:rPr>
                <w:w w:val="105"/>
                <w:sz w:val="15"/>
              </w:rPr>
              <w:t>Работа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парах/группах.;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Решение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расчётных;</w:t>
            </w:r>
          </w:p>
          <w:p w:rsidR="005A1040" w:rsidRDefault="005A1040" w:rsidP="00BF7A86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 w:line="266" w:lineRule="auto"/>
              <w:ind w:right="1272"/>
              <w:rPr>
                <w:sz w:val="15"/>
              </w:rPr>
            </w:pPr>
            <w:r>
              <w:rPr>
                <w:w w:val="105"/>
                <w:sz w:val="15"/>
              </w:rPr>
              <w:t>простых;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комбинаторных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логических задач.;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математических;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исследований (таблица;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сложения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умножения;</w:t>
            </w:r>
          </w:p>
          <w:p w:rsidR="005A1040" w:rsidRDefault="005A1040" w:rsidP="00BF7A86">
            <w:pPr>
              <w:pStyle w:val="TableParagraph"/>
              <w:spacing w:before="5" w:line="266" w:lineRule="auto"/>
              <w:ind w:right="2431"/>
              <w:rPr>
                <w:sz w:val="15"/>
              </w:rPr>
            </w:pPr>
            <w:r>
              <w:rPr>
                <w:w w:val="105"/>
                <w:sz w:val="15"/>
              </w:rPr>
              <w:t>ряды;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чисел;</w:t>
            </w:r>
          </w:p>
          <w:p w:rsidR="005A1040" w:rsidRDefault="005A1040" w:rsidP="00BF7A86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закономерности).;;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spacing w:line="266" w:lineRule="auto"/>
        <w:rPr>
          <w:sz w:val="15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883"/>
        <w:gridCol w:w="528"/>
        <w:gridCol w:w="1104"/>
        <w:gridCol w:w="1140"/>
        <w:gridCol w:w="864"/>
        <w:gridCol w:w="2965"/>
        <w:gridCol w:w="1236"/>
        <w:gridCol w:w="1380"/>
      </w:tblGrid>
      <w:tr w:rsidR="005A1040" w:rsidTr="00BF7A86">
        <w:trPr>
          <w:trHeight w:val="4367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6.5.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 w:line="266" w:lineRule="auto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Доступные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средства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обучения,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пособия,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руководством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педагога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самостоятельно.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290"/>
              <w:rPr>
                <w:sz w:val="15"/>
              </w:rPr>
            </w:pPr>
            <w:r>
              <w:rPr>
                <w:w w:val="105"/>
                <w:sz w:val="15"/>
              </w:rPr>
              <w:t>Дифференцированное;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задание: оформление;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математической;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записи. Представление;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предложенной или;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 форме.;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истинности заданных;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самостоятельно;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составленных;</w:t>
            </w:r>
          </w:p>
          <w:p w:rsidR="005A1040" w:rsidRDefault="005A1040" w:rsidP="00BF7A86">
            <w:pPr>
              <w:pStyle w:val="TableParagraph"/>
              <w:spacing w:before="8" w:line="266" w:lineRule="auto"/>
              <w:ind w:right="41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утверждений.Практические работы:;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</w:p>
          <w:p w:rsidR="005A1040" w:rsidRDefault="005A1040" w:rsidP="00BF7A86">
            <w:pPr>
              <w:pStyle w:val="TableParagraph"/>
              <w:spacing w:before="1" w:line="266" w:lineRule="auto"/>
              <w:ind w:right="1400"/>
              <w:rPr>
                <w:sz w:val="15"/>
              </w:rPr>
            </w:pPr>
            <w:r>
              <w:rPr>
                <w:w w:val="105"/>
                <w:sz w:val="15"/>
              </w:rPr>
              <w:t>точными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приближёнными;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обучения;</w:t>
            </w:r>
          </w:p>
          <w:p w:rsidR="005A1040" w:rsidRDefault="005A1040" w:rsidP="00BF7A86">
            <w:pPr>
              <w:pStyle w:val="TableParagraph"/>
              <w:spacing w:before="4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5A1040" w:rsidRDefault="005A1040" w:rsidP="00BF7A86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пособиями;;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  <w:p w:rsidR="005A1040" w:rsidRPr="005D6366" w:rsidRDefault="005A1040" w:rsidP="00BF7A86"/>
          <w:p w:rsidR="005A1040" w:rsidRDefault="005A1040" w:rsidP="00BF7A86"/>
          <w:p w:rsidR="005A1040" w:rsidRPr="005D6366" w:rsidRDefault="002A34AC" w:rsidP="00BF7A86">
            <w:pPr>
              <w:spacing w:before="61" w:line="266" w:lineRule="auto"/>
              <w:rPr>
                <w:rFonts w:ascii="Calibri"/>
                <w:color w:val="0000FF"/>
                <w:sz w:val="16"/>
                <w:u w:val="single" w:color="0000FF"/>
              </w:rPr>
            </w:pPr>
            <w:hyperlink r:id="rId283">
              <w:r w:rsidR="005A1040" w:rsidRPr="005D6366">
                <w:rPr>
                  <w:rFonts w:ascii="Calibri"/>
                  <w:color w:val="0000FF"/>
                  <w:sz w:val="16"/>
                  <w:u w:val="single" w:color="0000FF"/>
                </w:rPr>
                <w:t>https://education.yandex.ru</w:t>
              </w:r>
            </w:hyperlink>
          </w:p>
          <w:p w:rsidR="005A1040" w:rsidRPr="005D6366" w:rsidRDefault="005A1040" w:rsidP="00BF7A86">
            <w:pPr>
              <w:spacing w:before="61" w:line="266" w:lineRule="auto"/>
              <w:rPr>
                <w:sz w:val="15"/>
              </w:rPr>
            </w:pPr>
            <w:r w:rsidRPr="005D6366">
              <w:rPr>
                <w:sz w:val="15"/>
              </w:rPr>
              <w:t>Электронное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приложение</w:t>
            </w:r>
            <w:r w:rsidRPr="005D6366">
              <w:rPr>
                <w:spacing w:val="10"/>
                <w:sz w:val="15"/>
              </w:rPr>
              <w:t xml:space="preserve"> </w:t>
            </w:r>
            <w:r w:rsidRPr="005D6366">
              <w:rPr>
                <w:sz w:val="15"/>
              </w:rPr>
              <w:t>к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учебнику</w:t>
            </w:r>
          </w:p>
          <w:p w:rsidR="005A1040" w:rsidRPr="005D6366" w:rsidRDefault="005A1040" w:rsidP="00BF7A86">
            <w:pPr>
              <w:jc w:val="center"/>
            </w:pPr>
            <w:r w:rsidRPr="005D6366">
              <w:rPr>
                <w:sz w:val="15"/>
              </w:rPr>
              <w:t>«Математика»,</w:t>
            </w:r>
            <w:r w:rsidRPr="005D6366"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 xml:space="preserve">4 </w:t>
            </w:r>
            <w:r w:rsidRPr="005D6366">
              <w:rPr>
                <w:sz w:val="15"/>
              </w:rPr>
              <w:t>класс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(Диск СD),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авторы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Волкова,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С.П.Максимова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единая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коллекция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цифровых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образовательных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ресурсов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(или</w:t>
            </w:r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по</w:t>
            </w:r>
            <w:r w:rsidRPr="005D6366">
              <w:rPr>
                <w:spacing w:val="-35"/>
                <w:sz w:val="15"/>
              </w:rPr>
              <w:t xml:space="preserve"> </w:t>
            </w:r>
            <w:r w:rsidRPr="005D6366">
              <w:rPr>
                <w:sz w:val="15"/>
              </w:rPr>
              <w:t>адресу:</w:t>
            </w:r>
            <w:r w:rsidRPr="005D6366">
              <w:rPr>
                <w:spacing w:val="1"/>
                <w:sz w:val="15"/>
              </w:rPr>
              <w:t xml:space="preserve"> </w:t>
            </w:r>
            <w:hyperlink r:id="rId284">
              <w:r w:rsidRPr="005D6366">
                <w:rPr>
                  <w:sz w:val="15"/>
                </w:rPr>
                <w:t>http://school-</w:t>
              </w:r>
            </w:hyperlink>
            <w:r w:rsidRPr="005D6366">
              <w:rPr>
                <w:spacing w:val="1"/>
                <w:sz w:val="15"/>
              </w:rPr>
              <w:t xml:space="preserve"> </w:t>
            </w:r>
            <w:r w:rsidRPr="005D6366">
              <w:rPr>
                <w:sz w:val="15"/>
              </w:rPr>
              <w:t>collection.edu.ru)</w:t>
            </w:r>
          </w:p>
        </w:tc>
      </w:tr>
      <w:tr w:rsidR="005A1040" w:rsidTr="00BF7A86">
        <w:trPr>
          <w:trHeight w:val="1101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6.6.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безопасной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2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электронными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источниками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43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Применение </w:t>
            </w:r>
            <w:r>
              <w:rPr>
                <w:w w:val="105"/>
                <w:sz w:val="15"/>
              </w:rPr>
              <w:t>правил;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безопасной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электронными;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информации.;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969"/>
        </w:trPr>
        <w:tc>
          <w:tcPr>
            <w:tcW w:w="396" w:type="dxa"/>
          </w:tcPr>
          <w:p w:rsidR="005A1040" w:rsidRDefault="005A1040" w:rsidP="00BF7A86">
            <w:pPr>
              <w:pStyle w:val="TableParagraph"/>
              <w:spacing w:before="64"/>
              <w:ind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6.7.</w:t>
            </w:r>
          </w:p>
        </w:tc>
        <w:tc>
          <w:tcPr>
            <w:tcW w:w="5883" w:type="dxa"/>
          </w:tcPr>
          <w:p w:rsidR="005A1040" w:rsidRDefault="005A1040" w:rsidP="00BF7A86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Алгоритмы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</w:p>
        </w:tc>
        <w:tc>
          <w:tcPr>
            <w:tcW w:w="2965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501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шкал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измерительных;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приборов.;;</w:t>
            </w:r>
          </w:p>
        </w:tc>
        <w:tc>
          <w:tcPr>
            <w:tcW w:w="1236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61"/>
              <w:rPr>
                <w:sz w:val="15"/>
              </w:rPr>
            </w:pPr>
            <w:r>
              <w:rPr>
                <w:w w:val="105"/>
                <w:sz w:val="15"/>
              </w:rPr>
              <w:t>Контрольная;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работа;;</w:t>
            </w:r>
          </w:p>
        </w:tc>
        <w:tc>
          <w:tcPr>
            <w:tcW w:w="1380" w:type="dxa"/>
          </w:tcPr>
          <w:p w:rsidR="005A1040" w:rsidRDefault="005A1040" w:rsidP="00BF7A86">
            <w:pPr>
              <w:pStyle w:val="TableParagraph"/>
              <w:spacing w:before="64" w:line="266" w:lineRule="auto"/>
              <w:ind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8689" w:type="dxa"/>
            <w:gridSpan w:val="6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5A1040" w:rsidTr="00BF7A86">
        <w:trPr>
          <w:trHeight w:val="333"/>
        </w:trPr>
        <w:tc>
          <w:tcPr>
            <w:tcW w:w="6279" w:type="dxa"/>
            <w:gridSpan w:val="2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4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4"/>
                <w:sz w:val="15"/>
              </w:rPr>
              <w:t>12</w:t>
            </w:r>
          </w:p>
        </w:tc>
        <w:tc>
          <w:tcPr>
            <w:tcW w:w="1140" w:type="dxa"/>
          </w:tcPr>
          <w:p w:rsidR="005A1040" w:rsidRDefault="005A1040" w:rsidP="00BF7A86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9</w:t>
            </w:r>
          </w:p>
        </w:tc>
        <w:tc>
          <w:tcPr>
            <w:tcW w:w="6445" w:type="dxa"/>
            <w:gridSpan w:val="4"/>
          </w:tcPr>
          <w:p w:rsidR="005A1040" w:rsidRDefault="005A1040" w:rsidP="00BF7A86">
            <w:pPr>
              <w:pStyle w:val="TableParagraph"/>
              <w:spacing w:before="0"/>
              <w:rPr>
                <w:sz w:val="14"/>
              </w:rPr>
            </w:pPr>
          </w:p>
        </w:tc>
      </w:tr>
    </w:tbl>
    <w:p w:rsidR="005A1040" w:rsidRPr="005A1040" w:rsidRDefault="005A1040" w:rsidP="005A1040">
      <w:pPr>
        <w:pStyle w:val="a7"/>
        <w:numPr>
          <w:ilvl w:val="0"/>
          <w:numId w:val="1"/>
        </w:numPr>
        <w:rPr>
          <w:sz w:val="14"/>
        </w:rPr>
        <w:sectPr w:rsidR="005A1040" w:rsidRPr="005A1040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b/>
          <w:bCs/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5A1040">
        <w:rPr>
          <w:b/>
          <w:bCs/>
          <w:color w:val="000000"/>
          <w:sz w:val="24"/>
          <w:szCs w:val="24"/>
          <w:lang w:eastAsia="ru-RU"/>
        </w:rPr>
        <w:t>ПОУРОЧНОЕ ПЛАНИРОВАНИЕ</w:t>
      </w:r>
      <w:r>
        <w:rPr>
          <w:b/>
          <w:bCs/>
          <w:color w:val="000000"/>
          <w:sz w:val="24"/>
          <w:szCs w:val="24"/>
          <w:lang w:eastAsia="ru-RU"/>
        </w:rPr>
        <w:t xml:space="preserve"> 4 класс</w:t>
      </w:r>
    </w:p>
    <w:tbl>
      <w:tblPr>
        <w:tblW w:w="106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1"/>
        <w:gridCol w:w="3134"/>
        <w:gridCol w:w="639"/>
        <w:gridCol w:w="1607"/>
        <w:gridCol w:w="2040"/>
        <w:gridCol w:w="1109"/>
        <w:gridCol w:w="1730"/>
      </w:tblGrid>
      <w:tr w:rsidR="005A1040" w:rsidRPr="006174D9" w:rsidTr="00BF7A86">
        <w:tc>
          <w:tcPr>
            <w:tcW w:w="3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№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</w: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7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</w: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изучения</w:t>
            </w: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Виды, формы контроля</w:t>
            </w:r>
          </w:p>
        </w:tc>
      </w:tr>
      <w:tr w:rsidR="005A1040" w:rsidRPr="006174D9" w:rsidTr="00BF7A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5A1040" w:rsidRPr="006174D9" w:rsidTr="00BF7A86">
        <w:trPr>
          <w:trHeight w:val="94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чтение, запись.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62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чтение, запись. Изменение значения цифры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зависимости от её места в записи числа.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95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поразрядное сравнение.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Представление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многозначного числа в виде суммы разрядных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слагаемых.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62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поразрядное сравнение.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Выделение в числе общего количества единиц любого разряда.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94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поразрядное сравнение.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94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 в пределах миллиона: упорядочение.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290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Числа. Число, большее или меньшее данного числа на заданное число разрядных единиц.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245"/>
        </w:trPr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Числа. Число, большее или меньшее данного числа в заданное число раз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разрядных единиц.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181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Числа. Число, большее или меньшее данного числа на заданное число разрядных единиц, в заданное число раз.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Числа. Свойства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многозначного числа.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Числа. Дополнение числа до заданного круглого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числа. Контрольная работа№1 по теме: "Числа".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Анализ контрольной работы. Величины.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Величины: сравнение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объектов по массе, длине, площади, вместимости.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Единица вместимости (литр).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 массы— центнер, тонна;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соотношения между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единицами массы.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 массы— центнер, тонна;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соотношения между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единицами массы. Таблица единиц массы.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Соотношение между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единицами в 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времени (сутки, неделя,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месяц, год, век),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соотношение между ними. Календарь.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82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времени (сутки, неделя,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месяц, год, век),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соотношение между ними. Календарь. Таблица единиц времени. Соотношение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между единицами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 длины (миллиметр, сантиметр,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дециметр, метр, километр).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 длины (миллиметр, сантиметр,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дециметр, метр, километр). Таблица единиц длины.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Соотношение между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единицами в 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площади (квадратный метр, квадратный дециметр,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квадратный сантиметр).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площади (квадратный метр, квадратный дециметр,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квадратный сантиметр).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Таблица единиц площади.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Соотношение между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единицами в 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Практическая работа;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скорости (километры в час, метры в минуту, метры в секунду).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Единицы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скорости (километры в час, метры в минуту, метры в секунду). Таблица единиц скорости. Соотношение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между единицами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 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14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Величины. Доля величины времени, массы,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длины.Контрольная работа№2 по теме: "Величины".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Анализ контрольной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работы. Арифметические действия. Письменное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сложение многозначных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чисел в пределах миллиона.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Письменное вычитание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миллиона.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  <w:tr w:rsidR="005A1040" w:rsidRPr="006174D9" w:rsidTr="00BF7A86">
        <w:trPr>
          <w:trHeight w:val="384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вычитание многозначных чисел в пределах миллиона.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Вычитание с переходом через несколько разрядов вида 60005 - 798.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Проверочная работа №1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"Письменное сложение и вычитание многозначных чисел в пределах 1000000".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работа;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Письменное умножение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однозначное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8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Письменное умножение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82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Письменное умножение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Письменные приемы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умножения вида 243 ∙ 20, 545 ∙ 200.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417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Письменное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умножение многозначных чисел на двузначное число в пределах 100 000.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Умножение чисел,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оканчивающихся нулями. Проверочная работа №2 по теме: "Письменное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умножение многозначных чисел на двузначное число в пределах 100.000".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 однозначное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27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однозначное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 Деление многозначного числа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однозначное (в записи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частного - нули).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44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Письменное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деление многозначных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чисел на однозначное число в пределах 100 000.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 на число, оканчивающееся нулями. Проверочная работа №3 по теме: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"Письменное деление многозначных чисел на однозначное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100 000"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 работа;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 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 Деление на двузначное число (цифра частного находится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способом проб).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 Деление на двузначное число (в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записи частного есть нули).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4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Письменное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многозначных чисел на однозначное/двузначное число в пределах 100 000.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Нахождение числа,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большего или меньшего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данного числа на заданное число, в заданное число раз. Контрольная работа № 3 по теме: "Письменное деление многозначных чисел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двузначное число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Анализ контрольной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работы. Арифметические действия. Письменное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деление с остатком (запись уголком) в пределах 100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листа".;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Умножение на 10, 100, 1000.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 xml:space="preserve">Устный опрос; 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Деление на 10, 100, 1000.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Свойства сложения.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Свойства умножения.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4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Применение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свойств арифметических действий для вычислений.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348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Поиск значения числового выражения, содержащего несколько действий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 Числовое выражение,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 сложения,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вычитания, умножения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деления (без скобок).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Поиск значения числового выражения, содержащего несколько действий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пределах 100 000. Числовое выражение,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 сложения,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вычитания, умножения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деления (со скобками).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Проверка результата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вычислений, в том числе с помощью калькулятора.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Проверка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результата вычислений, в том числе с помощью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калькулятора. Проверка умножения делением.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Проверка результата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вычислений, в том числе с помощью калькулятора.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Проверка деления умножением.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Равенство,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неизвестный компонент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арифметического действия сложения: запись,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неизвестного компонента.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Равенство,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неизвестный компонент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арифметического действия вычитания: запись,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неизвестного компонента.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Равенство,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неизвестный компонент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арифметического действия умножения: запись,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неизвестного компонента.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Равенство,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неизвестный компонент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арифметического действия деления: запись,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неизвестного компонента.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484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Равенство,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содержащее неизвестный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компонент арифметического действия деления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остатком: запись,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компонента. Проверочная работа №4 по теме: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"Равенство, содержащее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неизвестный компонент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арифметического действия: запись, нахождение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неизвестного компонента".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 работа;</w:t>
            </w:r>
          </w:p>
        </w:tc>
      </w:tr>
      <w:tr w:rsidR="005A1040" w:rsidRPr="006174D9" w:rsidTr="00BF7A86">
        <w:trPr>
          <w:trHeight w:val="24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Умножение величины на однозначное число.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114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Деление величины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однозначное число.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4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Умножение и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величины на однозначное число.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Умножение и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величины на однозначное число. Понятие доли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величины.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Умножение и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величины на однозначное число. Сравнение долей одного целого.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Умножение и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величины на однозначное число. Нахождение доли от величины.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Практическая работа;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действия. Умножение и деление величины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однозначное число.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Нахождение величины по её доле. Контрольная работа№4 за 1 полугодие по теме: "Арифметические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Анализ контрольной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работы. Текстовые задачи. Работа с текстовой задачей, решение которой содержит 2—3 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листа".;</w:t>
            </w:r>
          </w:p>
        </w:tc>
      </w:tr>
      <w:tr w:rsidR="005A1040" w:rsidRPr="006174D9" w:rsidTr="00BF7A86">
        <w:trPr>
          <w:trHeight w:val="18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планирование и запись решения.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181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проверка решения и ответа.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417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модели; планирование и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решения; проверка решения и ответа. Задачи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четвертого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пропорционального,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решаемые способом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отношений.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49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модели; планирование и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решения; проверка решения и ответа. Задачи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нахождение неизвестных по двум разностям.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79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модели; планирование и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решения; проверка решения и ответа. Задачи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увеличение числа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несколько раз, выраженные в косвенной форме.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382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модели; планирование и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решения; проверка решения и ответа. Задачи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уменьшение числа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несколько раз, выраженные в косвенной форме.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Работа с текстовой задачей, решение которой содержит 2—3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действия: анализ,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представление на модели; планирование и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решения; проверка решения и ответа. Задачи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пропорциональное деление.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решение соответствующих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1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решение соответствующих задач. Задачи на встречное движение.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pStyle w:val="a7"/>
        <w:widowControl/>
        <w:numPr>
          <w:ilvl w:val="0"/>
          <w:numId w:val="1"/>
        </w:numPr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348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решение соответствующих задач. Задачи на движение в противоположных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направлениях.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решение соответствующих задач. Задачи на движение в одном направлении.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решение соответствующих задач. Задачи на движение по реке.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работы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(производительность, время, объём работы) и решение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соответствующих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649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Анализ 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купли-продажи (цена, количество,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стоимость) и решение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соответствующих задач.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Контрольная работа №5 по теме: "Анализ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зависимостей,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характеризующих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процессы: движения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(скорость, время,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пройденный путь), работы (производительность, время, объём работы), купли-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продажи (цена, количество, стоимость) и решение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соответствующих задач".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Анализ контрольной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работы. Текстовые задачи.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Задачи на установление времени (начало,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продолжительность и окончание события).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на расчёт количества, расхода, изменения.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на нахождение доли величины.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на нахождение величины по её доле.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  <w:tr w:rsidR="005A1040" w:rsidRPr="006174D9" w:rsidTr="00BF7A86">
        <w:trPr>
          <w:trHeight w:val="14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Разные способы решения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некоторых видов изученных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82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Оформление решения по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действиям с пояснением, по вопросам, с помощью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числового выражения.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Проверочная работа № 5 по теме: "Текстовые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задачи".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 работа;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Наглядные представления о симметрии.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Ось симметрии фигуры.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Фигуры, имеющие ось симметрии.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Фигуры, имеющие ось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симметрии. Построение геометрических фигур,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симметричных заданным.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  <w:p w:rsidR="005A1040" w:rsidRPr="006174D9" w:rsidRDefault="005A1040" w:rsidP="00BF7A8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Практическая работа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Окружность, круг: распознавание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изображение.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92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Построение окружности заданного радиуса.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BF7A86" w:rsidRDefault="005A1040" w:rsidP="00BF7A86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BF7A86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Построение изученных геометрических фигур с помощью линейки,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угольника, циркуля.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31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89.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Построение изученных геометрических фигур с помощью линейки,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угольника, циркуля.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Решение геометрических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шар.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куб.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цилиндр.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конус.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14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пирамида.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шар, куб, цилиндр, конус, пирамида; 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различение, называние.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585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 (тела): шар, куб, цилиндр, конус, пирамида; их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различение, называние.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Проекции предметов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окружающего мира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 xml:space="preserve">плоскость.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Конструирование: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разбиение фигуры на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прямоугольники (квадраты).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Практическая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214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Конструирование: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составление фигур из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прямоугольников/квадратов.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Периметр фигуры,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составленной из двух-трёх прямоугольников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(квадратов).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100. 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Площадь фигуры,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составленной из двух-трёх прямоугольников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(квадратов).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  <w:tr w:rsidR="005A1040" w:rsidRPr="006174D9" w:rsidTr="00BF7A86">
        <w:trPr>
          <w:trHeight w:val="417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101. 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Периметр, площадь фигуры, составленной из двух-трёх прямоугольников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(квадратов). Решение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геометрических задач.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Контрольная работа №6 по теме: "Пространственные 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фигуры".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 работа;</w:t>
            </w:r>
          </w:p>
        </w:tc>
      </w:tr>
      <w:tr w:rsidR="005A1040" w:rsidRPr="006174D9" w:rsidTr="00BF7A86">
        <w:trPr>
          <w:trHeight w:val="283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102. Анализ контрольной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работы. Математическая информация. Работа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утверждениями: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конструирование, проверка истинности.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103.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Работа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утверждениями: проверка логических рассуждений при решении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2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104.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Примеры и контрпримеры.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14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105.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Данные о реальных процессах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явлениях окружающего мира, представленные на столбчатых диаграммах.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106.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Данные о реальных процессах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явлениях окружающего мира, представленные на схемах.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107.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Данные о реальных процессах и явлениях окружающего мира, представленные в таблицах.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108.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Данные о реальных процессах и явлениях окружающего мира, представленные в текстах.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109.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Сбор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математических данных о заданном объекте (числе, величине, геометрической фигуре).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110.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Поиск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информации в справочной литературе, сети Интернет.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0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111.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информации в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предложенной таблице.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5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112.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Запись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информации на столбчатой диаграмме.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pStyle w:val="a7"/>
        <w:widowControl/>
        <w:shd w:val="clear" w:color="auto" w:fill="FFFFFF"/>
        <w:autoSpaceDE/>
        <w:autoSpaceDN/>
        <w:spacing w:after="150"/>
        <w:ind w:left="610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113.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Доступные электронные средства обучения, пособия, их использование под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руководством педагога и самостоятельно.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Практическая работа;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114.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Правила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безопасной работы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электронными источниками информации.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115.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Алгоритмы для решения учебных задач.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116.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Алгоритмы для решения учеб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ных задач.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Письменный контроль;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Проверочная работа;</w:t>
            </w:r>
          </w:p>
        </w:tc>
      </w:tr>
      <w:tr w:rsidR="005A1040" w:rsidRPr="006174D9" w:rsidTr="00BF7A86">
        <w:trPr>
          <w:trHeight w:val="250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117. Числа. Числа от 1 до 1000000.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118. Числа. Итоговое повторение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15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119. Величины.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82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120. Величины. Итоговое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Контрольная работа;</w:t>
            </w:r>
          </w:p>
        </w:tc>
      </w:tr>
      <w:tr w:rsidR="005A1040" w:rsidRPr="006174D9" w:rsidTr="00BF7A86">
        <w:trPr>
          <w:trHeight w:val="166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Числа от 1 до 1000.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Сложение. Вычитание.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5A1040" w:rsidRDefault="005A1040" w:rsidP="005A1040">
      <w:pPr>
        <w:widowControl/>
        <w:shd w:val="clear" w:color="auto" w:fill="FFFFFF"/>
        <w:autoSpaceDE/>
        <w:autoSpaceDN/>
        <w:spacing w:after="150"/>
        <w:ind w:left="285"/>
        <w:rPr>
          <w:color w:val="000000"/>
          <w:sz w:val="24"/>
          <w:szCs w:val="24"/>
          <w:lang w:eastAsia="ru-RU"/>
        </w:rPr>
      </w:pPr>
      <w:r w:rsidRPr="005A1040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5A1040">
        <w:trPr>
          <w:trHeight w:val="148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Числа от 1 до 1000.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Умножение. Деление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Числа от 1 до 1000. Деление с остатком.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Числовые выражения.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Свойства арифметических действий.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Арифметические действия. Итоговое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в 2-3 действия.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на зависимости.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129.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Задачи на движение.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15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Текстовые задачи. Итоговое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83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5A1040" w:rsidRDefault="005A1040" w:rsidP="005A1040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5A1040">
              <w:rPr>
                <w:color w:val="000000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131. 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Геометрические фигуры. 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5A1040">
        <w:trPr>
          <w:trHeight w:val="195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3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132. 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Периметр. Площадь.</w:t>
            </w:r>
          </w:p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</w:tbl>
    <w:p w:rsidR="005A1040" w:rsidRPr="006174D9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</w:p>
    <w:p w:rsidR="005A1040" w:rsidRPr="006174D9" w:rsidRDefault="005A1040" w:rsidP="005A1040">
      <w:pPr>
        <w:widowControl/>
        <w:shd w:val="clear" w:color="auto" w:fill="FFFFFF"/>
        <w:autoSpaceDE/>
        <w:autoSpaceDN/>
        <w:spacing w:after="150"/>
        <w:rPr>
          <w:color w:val="000000"/>
          <w:sz w:val="24"/>
          <w:szCs w:val="24"/>
          <w:lang w:eastAsia="ru-RU"/>
        </w:rPr>
      </w:pPr>
      <w:r w:rsidRPr="006174D9">
        <w:rPr>
          <w:color w:val="000000"/>
          <w:sz w:val="24"/>
          <w:szCs w:val="24"/>
          <w:lang w:eastAsia="ru-RU"/>
        </w:rPr>
        <w:br/>
      </w:r>
    </w:p>
    <w:tbl>
      <w:tblPr>
        <w:tblW w:w="106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3103"/>
        <w:gridCol w:w="738"/>
        <w:gridCol w:w="1612"/>
        <w:gridCol w:w="1672"/>
        <w:gridCol w:w="1160"/>
        <w:gridCol w:w="1808"/>
      </w:tblGrid>
      <w:tr w:rsidR="005A1040" w:rsidRPr="006174D9" w:rsidTr="00BF7A86">
        <w:trPr>
          <w:trHeight w:val="1485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133. Пространственные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отношения 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геометрические фигуры. Итоговое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216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134.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Работа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утверждениями,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логическими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рассуждениями,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алгоритмами.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контроль;</w:t>
            </w:r>
          </w:p>
        </w:tc>
      </w:tr>
      <w:tr w:rsidR="005A1040" w:rsidRPr="006174D9" w:rsidTr="00BF7A86">
        <w:trPr>
          <w:trHeight w:val="183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135.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Работа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таблицами, диаграммами. Повторение. Контрольная работа №7 за курс 4 класса.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Контрольная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работа;</w:t>
            </w:r>
          </w:p>
        </w:tc>
      </w:tr>
      <w:tr w:rsidR="005A1040" w:rsidRPr="006174D9" w:rsidTr="00BF7A86">
        <w:trPr>
          <w:trHeight w:val="2490"/>
        </w:trPr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3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136. Математическая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информация. Анализ контрольной работы. Итоговое повторение.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Устный опрос; Письменный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контроль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Самооценка с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использованием "Оценочного</w:t>
            </w:r>
            <w:r w:rsidRPr="006174D9">
              <w:rPr>
                <w:color w:val="000000"/>
                <w:sz w:val="24"/>
                <w:szCs w:val="24"/>
                <w:lang w:eastAsia="ru-RU"/>
              </w:rPr>
              <w:br/>
              <w:t>листа";</w:t>
            </w:r>
          </w:p>
        </w:tc>
      </w:tr>
      <w:tr w:rsidR="005A1040" w:rsidRPr="006174D9" w:rsidTr="00BF7A86">
        <w:trPr>
          <w:trHeight w:val="795"/>
        </w:trPr>
        <w:tc>
          <w:tcPr>
            <w:tcW w:w="36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 w:rsidRPr="006174D9">
              <w:rPr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1040" w:rsidRPr="006174D9" w:rsidRDefault="005A1040" w:rsidP="00BF7A86">
            <w:pPr>
              <w:widowControl/>
              <w:autoSpaceDE/>
              <w:autoSpaceDN/>
              <w:spacing w:after="150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5A1040" w:rsidRPr="006174D9" w:rsidRDefault="005A1040" w:rsidP="005A1040">
      <w:pPr>
        <w:widowControl/>
        <w:shd w:val="clear" w:color="auto" w:fill="FFFFFF"/>
        <w:autoSpaceDE/>
        <w:autoSpaceDN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5A1040" w:rsidRPr="006174D9" w:rsidRDefault="005A1040" w:rsidP="005A1040">
      <w:pPr>
        <w:widowControl/>
        <w:shd w:val="clear" w:color="auto" w:fill="FFFFFF"/>
        <w:autoSpaceDE/>
        <w:autoSpaceDN/>
        <w:spacing w:after="150"/>
        <w:rPr>
          <w:rFonts w:ascii="Arial" w:hAnsi="Arial" w:cs="Arial"/>
          <w:color w:val="000000"/>
          <w:sz w:val="21"/>
          <w:szCs w:val="21"/>
          <w:lang w:eastAsia="ru-RU"/>
        </w:rPr>
      </w:pPr>
      <w:r w:rsidRPr="006174D9">
        <w:rPr>
          <w:rFonts w:ascii="Arial" w:hAnsi="Arial" w:cs="Arial"/>
          <w:color w:val="000000"/>
          <w:sz w:val="21"/>
          <w:szCs w:val="21"/>
          <w:lang w:eastAsia="ru-RU"/>
        </w:rPr>
        <w:br/>
      </w:r>
    </w:p>
    <w:p w:rsidR="005A1040" w:rsidRDefault="005A1040" w:rsidP="005A1040">
      <w:pPr>
        <w:pStyle w:val="a5"/>
        <w:spacing w:before="4"/>
        <w:ind w:left="0"/>
        <w:rPr>
          <w:sz w:val="17"/>
        </w:rPr>
      </w:pPr>
    </w:p>
    <w:p w:rsidR="00EF085F" w:rsidRPr="00AC507E" w:rsidRDefault="00EF085F" w:rsidP="00AC507E">
      <w:pPr>
        <w:pStyle w:val="a7"/>
        <w:numPr>
          <w:ilvl w:val="1"/>
          <w:numId w:val="1"/>
        </w:numPr>
        <w:tabs>
          <w:tab w:val="left" w:pos="887"/>
        </w:tabs>
        <w:spacing w:line="292" w:lineRule="auto"/>
        <w:ind w:right="208" w:firstLine="0"/>
        <w:rPr>
          <w:sz w:val="24"/>
        </w:rPr>
        <w:sectPr w:rsidR="00EF085F" w:rsidRPr="00AC507E" w:rsidSect="005A1040">
          <w:pgSz w:w="11900" w:h="16840"/>
          <w:pgMar w:top="280" w:right="560" w:bottom="580" w:left="540" w:header="720" w:footer="720" w:gutter="0"/>
          <w:cols w:space="720"/>
          <w:docGrid w:linePitch="299"/>
        </w:sectPr>
      </w:pPr>
    </w:p>
    <w:p w:rsidR="00BF7A86" w:rsidRDefault="00BF7A86">
      <w:pPr>
        <w:rPr>
          <w:sz w:val="24"/>
        </w:rPr>
      </w:pPr>
    </w:p>
    <w:p w:rsidR="00BF7A86" w:rsidRDefault="00BF7A86" w:rsidP="00BF7A86">
      <w:pPr>
        <w:spacing w:before="62" w:line="275" w:lineRule="exact"/>
        <w:ind w:left="110"/>
        <w:rPr>
          <w:b/>
          <w:sz w:val="24"/>
        </w:rPr>
      </w:pPr>
      <w:r>
        <w:rPr>
          <w:sz w:val="24"/>
        </w:rPr>
        <w:tab/>
      </w:r>
      <w:r>
        <w:rPr>
          <w:b/>
          <w:sz w:val="24"/>
        </w:rPr>
        <w:t>УЧЕБНО-МЕТОДИЧЕСКОЕ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ПРОЦЕССА</w:t>
      </w:r>
    </w:p>
    <w:p w:rsidR="00BF7A86" w:rsidRDefault="00BF7A86" w:rsidP="00BF7A86">
      <w:pPr>
        <w:spacing w:before="62" w:line="275" w:lineRule="exact"/>
        <w:ind w:left="110"/>
        <w:rPr>
          <w:b/>
          <w:sz w:val="24"/>
        </w:rPr>
      </w:pPr>
    </w:p>
    <w:p w:rsidR="00BF7A86" w:rsidRDefault="00BF7A86" w:rsidP="00BF7A86">
      <w:pPr>
        <w:pStyle w:val="a5"/>
        <w:spacing w:line="274" w:lineRule="exact"/>
        <w:ind w:left="110"/>
      </w:pPr>
      <w:r>
        <w:t>ОБЯЗАТЕЛЬНЫЕ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BF7A86" w:rsidRDefault="00BF7A86" w:rsidP="00BF7A86">
      <w:pPr>
        <w:pStyle w:val="a5"/>
        <w:spacing w:line="242" w:lineRule="auto"/>
        <w:ind w:left="110" w:right="267"/>
        <w:jc w:val="both"/>
        <w:rPr>
          <w:spacing w:val="-2"/>
        </w:rPr>
      </w:pPr>
      <w:r>
        <w:t>Математика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частях),</w:t>
      </w:r>
      <w:r>
        <w:rPr>
          <w:spacing w:val="-1"/>
        </w:rPr>
        <w:t xml:space="preserve"> </w:t>
      </w:r>
      <w:r>
        <w:t xml:space="preserve">1,2,3,4 </w:t>
      </w:r>
      <w:r>
        <w:rPr>
          <w:spacing w:val="-2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/Моро</w:t>
      </w:r>
      <w:r>
        <w:rPr>
          <w:spacing w:val="2"/>
        </w:rPr>
        <w:t xml:space="preserve"> </w:t>
      </w:r>
      <w:r>
        <w:t>М.И.,</w:t>
      </w:r>
      <w:r>
        <w:rPr>
          <w:spacing w:val="-6"/>
        </w:rPr>
        <w:t xml:space="preserve"> </w:t>
      </w:r>
      <w:r>
        <w:t>Волкова</w:t>
      </w:r>
      <w:r>
        <w:rPr>
          <w:spacing w:val="-3"/>
        </w:rPr>
        <w:t xml:space="preserve"> </w:t>
      </w:r>
      <w:r>
        <w:t>С.И., Степанова</w:t>
      </w:r>
      <w:r>
        <w:rPr>
          <w:spacing w:val="-8"/>
        </w:rPr>
        <w:t xml:space="preserve"> </w:t>
      </w:r>
      <w:r>
        <w:t>С.В.,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1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«Издательство</w:t>
      </w:r>
      <w:r>
        <w:rPr>
          <w:spacing w:val="2"/>
        </w:rPr>
        <w:t xml:space="preserve"> </w:t>
      </w:r>
      <w:r>
        <w:t>«Просвещение»;</w:t>
      </w:r>
      <w:r>
        <w:rPr>
          <w:spacing w:val="-58"/>
        </w:rPr>
        <w:t xml:space="preserve"> </w:t>
      </w:r>
      <w:r>
        <w:t>Моро</w:t>
      </w:r>
      <w:r>
        <w:rPr>
          <w:spacing w:val="5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И.,</w:t>
      </w:r>
      <w:r>
        <w:rPr>
          <w:spacing w:val="3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</w:p>
    <w:p w:rsidR="00BF7A86" w:rsidRDefault="00BF7A86" w:rsidP="00BF7A86">
      <w:pPr>
        <w:pStyle w:val="a5"/>
        <w:spacing w:line="242" w:lineRule="auto"/>
        <w:ind w:left="110" w:right="267"/>
        <w:jc w:val="both"/>
      </w:pPr>
      <w:r>
        <w:t>Математика.</w:t>
      </w:r>
      <w:r>
        <w:rPr>
          <w:spacing w:val="4"/>
        </w:rPr>
        <w:t xml:space="preserve"> </w:t>
      </w:r>
      <w:r>
        <w:t>Рабочая</w:t>
      </w:r>
      <w:r>
        <w:rPr>
          <w:spacing w:val="2"/>
        </w:rPr>
        <w:t xml:space="preserve"> </w:t>
      </w:r>
      <w:r>
        <w:t>тетрадь.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кл.</w:t>
      </w:r>
      <w:r>
        <w:rPr>
          <w:spacing w:val="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частях).</w:t>
      </w:r>
    </w:p>
    <w:p w:rsidR="00BF7A86" w:rsidRDefault="00BF7A86" w:rsidP="00BF7A86">
      <w:pPr>
        <w:pStyle w:val="a5"/>
        <w:tabs>
          <w:tab w:val="left" w:pos="2968"/>
          <w:tab w:val="left" w:pos="3844"/>
        </w:tabs>
        <w:spacing w:before="8"/>
        <w:ind w:left="0"/>
        <w:rPr>
          <w:sz w:val="23"/>
        </w:rPr>
      </w:pPr>
      <w:r>
        <w:rPr>
          <w:sz w:val="23"/>
        </w:rPr>
        <w:tab/>
      </w:r>
      <w:r>
        <w:rPr>
          <w:sz w:val="23"/>
        </w:rPr>
        <w:tab/>
      </w:r>
    </w:p>
    <w:p w:rsidR="00BF7A86" w:rsidRDefault="00BF7A86" w:rsidP="00BF7A86">
      <w:pPr>
        <w:pStyle w:val="a5"/>
        <w:ind w:left="110"/>
      </w:pPr>
      <w:r>
        <w:t>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156"/>
        <w:rPr>
          <w:sz w:val="24"/>
        </w:rPr>
      </w:pPr>
      <w:r>
        <w:rPr>
          <w:sz w:val="24"/>
        </w:rPr>
        <w:t>Моро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4"/>
          <w:sz w:val="24"/>
        </w:rPr>
        <w:t xml:space="preserve"> </w:t>
      </w:r>
      <w:r>
        <w:rPr>
          <w:sz w:val="24"/>
        </w:rPr>
        <w:t>1–4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классы.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61"/>
        <w:rPr>
          <w:sz w:val="24"/>
        </w:rPr>
      </w:pPr>
      <w:r>
        <w:rPr>
          <w:sz w:val="24"/>
        </w:rPr>
        <w:t>Моро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И.,</w:t>
      </w:r>
      <w:r>
        <w:rPr>
          <w:spacing w:val="-3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И.,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-2"/>
          <w:sz w:val="24"/>
        </w:rPr>
        <w:t xml:space="preserve"> </w:t>
      </w:r>
      <w:r>
        <w:rPr>
          <w:sz w:val="24"/>
        </w:rPr>
        <w:t>1,2,3,4 кл.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ч.</w:t>
      </w:r>
      <w:r>
        <w:rPr>
          <w:spacing w:val="-8"/>
          <w:sz w:val="24"/>
        </w:rPr>
        <w:t xml:space="preserve"> 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60"/>
        <w:rPr>
          <w:sz w:val="24"/>
        </w:rPr>
      </w:pPr>
      <w:r>
        <w:rPr>
          <w:sz w:val="24"/>
        </w:rPr>
        <w:t>Моро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И.,</w:t>
      </w:r>
      <w:r>
        <w:rPr>
          <w:spacing w:val="-5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тетрадь. 1</w:t>
      </w:r>
      <w:r>
        <w:rPr>
          <w:spacing w:val="-7"/>
          <w:sz w:val="24"/>
        </w:rPr>
        <w:t xml:space="preserve"> </w:t>
      </w:r>
      <w:r>
        <w:rPr>
          <w:sz w:val="24"/>
        </w:rPr>
        <w:t>кл.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60"/>
        <w:rPr>
          <w:sz w:val="24"/>
        </w:rPr>
      </w:pPr>
      <w:r>
        <w:rPr>
          <w:sz w:val="24"/>
        </w:rPr>
        <w:t>Волкова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4"/>
          <w:sz w:val="24"/>
        </w:rPr>
        <w:t xml:space="preserve"> </w:t>
      </w:r>
      <w:r>
        <w:rPr>
          <w:sz w:val="24"/>
        </w:rPr>
        <w:t>1,2,3,4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класс.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60"/>
        <w:rPr>
          <w:sz w:val="24"/>
        </w:rPr>
      </w:pPr>
      <w:r>
        <w:rPr>
          <w:sz w:val="24"/>
        </w:rPr>
        <w:t>Волкова</w:t>
      </w:r>
      <w:r>
        <w:rPr>
          <w:spacing w:val="-7"/>
          <w:sz w:val="24"/>
        </w:rPr>
        <w:t xml:space="preserve"> </w:t>
      </w:r>
      <w:r>
        <w:rPr>
          <w:sz w:val="24"/>
        </w:rPr>
        <w:t>С.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4"/>
          <w:sz w:val="24"/>
        </w:rPr>
        <w:t xml:space="preserve"> </w:t>
      </w:r>
      <w:r>
        <w:rPr>
          <w:sz w:val="24"/>
        </w:rPr>
        <w:t>Тесты.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класс.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456"/>
        </w:tabs>
        <w:spacing w:before="61"/>
        <w:rPr>
          <w:sz w:val="24"/>
        </w:rPr>
      </w:pPr>
      <w:r>
        <w:rPr>
          <w:sz w:val="24"/>
        </w:rPr>
        <w:t>Бантова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А.,</w:t>
      </w:r>
      <w:r>
        <w:rPr>
          <w:spacing w:val="-7"/>
          <w:sz w:val="24"/>
        </w:rPr>
        <w:t xml:space="preserve"> </w:t>
      </w:r>
      <w:r>
        <w:rPr>
          <w:sz w:val="24"/>
        </w:rPr>
        <w:t>Бельтюкова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В.,</w:t>
      </w:r>
      <w:r>
        <w:rPr>
          <w:spacing w:val="-5"/>
          <w:sz w:val="24"/>
        </w:rPr>
        <w:t xml:space="preserve"> </w:t>
      </w:r>
      <w:r>
        <w:rPr>
          <w:sz w:val="24"/>
        </w:rPr>
        <w:t>Волкова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рекомендации. 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класс.</w:t>
      </w:r>
    </w:p>
    <w:p w:rsidR="00BF7A86" w:rsidRDefault="00BF7A86" w:rsidP="00EB2900">
      <w:pPr>
        <w:pStyle w:val="a7"/>
        <w:numPr>
          <w:ilvl w:val="0"/>
          <w:numId w:val="12"/>
        </w:numPr>
        <w:tabs>
          <w:tab w:val="left" w:pos="576"/>
        </w:tabs>
        <w:spacing w:before="55"/>
        <w:rPr>
          <w:sz w:val="24"/>
        </w:rPr>
      </w:pPr>
      <w:r>
        <w:rPr>
          <w:sz w:val="24"/>
        </w:rPr>
        <w:t>Волкова</w:t>
      </w:r>
      <w:r>
        <w:rPr>
          <w:spacing w:val="-8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4"/>
          <w:sz w:val="24"/>
        </w:rPr>
        <w:t xml:space="preserve"> </w:t>
      </w:r>
      <w:r>
        <w:rPr>
          <w:sz w:val="24"/>
        </w:rPr>
        <w:t>1–4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классы.</w:t>
      </w:r>
    </w:p>
    <w:p w:rsidR="000B1520" w:rsidRDefault="000B1520" w:rsidP="00EB2900">
      <w:pPr>
        <w:pStyle w:val="a5"/>
        <w:numPr>
          <w:ilvl w:val="0"/>
          <w:numId w:val="12"/>
        </w:numPr>
        <w:spacing w:before="156"/>
      </w:pPr>
      <w:r>
        <w:t>Дмитриева</w:t>
      </w:r>
      <w:r>
        <w:rPr>
          <w:spacing w:val="-6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Поурочные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математике: 2</w:t>
      </w:r>
      <w:r>
        <w:rPr>
          <w:spacing w:val="-2"/>
        </w:rPr>
        <w:t xml:space="preserve"> </w:t>
      </w:r>
      <w:r>
        <w:t>класс.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ВАКО</w:t>
      </w:r>
    </w:p>
    <w:p w:rsidR="000B1520" w:rsidRDefault="000B1520" w:rsidP="00EB2900">
      <w:pPr>
        <w:pStyle w:val="a5"/>
        <w:numPr>
          <w:ilvl w:val="0"/>
          <w:numId w:val="12"/>
        </w:numPr>
        <w:spacing w:before="60"/>
      </w:pPr>
      <w:r>
        <w:t>Ситникова</w:t>
      </w:r>
      <w:r>
        <w:rPr>
          <w:spacing w:val="-6"/>
        </w:rPr>
        <w:t xml:space="preserve"> </w:t>
      </w:r>
      <w:r>
        <w:t>Т.Н.</w:t>
      </w:r>
      <w:r>
        <w:rPr>
          <w:spacing w:val="-8"/>
        </w:rPr>
        <w:t xml:space="preserve"> </w:t>
      </w:r>
      <w:r>
        <w:t>Математика</w:t>
      </w:r>
      <w:r>
        <w:rPr>
          <w:spacing w:val="-6"/>
        </w:rPr>
        <w:t xml:space="preserve"> </w:t>
      </w:r>
      <w:r>
        <w:t>Контрольно-измерительные</w:t>
      </w:r>
      <w:r>
        <w:rPr>
          <w:spacing w:val="-9"/>
        </w:rPr>
        <w:t xml:space="preserve"> </w:t>
      </w:r>
      <w:r>
        <w:t>материалы:</w:t>
      </w:r>
      <w:r>
        <w:rPr>
          <w:spacing w:val="-5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М:</w:t>
      </w:r>
      <w:r>
        <w:rPr>
          <w:spacing w:val="-5"/>
        </w:rPr>
        <w:t xml:space="preserve"> </w:t>
      </w:r>
      <w:r>
        <w:t>ВАКО</w:t>
      </w:r>
    </w:p>
    <w:p w:rsidR="000B1520" w:rsidRDefault="000B1520" w:rsidP="00EB2900">
      <w:pPr>
        <w:pStyle w:val="a5"/>
        <w:numPr>
          <w:ilvl w:val="0"/>
          <w:numId w:val="12"/>
        </w:numPr>
        <w:spacing w:line="292" w:lineRule="auto"/>
        <w:ind w:right="385"/>
      </w:pPr>
      <w:r>
        <w:t>Бантова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А.,</w:t>
      </w:r>
      <w:r>
        <w:rPr>
          <w:spacing w:val="-3"/>
        </w:rPr>
        <w:t xml:space="preserve"> </w:t>
      </w:r>
      <w:r>
        <w:t>Бельтюкова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Волкова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рекомендации.</w:t>
      </w:r>
      <w:r>
        <w:rPr>
          <w:spacing w:val="-3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класс.</w:t>
      </w:r>
    </w:p>
    <w:p w:rsidR="000B1520" w:rsidRDefault="000B1520" w:rsidP="00EB2900">
      <w:pPr>
        <w:pStyle w:val="a5"/>
        <w:numPr>
          <w:ilvl w:val="0"/>
          <w:numId w:val="12"/>
        </w:numPr>
        <w:spacing w:line="292" w:lineRule="auto"/>
        <w:ind w:right="4085"/>
      </w:pPr>
      <w:r>
        <w:t>Волкова С. И. Математика. Устные упражнения. 4 класс.</w:t>
      </w:r>
    </w:p>
    <w:p w:rsidR="000B1520" w:rsidRDefault="000B1520" w:rsidP="00EB2900">
      <w:pPr>
        <w:pStyle w:val="a5"/>
        <w:numPr>
          <w:ilvl w:val="0"/>
          <w:numId w:val="12"/>
        </w:numPr>
        <w:spacing w:line="292" w:lineRule="auto"/>
        <w:ind w:right="4085"/>
      </w:pPr>
      <w:r>
        <w:rPr>
          <w:spacing w:val="1"/>
        </w:rPr>
        <w:t xml:space="preserve"> </w:t>
      </w:r>
      <w:r>
        <w:t>Волкова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Математика.</w:t>
      </w:r>
      <w:r>
        <w:rPr>
          <w:spacing w:val="-3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1–4</w:t>
      </w:r>
      <w:r>
        <w:rPr>
          <w:spacing w:val="-4"/>
        </w:rPr>
        <w:t xml:space="preserve"> </w:t>
      </w:r>
      <w:r>
        <w:t>классы.</w:t>
      </w:r>
    </w:p>
    <w:p w:rsidR="00BF7A86" w:rsidRDefault="00BF7A86" w:rsidP="00BF7A86">
      <w:pPr>
        <w:pStyle w:val="a5"/>
        <w:ind w:left="0"/>
      </w:pPr>
    </w:p>
    <w:p w:rsidR="00BF7A86" w:rsidRDefault="00BF7A86" w:rsidP="00BF7A86">
      <w:pPr>
        <w:pStyle w:val="a5"/>
        <w:spacing w:line="275" w:lineRule="exact"/>
        <w:ind w:left="110"/>
      </w:pPr>
      <w:r>
        <w:t>ЦИФРОВЫЕ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</w:t>
      </w:r>
    </w:p>
    <w:p w:rsidR="00BF7A86" w:rsidRDefault="00BF7A86" w:rsidP="00BF7A86">
      <w:pPr>
        <w:pStyle w:val="a5"/>
        <w:spacing w:line="275" w:lineRule="exact"/>
        <w:ind w:left="110"/>
        <w:jc w:val="both"/>
      </w:pPr>
      <w:r>
        <w:t>Электронное</w:t>
      </w:r>
      <w:r>
        <w:rPr>
          <w:spacing w:val="-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r>
        <w:t>«Математика», 1</w:t>
      </w:r>
      <w:r w:rsidR="000B1520">
        <w:t>,2,3,4</w:t>
      </w:r>
      <w:r>
        <w:rPr>
          <w:spacing w:val="-3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(Диск</w:t>
      </w:r>
      <w:r>
        <w:rPr>
          <w:spacing w:val="-5"/>
        </w:rPr>
        <w:t xml:space="preserve"> </w:t>
      </w:r>
      <w:r>
        <w:t>CD-ROM), авторы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Волкова,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К. Антошин,</w:t>
      </w:r>
      <w:r>
        <w:rPr>
          <w:spacing w:val="-1"/>
        </w:rPr>
        <w:t xml:space="preserve"> </w:t>
      </w:r>
      <w:r>
        <w:t>Н. В.</w:t>
      </w:r>
      <w:r>
        <w:rPr>
          <w:spacing w:val="-1"/>
        </w:rPr>
        <w:t xml:space="preserve"> </w:t>
      </w:r>
      <w:r>
        <w:t>Сафонова.</w:t>
      </w:r>
    </w:p>
    <w:p w:rsidR="00BF7A86" w:rsidRDefault="00BF7A86" w:rsidP="00BF7A86">
      <w:pPr>
        <w:pStyle w:val="a5"/>
        <w:spacing w:before="161" w:line="292" w:lineRule="auto"/>
        <w:ind w:left="215" w:right="252"/>
        <w:jc w:val="both"/>
      </w:pPr>
      <w:r>
        <w:t>Российский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2"/>
        </w:rPr>
        <w:t xml:space="preserve"> </w:t>
      </w:r>
      <w:r>
        <w:t xml:space="preserve">Портал </w:t>
      </w:r>
      <w:hyperlink r:id="rId285">
        <w:r>
          <w:t>www.school.edu.ru</w:t>
        </w:r>
      </w:hyperlink>
    </w:p>
    <w:p w:rsidR="00BF7A86" w:rsidRDefault="00BF7A86" w:rsidP="00BF7A86">
      <w:pPr>
        <w:pStyle w:val="a5"/>
        <w:spacing w:line="292" w:lineRule="auto"/>
        <w:ind w:left="215" w:right="1857"/>
        <w:jc w:val="both"/>
      </w:pPr>
      <w:r>
        <w:rPr>
          <w:spacing w:val="-1"/>
        </w:rPr>
        <w:t xml:space="preserve">Единая коллекция цифровых образовательных </w:t>
      </w:r>
      <w:r>
        <w:t xml:space="preserve">ресурсов </w:t>
      </w:r>
      <w:hyperlink r:id="rId286">
        <w:r>
          <w:t xml:space="preserve">www.school-collection.edu.ru </w:t>
        </w:r>
      </w:hyperlink>
    </w:p>
    <w:p w:rsidR="00BF7A86" w:rsidRDefault="00BF7A86" w:rsidP="00BF7A86">
      <w:pPr>
        <w:pStyle w:val="a5"/>
        <w:spacing w:line="292" w:lineRule="auto"/>
        <w:ind w:left="215" w:right="1857"/>
        <w:jc w:val="both"/>
      </w:pPr>
      <w:r>
        <w:t>Российская электронная школа</w:t>
      </w:r>
      <w:r>
        <w:rPr>
          <w:spacing w:val="-57"/>
        </w:rPr>
        <w:t xml:space="preserve">   </w:t>
      </w:r>
      <w:r>
        <w:t>https://resh.edu.ru/</w:t>
      </w:r>
    </w:p>
    <w:p w:rsidR="00BF7A86" w:rsidRDefault="00BF7A86" w:rsidP="00BF7A86">
      <w:pPr>
        <w:pStyle w:val="a5"/>
        <w:spacing w:line="275" w:lineRule="exact"/>
        <w:ind w:left="215"/>
        <w:jc w:val="both"/>
      </w:pPr>
      <w:r>
        <w:rPr>
          <w:spacing w:val="-1"/>
        </w:rPr>
        <w:t>Российская</w:t>
      </w:r>
      <w:r>
        <w:rPr>
          <w:spacing w:val="-14"/>
        </w:rPr>
        <w:t xml:space="preserve"> </w:t>
      </w:r>
      <w:r>
        <w:t>онлайн-платформа</w:t>
      </w:r>
      <w:r>
        <w:rPr>
          <w:spacing w:val="-9"/>
        </w:rPr>
        <w:t xml:space="preserve"> </w:t>
      </w:r>
      <w:r>
        <w:t>учи</w:t>
      </w:r>
      <w:r>
        <w:rPr>
          <w:spacing w:val="-9"/>
        </w:rPr>
        <w:t xml:space="preserve"> </w:t>
      </w:r>
      <w:r>
        <w:t>ру</w:t>
      </w:r>
      <w:r>
        <w:rPr>
          <w:spacing w:val="-13"/>
        </w:rPr>
        <w:t xml:space="preserve"> </w:t>
      </w:r>
      <w:r>
        <w:t>https://uchi.ru/</w:t>
      </w:r>
    </w:p>
    <w:p w:rsidR="00BF7A86" w:rsidRDefault="00BF7A86" w:rsidP="00BF7A86"/>
    <w:p w:rsidR="00BF7A86" w:rsidRPr="00AB0F27" w:rsidRDefault="00BF7A86" w:rsidP="00BF7A86"/>
    <w:p w:rsidR="00BF7A86" w:rsidRPr="00AB0F27" w:rsidRDefault="00BF7A86" w:rsidP="00BF7A86"/>
    <w:p w:rsidR="000B1520" w:rsidRDefault="00BF7A86" w:rsidP="00BF7A86">
      <w:r>
        <w:t xml:space="preserve">         </w:t>
      </w:r>
    </w:p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0B1520" w:rsidRDefault="000B1520" w:rsidP="00BF7A86"/>
    <w:p w:rsidR="00BF7A86" w:rsidRPr="00AB0F27" w:rsidRDefault="00BF7A86" w:rsidP="00BF7A86">
      <w:pPr>
        <w:rPr>
          <w:b/>
        </w:rPr>
      </w:pPr>
      <w:r>
        <w:t xml:space="preserve">     </w:t>
      </w:r>
      <w:r w:rsidRPr="00AB0F27">
        <w:rPr>
          <w:b/>
        </w:rPr>
        <w:t>МАТЕРИАЛЬНО-ТЕХНИЧЕСКОЕ ОБЕСПЕЧЕНИЕ ОБРАЗОВАТЕЛЬНОГО ПРОЦЕССА</w:t>
      </w:r>
    </w:p>
    <w:p w:rsidR="00BF7A86" w:rsidRPr="00AB0F27" w:rsidRDefault="00BF7A86" w:rsidP="00BF7A86"/>
    <w:p w:rsidR="00BF7A86" w:rsidRDefault="00BF7A86" w:rsidP="00BF7A86">
      <w:pPr>
        <w:spacing w:before="132"/>
        <w:rPr>
          <w:b/>
          <w:sz w:val="24"/>
        </w:rPr>
      </w:pPr>
      <w:r>
        <w:rPr>
          <w:b/>
          <w:spacing w:val="-2"/>
          <w:sz w:val="24"/>
        </w:rPr>
        <w:t>УЧЕБНОЕ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ОБОРУДОВАНИЕ</w:t>
      </w:r>
    </w:p>
    <w:p w:rsidR="00BF7A86" w:rsidRDefault="00BF7A86" w:rsidP="00BF7A86">
      <w:pPr>
        <w:pStyle w:val="a5"/>
        <w:spacing w:before="8"/>
        <w:ind w:left="0"/>
        <w:rPr>
          <w:b/>
          <w:sz w:val="20"/>
        </w:rPr>
      </w:pPr>
    </w:p>
    <w:p w:rsidR="000B1520" w:rsidRDefault="00BF7A86" w:rsidP="00BF7A86">
      <w:pPr>
        <w:pStyle w:val="a5"/>
        <w:spacing w:line="292" w:lineRule="auto"/>
        <w:ind w:left="215" w:right="3676"/>
        <w:rPr>
          <w:spacing w:val="3"/>
        </w:rPr>
      </w:pPr>
      <w:r>
        <w:t>Классная</w:t>
      </w:r>
      <w:r>
        <w:rPr>
          <w:spacing w:val="-8"/>
        </w:rPr>
        <w:t xml:space="preserve"> </w:t>
      </w:r>
      <w:r>
        <w:t>доска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набором</w:t>
      </w:r>
      <w:r>
        <w:rPr>
          <w:spacing w:val="-10"/>
        </w:rPr>
        <w:t xml:space="preserve"> </w:t>
      </w:r>
      <w:r>
        <w:t>приспособлений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крепления</w:t>
      </w:r>
      <w:r>
        <w:rPr>
          <w:spacing w:val="-6"/>
        </w:rPr>
        <w:t xml:space="preserve"> </w:t>
      </w:r>
      <w:r>
        <w:t>таблиц.</w:t>
      </w:r>
      <w:r>
        <w:rPr>
          <w:spacing w:val="-6"/>
        </w:rPr>
        <w:t xml:space="preserve"> </w:t>
      </w:r>
      <w:r>
        <w:t>Магнитная</w:t>
      </w:r>
      <w:r>
        <w:rPr>
          <w:spacing w:val="-3"/>
        </w:rPr>
        <w:t xml:space="preserve"> </w:t>
      </w:r>
      <w:r>
        <w:t xml:space="preserve">доска. </w:t>
      </w:r>
      <w:r>
        <w:rPr>
          <w:spacing w:val="-57"/>
        </w:rPr>
        <w:t xml:space="preserve"> </w:t>
      </w:r>
      <w:r>
        <w:t>Интерактивная доска.</w:t>
      </w:r>
      <w:r>
        <w:rPr>
          <w:spacing w:val="3"/>
        </w:rPr>
        <w:t xml:space="preserve"> </w:t>
      </w:r>
    </w:p>
    <w:p w:rsidR="000B1520" w:rsidRDefault="00BF7A86" w:rsidP="00BF7A86">
      <w:pPr>
        <w:pStyle w:val="a5"/>
        <w:spacing w:line="292" w:lineRule="auto"/>
        <w:ind w:left="215" w:right="3676"/>
        <w:rPr>
          <w:spacing w:val="-12"/>
        </w:rPr>
      </w:pPr>
      <w:r>
        <w:t>Мультимедийный</w:t>
      </w:r>
      <w:r w:rsidR="000B1520">
        <w:rPr>
          <w:spacing w:val="-12"/>
        </w:rPr>
        <w:t xml:space="preserve"> проектор.</w:t>
      </w:r>
    </w:p>
    <w:p w:rsidR="000B1520" w:rsidRDefault="000B1520" w:rsidP="00BF7A86">
      <w:pPr>
        <w:pStyle w:val="a5"/>
        <w:spacing w:line="292" w:lineRule="auto"/>
        <w:ind w:left="215" w:right="3676"/>
      </w:pPr>
      <w:r>
        <w:t>К</w:t>
      </w:r>
      <w:r w:rsidR="00BF7A86">
        <w:t>омпьютер.</w:t>
      </w:r>
    </w:p>
    <w:p w:rsidR="00BF7A86" w:rsidRDefault="00BF7A86" w:rsidP="00BF7A86">
      <w:pPr>
        <w:pStyle w:val="a5"/>
        <w:spacing w:line="292" w:lineRule="auto"/>
        <w:ind w:left="215" w:right="3676"/>
      </w:pPr>
      <w:r>
        <w:t>Принтер.</w:t>
      </w:r>
    </w:p>
    <w:p w:rsidR="00BF7A86" w:rsidRDefault="00BF7A86" w:rsidP="00BF7A86">
      <w:pPr>
        <w:pStyle w:val="1"/>
        <w:spacing w:before="191"/>
        <w:ind w:left="215"/>
      </w:pPr>
      <w:r>
        <w:rPr>
          <w:spacing w:val="-1"/>
        </w:rPr>
        <w:t>ОБОРУДОВАНИЕ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ПРОВЕДЕНИЯ</w:t>
      </w:r>
      <w:r>
        <w:rPr>
          <w:spacing w:val="-12"/>
        </w:rPr>
        <w:t xml:space="preserve"> </w:t>
      </w:r>
      <w:r>
        <w:rPr>
          <w:spacing w:val="-1"/>
        </w:rPr>
        <w:t>ЛАБОРАТОРНЫХ,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РАБОТ, ДЕМОНСТРАЦИЙ</w:t>
      </w:r>
    </w:p>
    <w:p w:rsidR="00BF7A86" w:rsidRDefault="00BF7A86" w:rsidP="00BF7A86">
      <w:pPr>
        <w:spacing w:line="300" w:lineRule="auto"/>
        <w:ind w:right="72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Набор предметных картинок. Таблицы и схемы. Классная (магнитная) доска. Персональный   компьютер. Демонстрационная линейка.</w:t>
      </w:r>
    </w:p>
    <w:p w:rsidR="00EF085F" w:rsidRPr="009C1BD2" w:rsidRDefault="00BF7A86" w:rsidP="009C1BD2">
      <w:pPr>
        <w:spacing w:line="228" w:lineRule="auto"/>
        <w:rPr>
          <w:sz w:val="24"/>
          <w:szCs w:val="24"/>
        </w:rPr>
        <w:sectPr w:rsidR="00EF085F" w:rsidRPr="009C1BD2">
          <w:pgSz w:w="11900" w:h="16840"/>
          <w:pgMar w:top="560" w:right="560" w:bottom="280" w:left="560" w:header="720" w:footer="720" w:gutter="0"/>
          <w:cols w:space="720"/>
        </w:sectPr>
      </w:pPr>
      <w:r>
        <w:rPr>
          <w:color w:val="000000"/>
          <w:sz w:val="24"/>
          <w:szCs w:val="24"/>
        </w:rPr>
        <w:t xml:space="preserve">   Демонстрационный чертёжный треуго</w:t>
      </w:r>
      <w:r w:rsidR="009C1BD2">
        <w:rPr>
          <w:color w:val="000000"/>
          <w:sz w:val="24"/>
          <w:szCs w:val="24"/>
        </w:rPr>
        <w:t>льник. Демонстрационный циркуль</w:t>
      </w:r>
    </w:p>
    <w:p w:rsidR="009C1BD2" w:rsidRDefault="009C1BD2" w:rsidP="009C1BD2">
      <w:pPr>
        <w:shd w:val="clear" w:color="auto" w:fill="FFFFFF"/>
        <w:adjustRightInd w:val="0"/>
        <w:rPr>
          <w:b/>
          <w:i/>
          <w:color w:val="000000"/>
          <w:sz w:val="24"/>
          <w:szCs w:val="24"/>
          <w:lang w:eastAsia="ru-RU"/>
        </w:rPr>
      </w:pPr>
      <w:r>
        <w:rPr>
          <w:b/>
          <w:i/>
          <w:color w:val="000000"/>
          <w:sz w:val="24"/>
          <w:szCs w:val="24"/>
          <w:lang w:eastAsia="ru-RU"/>
        </w:rPr>
        <w:t xml:space="preserve">                       Аннотация к рабочим программам «Математика 1-4 классы»</w:t>
      </w:r>
    </w:p>
    <w:p w:rsidR="009C1BD2" w:rsidRDefault="009C1BD2" w:rsidP="009C1BD2">
      <w:pPr>
        <w:shd w:val="clear" w:color="auto" w:fill="FFFFFF"/>
        <w:adjustRightInd w:val="0"/>
        <w:ind w:firstLine="1134"/>
        <w:jc w:val="center"/>
        <w:rPr>
          <w:b/>
          <w:i/>
          <w:color w:val="000000"/>
          <w:sz w:val="24"/>
          <w:szCs w:val="24"/>
          <w:lang w:eastAsia="ru-RU"/>
        </w:rPr>
      </w:pPr>
    </w:p>
    <w:p w:rsidR="009C1BD2" w:rsidRDefault="009C1BD2" w:rsidP="009C1BD2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Рабочие программы по математике </w:t>
      </w:r>
      <w:r>
        <w:rPr>
          <w:sz w:val="24"/>
          <w:szCs w:val="24"/>
          <w:lang w:eastAsia="ru-RU"/>
        </w:rPr>
        <w:t xml:space="preserve"> для обучающихся 1- 4 классов составлены в соответствии с требованиями Федерального государственного образовательного стандарта начального общего образования</w:t>
      </w:r>
      <w:r>
        <w:rPr>
          <w:color w:val="000000"/>
          <w:sz w:val="24"/>
          <w:szCs w:val="24"/>
          <w:lang w:eastAsia="ru-RU"/>
        </w:rPr>
        <w:t xml:space="preserve">, утвержденного Приказом Министерства образования и науки Российской Федерации от 06.10.2009 г № 373 «Об утверждении и введении в действие федерального государственного образовательного стандарта начального общего образования», </w:t>
      </w:r>
      <w:r>
        <w:rPr>
          <w:sz w:val="24"/>
          <w:szCs w:val="24"/>
          <w:lang w:eastAsia="ru-RU"/>
        </w:rPr>
        <w:t xml:space="preserve"> на основе следующих документов и материалов: </w:t>
      </w:r>
      <w:r>
        <w:rPr>
          <w:color w:val="000000"/>
          <w:sz w:val="24"/>
          <w:szCs w:val="24"/>
          <w:lang w:eastAsia="ru-RU"/>
        </w:rPr>
        <w:t>Закона РФ «Об образовании в Российской Федерации» от 29.12.2012 № 273-ФЗ;</w:t>
      </w:r>
      <w:r>
        <w:rPr>
          <w:sz w:val="24"/>
          <w:szCs w:val="24"/>
          <w:lang w:eastAsia="ru-RU"/>
        </w:rPr>
        <w:t xml:space="preserve"> </w:t>
      </w:r>
    </w:p>
    <w:p w:rsidR="009C1BD2" w:rsidRDefault="009C1BD2" w:rsidP="009C1BD2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Приказа </w:t>
      </w:r>
      <w:r>
        <w:rPr>
          <w:rFonts w:eastAsia="HiddenHorzOCR"/>
          <w:color w:val="000000"/>
          <w:sz w:val="24"/>
          <w:szCs w:val="24"/>
        </w:rPr>
        <w:t xml:space="preserve">Приказ Минпросвещения России от </w:t>
      </w:r>
      <w:smartTag w:uri="urn:schemas-microsoft-com:office:smarttags" w:element="date">
        <w:smartTagPr>
          <w:attr w:name="ls" w:val="trans"/>
          <w:attr w:name="Month" w:val="05"/>
          <w:attr w:name="Day" w:val="20"/>
          <w:attr w:name="Year" w:val="2020"/>
        </w:smartTagPr>
        <w:r>
          <w:rPr>
            <w:rFonts w:eastAsia="HiddenHorzOCR"/>
            <w:color w:val="000000"/>
            <w:sz w:val="24"/>
            <w:szCs w:val="24"/>
          </w:rPr>
          <w:t>20.05.2020</w:t>
        </w:r>
      </w:smartTag>
      <w:r>
        <w:rPr>
          <w:rFonts w:eastAsia="HiddenHorzOCR"/>
          <w:color w:val="000000"/>
          <w:sz w:val="24"/>
          <w:szCs w:val="24"/>
        </w:rPr>
        <w:t xml:space="preserve"> № 254 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color w:val="000000"/>
          <w:sz w:val="24"/>
          <w:szCs w:val="24"/>
          <w:lang w:eastAsia="ru-RU"/>
        </w:rPr>
        <w:t>;</w:t>
      </w:r>
      <w:r>
        <w:rPr>
          <w:sz w:val="24"/>
          <w:szCs w:val="24"/>
          <w:lang w:eastAsia="ru-RU"/>
        </w:rPr>
        <w:t xml:space="preserve"> </w:t>
      </w:r>
    </w:p>
    <w:p w:rsidR="009C1BD2" w:rsidRDefault="009C1BD2" w:rsidP="009C1BD2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на основе авторской программы М. И. Моро, Ю. М. Колягина, М. А. Бантовой, Г. В. Бельтюковой, С. И. Волковой, С. В. Степановой «Математика» сборник «Примерные рабочие программы «Школа России». 1-4 класс. </w:t>
      </w:r>
    </w:p>
    <w:p w:rsidR="009C1BD2" w:rsidRDefault="009C1BD2" w:rsidP="009C1BD2">
      <w:pPr>
        <w:ind w:firstLine="1134"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Обучение математике является важнейшей состав</w:t>
      </w:r>
      <w:r>
        <w:rPr>
          <w:color w:val="000000"/>
          <w:sz w:val="24"/>
          <w:szCs w:val="24"/>
          <w:lang w:bidi="ru-RU"/>
        </w:rPr>
        <w:softHyphen/>
        <w:t>ляющей начального общего образования. Этот предмет играет важную роль в формировании у младших школь</w:t>
      </w:r>
      <w:r>
        <w:rPr>
          <w:color w:val="000000"/>
          <w:sz w:val="24"/>
          <w:szCs w:val="24"/>
          <w:lang w:bidi="ru-RU"/>
        </w:rPr>
        <w:softHyphen/>
        <w:t>ников умения учиться.</w:t>
      </w:r>
    </w:p>
    <w:p w:rsidR="009C1BD2" w:rsidRDefault="009C1BD2" w:rsidP="009C1BD2">
      <w:pPr>
        <w:ind w:firstLine="1134"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bidi="ru-RU"/>
        </w:rPr>
        <w:t>Начальное обучение математике закладывает осно</w:t>
      </w:r>
      <w:r>
        <w:rPr>
          <w:color w:val="000000"/>
          <w:sz w:val="24"/>
          <w:szCs w:val="24"/>
          <w:lang w:bidi="ru-RU"/>
        </w:rPr>
        <w:softHyphen/>
        <w:t>вы для формирования приемов умственной деятельно</w:t>
      </w:r>
      <w:r>
        <w:rPr>
          <w:color w:val="000000"/>
          <w:sz w:val="24"/>
          <w:szCs w:val="24"/>
          <w:lang w:bidi="ru-RU"/>
        </w:rPr>
        <w:softHyphen/>
        <w:t>сти: школьники учатся проводить анализ, сравнение, классификацию объектов, устанавливать причинно - следственные связи, закономерности, выстраивать логические цепочки рассуждений. Изучая математи</w:t>
      </w:r>
      <w:r>
        <w:rPr>
          <w:color w:val="000000"/>
          <w:sz w:val="24"/>
          <w:szCs w:val="24"/>
          <w:lang w:bidi="ru-RU"/>
        </w:rPr>
        <w:softHyphen/>
        <w:t>ку, они усваивают определенные обобщенные знания и способы действий. Универсальные математические способы познания способствуют целостному восприя</w:t>
      </w:r>
      <w:r>
        <w:rPr>
          <w:color w:val="000000"/>
          <w:sz w:val="24"/>
          <w:szCs w:val="24"/>
          <w:lang w:bidi="ru-RU"/>
        </w:rPr>
        <w:softHyphen/>
        <w:t>тию мира, позволяют выстраивать модели его отдель</w:t>
      </w:r>
      <w:r>
        <w:rPr>
          <w:color w:val="000000"/>
          <w:sz w:val="24"/>
          <w:szCs w:val="24"/>
          <w:lang w:bidi="ru-RU"/>
        </w:rPr>
        <w:softHyphen/>
        <w:t>ных процессов и явлений, а также являются основой формирования универсальных учебных действий. Уни</w:t>
      </w:r>
      <w:r>
        <w:rPr>
          <w:color w:val="000000"/>
          <w:sz w:val="24"/>
          <w:szCs w:val="24"/>
          <w:lang w:bidi="ru-RU"/>
        </w:rPr>
        <w:softHyphen/>
        <w:t>версальные учебные</w:t>
      </w:r>
      <w:r>
        <w:rPr>
          <w:sz w:val="20"/>
          <w:szCs w:val="20"/>
        </w:rPr>
        <w:t xml:space="preserve"> </w:t>
      </w:r>
      <w:r>
        <w:rPr>
          <w:color w:val="000000"/>
          <w:sz w:val="24"/>
          <w:szCs w:val="24"/>
          <w:lang w:bidi="ru-RU"/>
        </w:rPr>
        <w:t>действия обеспечивают усвоение предметных знаний и интеллектуальное развитие уча</w:t>
      </w:r>
      <w:r>
        <w:rPr>
          <w:color w:val="000000"/>
          <w:sz w:val="24"/>
          <w:szCs w:val="24"/>
          <w:lang w:bidi="ru-RU"/>
        </w:rPr>
        <w:softHyphen/>
        <w:t>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9C1BD2" w:rsidRDefault="009C1BD2" w:rsidP="009C1BD2">
      <w:pPr>
        <w:ind w:firstLine="1134"/>
        <w:contextualSpacing/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Усвоенные в начальном курсе математики знания и способы действий необходимы не только для даль</w:t>
      </w:r>
      <w:r>
        <w:rPr>
          <w:color w:val="000000"/>
          <w:sz w:val="24"/>
          <w:szCs w:val="24"/>
          <w:lang w:bidi="ru-RU"/>
        </w:rPr>
        <w:softHyphen/>
        <w:t>нейшего успешного изучения математики и других школьных дисциплин, но и для решения многих прак</w:t>
      </w:r>
      <w:r>
        <w:rPr>
          <w:color w:val="000000"/>
          <w:sz w:val="24"/>
          <w:szCs w:val="24"/>
          <w:lang w:bidi="ru-RU"/>
        </w:rPr>
        <w:softHyphen/>
        <w:t>тических задач во взрослой жизни.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Основными</w:t>
      </w:r>
      <w:r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 xml:space="preserve"> целями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 начального обучения математике являются:</w:t>
      </w:r>
    </w:p>
    <w:p w:rsidR="009C1BD2" w:rsidRDefault="009C1BD2" w:rsidP="00EB2900">
      <w:pPr>
        <w:numPr>
          <w:ilvl w:val="0"/>
          <w:numId w:val="19"/>
        </w:numPr>
        <w:autoSpaceDE/>
        <w:autoSpaceDN/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Математическое развитие младших школьников.</w:t>
      </w:r>
    </w:p>
    <w:p w:rsidR="009C1BD2" w:rsidRDefault="009C1BD2" w:rsidP="00EB2900">
      <w:pPr>
        <w:numPr>
          <w:ilvl w:val="0"/>
          <w:numId w:val="19"/>
        </w:numPr>
        <w:autoSpaceDE/>
        <w:autoSpaceDN/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Формирование системы начальных</w:t>
      </w:r>
      <w:r>
        <w:rPr>
          <w:rFonts w:eastAsia="Arial Unicode MS" w:cs="Arial Unicode MS"/>
          <w:color w:val="FF0000"/>
          <w:sz w:val="24"/>
          <w:szCs w:val="24"/>
          <w:lang w:eastAsia="ru-RU" w:bidi="ru-RU"/>
        </w:rPr>
        <w:t xml:space="preserve"> 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математических знаний.</w:t>
      </w:r>
    </w:p>
    <w:p w:rsidR="009C1BD2" w:rsidRDefault="009C1BD2" w:rsidP="00EB2900">
      <w:pPr>
        <w:numPr>
          <w:ilvl w:val="0"/>
          <w:numId w:val="19"/>
        </w:numPr>
        <w:autoSpaceDE/>
        <w:autoSpaceDN/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 Воспитание интереса к математике, к умственной деятельности.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Программа определяет ряд </w:t>
      </w:r>
      <w:r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>задач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, решение которых направлено на достижение основных целей начального математического образования: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</w:t>
      </w:r>
      <w:r>
        <w:rPr>
          <w:rFonts w:eastAsia="Arial Unicode MS" w:cs="Arial Unicode MS"/>
          <w:color w:val="FF0000"/>
          <w:sz w:val="24"/>
          <w:szCs w:val="24"/>
          <w:lang w:eastAsia="ru-RU" w:bidi="ru-RU"/>
        </w:rPr>
        <w:t xml:space="preserve"> 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описывать, моделировать и объяснять количественные и пространственные отношения); 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 xml:space="preserve">— развитие основ логического, знаково-символического и алгоритмического мышления; 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 развитие пространственного воображения;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 развитие математической речи;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 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формирование умения вести поиск информации и работать с ней;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формирование первоначальных представлений о компьютерной грамотности;</w:t>
      </w:r>
    </w:p>
    <w:p w:rsidR="009C1BD2" w:rsidRDefault="009C1BD2" w:rsidP="009C1BD2">
      <w:pPr>
        <w:tabs>
          <w:tab w:val="right" w:pos="9355"/>
        </w:tabs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развитие познавательных способностей;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воспитание стремления к расширению математических знаний;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формирование критичности мышления;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развитие умений аргументированно обосновывать и отстаивать высказанное суждение, оценивать и принимать суждения других.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Решение названных задач обеспечит осознание младшими школьниками универсальности математических способов познания мира, усвоение начальных математических знаний, 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9C1BD2" w:rsidRDefault="009C1BD2" w:rsidP="009C1BD2">
      <w:pPr>
        <w:shd w:val="clear" w:color="auto" w:fill="FFFFFF"/>
        <w:adjustRightInd w:val="0"/>
        <w:ind w:firstLine="1134"/>
        <w:jc w:val="both"/>
        <w:rPr>
          <w:sz w:val="24"/>
          <w:szCs w:val="24"/>
          <w:lang w:eastAsia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Начальный курс математики является курсом интегрированным: в нём объединён арифметический, геометрический и алгебраический материал.</w:t>
      </w:r>
    </w:p>
    <w:p w:rsidR="009C1BD2" w:rsidRDefault="009C1BD2" w:rsidP="009C1BD2">
      <w:pPr>
        <w:ind w:firstLine="1134"/>
        <w:jc w:val="center"/>
        <w:rPr>
          <w:rFonts w:eastAsiaTheme="minorHAnsi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Содержание программы представлено следующими разделами:</w:t>
      </w:r>
    </w:p>
    <w:p w:rsidR="009C1BD2" w:rsidRDefault="009C1BD2" w:rsidP="009C1BD2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1. пояснительная записка</w:t>
      </w:r>
    </w:p>
    <w:p w:rsidR="009C1BD2" w:rsidRDefault="009C1BD2" w:rsidP="009C1BD2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планируемые результаты освоения учебного предмета; </w:t>
      </w:r>
    </w:p>
    <w:p w:rsidR="009C1BD2" w:rsidRDefault="009C1BD2" w:rsidP="009C1BD2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содержание учебного предмета; </w:t>
      </w:r>
    </w:p>
    <w:p w:rsidR="009C1BD2" w:rsidRDefault="009C1BD2" w:rsidP="009C1BD2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тематическое планирование с указанием количества часов, отводимых на освоение каждой темы. </w:t>
      </w:r>
    </w:p>
    <w:p w:rsidR="009C1BD2" w:rsidRDefault="009C1BD2" w:rsidP="009C1BD2">
      <w:pPr>
        <w:ind w:firstLine="1134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Место курса в учебном плане</w:t>
      </w:r>
    </w:p>
    <w:p w:rsidR="009C1BD2" w:rsidRDefault="009C1BD2" w:rsidP="009C1BD2">
      <w:pPr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На изучение математики в 1 классе отводится — 132 ч (4 ч в неделю, 33 учебные недели): Во 2—4 классах на математики отводится по 136 ч (4 ч в неделю, 34 учебные недели в каждом классе).</w:t>
      </w:r>
    </w:p>
    <w:p w:rsidR="009C1BD2" w:rsidRDefault="009C1BD2" w:rsidP="009C1BD2">
      <w:pPr>
        <w:ind w:firstLine="540"/>
        <w:jc w:val="center"/>
        <w:rPr>
          <w:rFonts w:cs="Arial Unicode MS"/>
          <w:b/>
          <w:color w:val="000000"/>
          <w:sz w:val="24"/>
          <w:szCs w:val="24"/>
          <w:lang w:eastAsia="ru-RU" w:bidi="ru-RU"/>
        </w:rPr>
      </w:pPr>
      <w:r>
        <w:rPr>
          <w:rFonts w:cs="Arial Unicode MS"/>
          <w:b/>
          <w:color w:val="000000"/>
          <w:sz w:val="24"/>
          <w:szCs w:val="24"/>
          <w:lang w:eastAsia="ru-RU" w:bidi="ru-RU"/>
        </w:rPr>
        <w:t>Личностные результаты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— Чувство гордости за свою Родину, российский народ и историю России;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— Осознание роли своей страны в мировом развитии, уважительное отношение к семейным ценностям, бережное отношение к окружающему миру.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— Целостное восприятие окружающего мира.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— Рефлексивную самооценку, умение анализировать свои действия и управлять ими.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 — Навыки сотрудничества со взрослыми и сверстниками.</w:t>
      </w:r>
    </w:p>
    <w:p w:rsidR="009C1BD2" w:rsidRDefault="009C1BD2" w:rsidP="009C1BD2">
      <w:pPr>
        <w:ind w:firstLine="540"/>
        <w:jc w:val="both"/>
        <w:rPr>
          <w:rFonts w:cs="Arial Unicode MS"/>
          <w:color w:val="000000"/>
          <w:sz w:val="24"/>
          <w:szCs w:val="24"/>
          <w:lang w:eastAsia="ru-RU" w:bidi="ru-RU"/>
        </w:rPr>
      </w:pPr>
      <w:r>
        <w:rPr>
          <w:rFonts w:cs="Arial Unicode MS"/>
          <w:color w:val="000000"/>
          <w:sz w:val="24"/>
          <w:szCs w:val="24"/>
          <w:lang w:eastAsia="ru-RU" w:bidi="ru-RU"/>
        </w:rPr>
        <w:t> — Установку на здоровый образ жизни, наличие мотивации к творческому труду, к работе на результат.</w:t>
      </w:r>
    </w:p>
    <w:p w:rsidR="009C1BD2" w:rsidRDefault="009C1BD2" w:rsidP="009C1BD2">
      <w:pPr>
        <w:ind w:firstLine="709"/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>Метапредметные результаты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>— 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Способность принимать и сохранять цели и задачи учебной деятельности, находить средства и способы её осуществления.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 — Овладение способами выполнения заданий творческого и поискового характера.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 Умения планировать, контролировать и оценивать учебные действия в соответствии с поставленной задачей и условиями её выполнения, определять наиболее эффективные способы достижения результата.</w:t>
      </w:r>
    </w:p>
    <w:p w:rsidR="009C1BD2" w:rsidRDefault="009C1BD2" w:rsidP="009C1BD2">
      <w:pPr>
        <w:contextualSpacing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— </w:t>
      </w:r>
      <w:r>
        <w:rPr>
          <w:bCs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</w:t>
      </w:r>
      <w:r>
        <w:rPr>
          <w:bCs/>
          <w:sz w:val="24"/>
          <w:szCs w:val="24"/>
        </w:rPr>
        <w:br/>
        <w:t>аналогий и причинно-следственных связей, построения рассуждений, отнесения к известным понятиям</w:t>
      </w:r>
    </w:p>
    <w:p w:rsidR="009C1BD2" w:rsidRDefault="009C1BD2" w:rsidP="009C1BD2">
      <w:pPr>
        <w:ind w:firstLine="709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b/>
          <w:color w:val="000000"/>
          <w:sz w:val="24"/>
          <w:szCs w:val="24"/>
          <w:lang w:eastAsia="ru-RU" w:bidi="ru-RU"/>
        </w:rPr>
        <w:t>Предметные результаты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 Использование приобретённых математических знаний для описания и объяснения окружающих предметов, процессов, явлений, а также для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br/>
        <w:t>оценки их количественных и пространственных отношений.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Овладение основами логического и алгоритмического мышления,</w:t>
      </w: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br/>
        <w:t>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9C1BD2" w:rsidRDefault="009C1BD2" w:rsidP="009C1BD2">
      <w:pPr>
        <w:ind w:firstLine="709"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 — 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9C1BD2" w:rsidRDefault="009C1BD2" w:rsidP="009C1BD2">
      <w:pPr>
        <w:ind w:firstLine="400"/>
        <w:contextualSpacing/>
        <w:jc w:val="both"/>
        <w:rPr>
          <w:rFonts w:eastAsia="Arial Unicode MS" w:cs="Arial Unicode MS"/>
          <w:color w:val="000000"/>
          <w:sz w:val="24"/>
          <w:szCs w:val="24"/>
          <w:lang w:eastAsia="ru-RU" w:bidi="ru-RU"/>
        </w:rPr>
      </w:pPr>
      <w:r>
        <w:rPr>
          <w:rFonts w:eastAsia="Arial Unicode MS" w:cs="Arial Unicode MS"/>
          <w:color w:val="000000"/>
          <w:sz w:val="24"/>
          <w:szCs w:val="24"/>
          <w:lang w:eastAsia="ru-RU" w:bidi="ru-RU"/>
        </w:rPr>
        <w:t>— 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игре, исследовать, распознавать и изображать геометрические фигуры, работать с таблицами.</w:t>
      </w:r>
    </w:p>
    <w:p w:rsidR="009C1BD2" w:rsidRDefault="009C1BD2" w:rsidP="009C1BD2">
      <w:pPr>
        <w:rPr>
          <w:rFonts w:ascii="PT Astra Serif" w:eastAsiaTheme="minorHAnsi" w:hAnsi="PT Astra Serif" w:cstheme="minorBidi"/>
        </w:rPr>
      </w:pPr>
    </w:p>
    <w:p w:rsidR="009C1BD2" w:rsidRDefault="009C1BD2" w:rsidP="009C1BD2"/>
    <w:p w:rsidR="00EF085F" w:rsidRPr="009C1BD2" w:rsidRDefault="00EF085F" w:rsidP="009C1BD2">
      <w:pPr>
        <w:ind w:firstLine="720"/>
      </w:pPr>
    </w:p>
    <w:sectPr w:rsidR="00EF085F" w:rsidRPr="009C1BD2">
      <w:pgSz w:w="11900" w:h="16840"/>
      <w:pgMar w:top="160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4AC" w:rsidRDefault="002A34AC" w:rsidP="009C1BD2">
      <w:r>
        <w:separator/>
      </w:r>
    </w:p>
  </w:endnote>
  <w:endnote w:type="continuationSeparator" w:id="0">
    <w:p w:rsidR="002A34AC" w:rsidRDefault="002A34AC" w:rsidP="009C1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4AC" w:rsidRDefault="002A34AC" w:rsidP="009C1BD2">
      <w:r>
        <w:separator/>
      </w:r>
    </w:p>
  </w:footnote>
  <w:footnote w:type="continuationSeparator" w:id="0">
    <w:p w:rsidR="002A34AC" w:rsidRDefault="002A34AC" w:rsidP="009C1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0F4150"/>
    <w:multiLevelType w:val="hybridMultilevel"/>
    <w:tmpl w:val="C7E8C268"/>
    <w:lvl w:ilvl="0" w:tplc="BB542E22">
      <w:start w:val="1"/>
      <w:numFmt w:val="decimal"/>
      <w:lvlText w:val="%1)"/>
      <w:lvlJc w:val="left"/>
      <w:pPr>
        <w:ind w:left="611" w:hanging="3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96E7430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824484">
      <w:numFmt w:val="bullet"/>
      <w:lvlText w:val="•"/>
      <w:lvlJc w:val="left"/>
      <w:pPr>
        <w:ind w:left="1748" w:hanging="360"/>
      </w:pPr>
      <w:rPr>
        <w:lang w:val="ru-RU" w:eastAsia="en-US" w:bidi="ar-SA"/>
      </w:rPr>
    </w:lvl>
    <w:lvl w:ilvl="3" w:tplc="C726771E">
      <w:numFmt w:val="bullet"/>
      <w:lvlText w:val="•"/>
      <w:lvlJc w:val="left"/>
      <w:pPr>
        <w:ind w:left="2877" w:hanging="360"/>
      </w:pPr>
      <w:rPr>
        <w:lang w:val="ru-RU" w:eastAsia="en-US" w:bidi="ar-SA"/>
      </w:rPr>
    </w:lvl>
    <w:lvl w:ilvl="4" w:tplc="345AE632">
      <w:numFmt w:val="bullet"/>
      <w:lvlText w:val="•"/>
      <w:lvlJc w:val="left"/>
      <w:pPr>
        <w:ind w:left="4006" w:hanging="360"/>
      </w:pPr>
      <w:rPr>
        <w:lang w:val="ru-RU" w:eastAsia="en-US" w:bidi="ar-SA"/>
      </w:rPr>
    </w:lvl>
    <w:lvl w:ilvl="5" w:tplc="CFB28A0E">
      <w:numFmt w:val="bullet"/>
      <w:lvlText w:val="•"/>
      <w:lvlJc w:val="left"/>
      <w:pPr>
        <w:ind w:left="5135" w:hanging="360"/>
      </w:pPr>
      <w:rPr>
        <w:lang w:val="ru-RU" w:eastAsia="en-US" w:bidi="ar-SA"/>
      </w:rPr>
    </w:lvl>
    <w:lvl w:ilvl="6" w:tplc="AEDCA042">
      <w:numFmt w:val="bullet"/>
      <w:lvlText w:val="•"/>
      <w:lvlJc w:val="left"/>
      <w:pPr>
        <w:ind w:left="6264" w:hanging="360"/>
      </w:pPr>
      <w:rPr>
        <w:lang w:val="ru-RU" w:eastAsia="en-US" w:bidi="ar-SA"/>
      </w:rPr>
    </w:lvl>
    <w:lvl w:ilvl="7" w:tplc="7D42F098">
      <w:numFmt w:val="bullet"/>
      <w:lvlText w:val="•"/>
      <w:lvlJc w:val="left"/>
      <w:pPr>
        <w:ind w:left="7392" w:hanging="360"/>
      </w:pPr>
      <w:rPr>
        <w:lang w:val="ru-RU" w:eastAsia="en-US" w:bidi="ar-SA"/>
      </w:rPr>
    </w:lvl>
    <w:lvl w:ilvl="8" w:tplc="AF0024A4">
      <w:numFmt w:val="bullet"/>
      <w:lvlText w:val="•"/>
      <w:lvlJc w:val="left"/>
      <w:pPr>
        <w:ind w:left="8521" w:hanging="360"/>
      </w:pPr>
      <w:rPr>
        <w:lang w:val="ru-RU" w:eastAsia="en-US" w:bidi="ar-SA"/>
      </w:rPr>
    </w:lvl>
  </w:abstractNum>
  <w:abstractNum w:abstractNumId="7" w15:restartNumberingAfterBreak="0">
    <w:nsid w:val="10B521E5"/>
    <w:multiLevelType w:val="hybridMultilevel"/>
    <w:tmpl w:val="115C59CA"/>
    <w:lvl w:ilvl="0" w:tplc="296A32F6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5A16CE">
      <w:numFmt w:val="bullet"/>
      <w:lvlText w:val="•"/>
      <w:lvlJc w:val="left"/>
      <w:pPr>
        <w:ind w:left="1563" w:hanging="360"/>
      </w:pPr>
      <w:rPr>
        <w:lang w:val="ru-RU" w:eastAsia="en-US" w:bidi="ar-SA"/>
      </w:rPr>
    </w:lvl>
    <w:lvl w:ilvl="2" w:tplc="3320A7E4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3" w:tplc="7A18650A">
      <w:numFmt w:val="bullet"/>
      <w:lvlText w:val="•"/>
      <w:lvlJc w:val="left"/>
      <w:pPr>
        <w:ind w:left="3611" w:hanging="360"/>
      </w:pPr>
      <w:rPr>
        <w:lang w:val="ru-RU" w:eastAsia="en-US" w:bidi="ar-SA"/>
      </w:rPr>
    </w:lvl>
    <w:lvl w:ilvl="4" w:tplc="C244605A">
      <w:numFmt w:val="bullet"/>
      <w:lvlText w:val="•"/>
      <w:lvlJc w:val="left"/>
      <w:pPr>
        <w:ind w:left="4635" w:hanging="360"/>
      </w:pPr>
      <w:rPr>
        <w:lang w:val="ru-RU" w:eastAsia="en-US" w:bidi="ar-SA"/>
      </w:rPr>
    </w:lvl>
    <w:lvl w:ilvl="5" w:tplc="E7C04E96">
      <w:numFmt w:val="bullet"/>
      <w:lvlText w:val="•"/>
      <w:lvlJc w:val="left"/>
      <w:pPr>
        <w:ind w:left="5659" w:hanging="360"/>
      </w:pPr>
      <w:rPr>
        <w:lang w:val="ru-RU" w:eastAsia="en-US" w:bidi="ar-SA"/>
      </w:rPr>
    </w:lvl>
    <w:lvl w:ilvl="6" w:tplc="3ADA26D4">
      <w:numFmt w:val="bullet"/>
      <w:lvlText w:val="•"/>
      <w:lvlJc w:val="left"/>
      <w:pPr>
        <w:ind w:left="6683" w:hanging="360"/>
      </w:pPr>
      <w:rPr>
        <w:lang w:val="ru-RU" w:eastAsia="en-US" w:bidi="ar-SA"/>
      </w:rPr>
    </w:lvl>
    <w:lvl w:ilvl="7" w:tplc="0442C706">
      <w:numFmt w:val="bullet"/>
      <w:lvlText w:val="•"/>
      <w:lvlJc w:val="left"/>
      <w:pPr>
        <w:ind w:left="7707" w:hanging="360"/>
      </w:pPr>
      <w:rPr>
        <w:lang w:val="ru-RU" w:eastAsia="en-US" w:bidi="ar-SA"/>
      </w:rPr>
    </w:lvl>
    <w:lvl w:ilvl="8" w:tplc="A470F8FC">
      <w:numFmt w:val="bullet"/>
      <w:lvlText w:val="•"/>
      <w:lvlJc w:val="left"/>
      <w:pPr>
        <w:ind w:left="8731" w:hanging="360"/>
      </w:pPr>
      <w:rPr>
        <w:lang w:val="ru-RU" w:eastAsia="en-US" w:bidi="ar-SA"/>
      </w:rPr>
    </w:lvl>
  </w:abstractNum>
  <w:abstractNum w:abstractNumId="8" w15:restartNumberingAfterBreak="0">
    <w:nsid w:val="213A679A"/>
    <w:multiLevelType w:val="hybridMultilevel"/>
    <w:tmpl w:val="A1B06C92"/>
    <w:lvl w:ilvl="0" w:tplc="995256EC">
      <w:start w:val="1"/>
      <w:numFmt w:val="decimal"/>
      <w:lvlText w:val="%1."/>
      <w:lvlJc w:val="left"/>
      <w:pPr>
        <w:ind w:left="4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2D9BC">
      <w:numFmt w:val="bullet"/>
      <w:lvlText w:val="•"/>
      <w:lvlJc w:val="left"/>
      <w:pPr>
        <w:ind w:left="1815" w:hanging="240"/>
      </w:pPr>
      <w:rPr>
        <w:rFonts w:hint="default"/>
        <w:lang w:val="ru-RU" w:eastAsia="en-US" w:bidi="ar-SA"/>
      </w:rPr>
    </w:lvl>
    <w:lvl w:ilvl="2" w:tplc="C2002D72"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3" w:tplc="FD8A3FA4">
      <w:numFmt w:val="bullet"/>
      <w:lvlText w:val="•"/>
      <w:lvlJc w:val="left"/>
      <w:pPr>
        <w:ind w:left="4527" w:hanging="240"/>
      </w:pPr>
      <w:rPr>
        <w:rFonts w:hint="default"/>
        <w:lang w:val="ru-RU" w:eastAsia="en-US" w:bidi="ar-SA"/>
      </w:rPr>
    </w:lvl>
    <w:lvl w:ilvl="4" w:tplc="E230EF8A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5" w:tplc="410AA8FC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6" w:tplc="688EAA26">
      <w:numFmt w:val="bullet"/>
      <w:lvlText w:val="•"/>
      <w:lvlJc w:val="left"/>
      <w:pPr>
        <w:ind w:left="8595" w:hanging="240"/>
      </w:pPr>
      <w:rPr>
        <w:rFonts w:hint="default"/>
        <w:lang w:val="ru-RU" w:eastAsia="en-US" w:bidi="ar-SA"/>
      </w:rPr>
    </w:lvl>
    <w:lvl w:ilvl="7" w:tplc="037AD0CE">
      <w:numFmt w:val="bullet"/>
      <w:lvlText w:val="•"/>
      <w:lvlJc w:val="left"/>
      <w:pPr>
        <w:ind w:left="9950" w:hanging="240"/>
      </w:pPr>
      <w:rPr>
        <w:rFonts w:hint="default"/>
        <w:lang w:val="ru-RU" w:eastAsia="en-US" w:bidi="ar-SA"/>
      </w:rPr>
    </w:lvl>
    <w:lvl w:ilvl="8" w:tplc="FA84619A">
      <w:numFmt w:val="bullet"/>
      <w:lvlText w:val="•"/>
      <w:lvlJc w:val="left"/>
      <w:pPr>
        <w:ind w:left="11306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33AC0637"/>
    <w:multiLevelType w:val="hybridMultilevel"/>
    <w:tmpl w:val="48B82EC6"/>
    <w:lvl w:ilvl="0" w:tplc="A74EE724">
      <w:start w:val="1"/>
      <w:numFmt w:val="decimal"/>
      <w:lvlText w:val="%1)"/>
      <w:lvlJc w:val="left"/>
      <w:pPr>
        <w:ind w:left="611" w:hanging="32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52ED6D6">
      <w:numFmt w:val="bullet"/>
      <w:lvlText w:val="—"/>
      <w:lvlJc w:val="left"/>
      <w:pPr>
        <w:ind w:left="5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A14E4">
      <w:numFmt w:val="bullet"/>
      <w:lvlText w:val="•"/>
      <w:lvlJc w:val="left"/>
      <w:pPr>
        <w:ind w:left="1748" w:hanging="365"/>
      </w:pPr>
      <w:rPr>
        <w:lang w:val="ru-RU" w:eastAsia="en-US" w:bidi="ar-SA"/>
      </w:rPr>
    </w:lvl>
    <w:lvl w:ilvl="3" w:tplc="E1480648">
      <w:numFmt w:val="bullet"/>
      <w:lvlText w:val="•"/>
      <w:lvlJc w:val="left"/>
      <w:pPr>
        <w:ind w:left="2877" w:hanging="365"/>
      </w:pPr>
      <w:rPr>
        <w:lang w:val="ru-RU" w:eastAsia="en-US" w:bidi="ar-SA"/>
      </w:rPr>
    </w:lvl>
    <w:lvl w:ilvl="4" w:tplc="6A32671A">
      <w:numFmt w:val="bullet"/>
      <w:lvlText w:val="•"/>
      <w:lvlJc w:val="left"/>
      <w:pPr>
        <w:ind w:left="4006" w:hanging="365"/>
      </w:pPr>
      <w:rPr>
        <w:lang w:val="ru-RU" w:eastAsia="en-US" w:bidi="ar-SA"/>
      </w:rPr>
    </w:lvl>
    <w:lvl w:ilvl="5" w:tplc="A764350C">
      <w:numFmt w:val="bullet"/>
      <w:lvlText w:val="•"/>
      <w:lvlJc w:val="left"/>
      <w:pPr>
        <w:ind w:left="5135" w:hanging="365"/>
      </w:pPr>
      <w:rPr>
        <w:lang w:val="ru-RU" w:eastAsia="en-US" w:bidi="ar-SA"/>
      </w:rPr>
    </w:lvl>
    <w:lvl w:ilvl="6" w:tplc="77D21B10">
      <w:numFmt w:val="bullet"/>
      <w:lvlText w:val="•"/>
      <w:lvlJc w:val="left"/>
      <w:pPr>
        <w:ind w:left="6264" w:hanging="365"/>
      </w:pPr>
      <w:rPr>
        <w:lang w:val="ru-RU" w:eastAsia="en-US" w:bidi="ar-SA"/>
      </w:rPr>
    </w:lvl>
    <w:lvl w:ilvl="7" w:tplc="A46EB496">
      <w:numFmt w:val="bullet"/>
      <w:lvlText w:val="•"/>
      <w:lvlJc w:val="left"/>
      <w:pPr>
        <w:ind w:left="7392" w:hanging="365"/>
      </w:pPr>
      <w:rPr>
        <w:lang w:val="ru-RU" w:eastAsia="en-US" w:bidi="ar-SA"/>
      </w:rPr>
    </w:lvl>
    <w:lvl w:ilvl="8" w:tplc="5F5004E4">
      <w:numFmt w:val="bullet"/>
      <w:lvlText w:val="•"/>
      <w:lvlJc w:val="left"/>
      <w:pPr>
        <w:ind w:left="8521" w:hanging="365"/>
      </w:pPr>
      <w:rPr>
        <w:lang w:val="ru-RU" w:eastAsia="en-US" w:bidi="ar-SA"/>
      </w:rPr>
    </w:lvl>
  </w:abstractNum>
  <w:abstractNum w:abstractNumId="10" w15:restartNumberingAfterBreak="0">
    <w:nsid w:val="3B4327EC"/>
    <w:multiLevelType w:val="hybridMultilevel"/>
    <w:tmpl w:val="9440EA6E"/>
    <w:lvl w:ilvl="0" w:tplc="41361BB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7AB310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2410E5C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ED7A18D8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87CACECA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99BA1FBE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14B233D6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E50CB1E6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336AD586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518B1"/>
    <w:multiLevelType w:val="hybridMultilevel"/>
    <w:tmpl w:val="CD188E0C"/>
    <w:lvl w:ilvl="0" w:tplc="0B389E00">
      <w:start w:val="1"/>
      <w:numFmt w:val="decimal"/>
      <w:lvlText w:val="%1)"/>
      <w:lvlJc w:val="left"/>
      <w:pPr>
        <w:ind w:left="610" w:hanging="325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80E0282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DA0D052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69F8D398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2A6E3F7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565A56C0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945AA3E8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A7C6DDC6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AC8E5C7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50157B65"/>
    <w:multiLevelType w:val="hybridMultilevel"/>
    <w:tmpl w:val="4BFC6AC4"/>
    <w:lvl w:ilvl="0" w:tplc="548CFFC4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9AA80D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B28E0E">
      <w:numFmt w:val="bullet"/>
      <w:lvlText w:val="•"/>
      <w:lvlJc w:val="left"/>
      <w:pPr>
        <w:ind w:left="1751" w:hanging="361"/>
      </w:pPr>
      <w:rPr>
        <w:lang w:val="ru-RU" w:eastAsia="en-US" w:bidi="ar-SA"/>
      </w:rPr>
    </w:lvl>
    <w:lvl w:ilvl="3" w:tplc="242AD7EA">
      <w:numFmt w:val="bullet"/>
      <w:lvlText w:val="•"/>
      <w:lvlJc w:val="left"/>
      <w:pPr>
        <w:ind w:left="2882" w:hanging="361"/>
      </w:pPr>
      <w:rPr>
        <w:lang w:val="ru-RU" w:eastAsia="en-US" w:bidi="ar-SA"/>
      </w:rPr>
    </w:lvl>
    <w:lvl w:ilvl="4" w:tplc="E7C40E62">
      <w:numFmt w:val="bullet"/>
      <w:lvlText w:val="•"/>
      <w:lvlJc w:val="left"/>
      <w:pPr>
        <w:ind w:left="4013" w:hanging="361"/>
      </w:pPr>
      <w:rPr>
        <w:lang w:val="ru-RU" w:eastAsia="en-US" w:bidi="ar-SA"/>
      </w:rPr>
    </w:lvl>
    <w:lvl w:ilvl="5" w:tplc="328222A2">
      <w:numFmt w:val="bullet"/>
      <w:lvlText w:val="•"/>
      <w:lvlJc w:val="left"/>
      <w:pPr>
        <w:ind w:left="5144" w:hanging="361"/>
      </w:pPr>
      <w:rPr>
        <w:lang w:val="ru-RU" w:eastAsia="en-US" w:bidi="ar-SA"/>
      </w:rPr>
    </w:lvl>
    <w:lvl w:ilvl="6" w:tplc="E2940942">
      <w:numFmt w:val="bullet"/>
      <w:lvlText w:val="•"/>
      <w:lvlJc w:val="left"/>
      <w:pPr>
        <w:ind w:left="6275" w:hanging="361"/>
      </w:pPr>
      <w:rPr>
        <w:lang w:val="ru-RU" w:eastAsia="en-US" w:bidi="ar-SA"/>
      </w:rPr>
    </w:lvl>
    <w:lvl w:ilvl="7" w:tplc="A7A8661A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5A7244E6">
      <w:numFmt w:val="bullet"/>
      <w:lvlText w:val="•"/>
      <w:lvlJc w:val="left"/>
      <w:pPr>
        <w:ind w:left="8537" w:hanging="361"/>
      </w:pPr>
      <w:rPr>
        <w:lang w:val="ru-RU" w:eastAsia="en-US" w:bidi="ar-SA"/>
      </w:rPr>
    </w:lvl>
  </w:abstractNum>
  <w:abstractNum w:abstractNumId="14" w15:restartNumberingAfterBreak="0">
    <w:nsid w:val="53C610B5"/>
    <w:multiLevelType w:val="hybridMultilevel"/>
    <w:tmpl w:val="597C3BF6"/>
    <w:lvl w:ilvl="0" w:tplc="D23CE94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CA315E">
      <w:numFmt w:val="bullet"/>
      <w:lvlText w:val="•"/>
      <w:lvlJc w:val="left"/>
      <w:pPr>
        <w:ind w:left="1548" w:hanging="361"/>
      </w:pPr>
      <w:rPr>
        <w:lang w:val="ru-RU" w:eastAsia="en-US" w:bidi="ar-SA"/>
      </w:rPr>
    </w:lvl>
    <w:lvl w:ilvl="2" w:tplc="4FDE492E">
      <w:numFmt w:val="bullet"/>
      <w:lvlText w:val="•"/>
      <w:lvlJc w:val="left"/>
      <w:pPr>
        <w:ind w:left="2576" w:hanging="361"/>
      </w:pPr>
      <w:rPr>
        <w:lang w:val="ru-RU" w:eastAsia="en-US" w:bidi="ar-SA"/>
      </w:rPr>
    </w:lvl>
    <w:lvl w:ilvl="3" w:tplc="CAF6D902">
      <w:numFmt w:val="bullet"/>
      <w:lvlText w:val="•"/>
      <w:lvlJc w:val="left"/>
      <w:pPr>
        <w:ind w:left="3604" w:hanging="361"/>
      </w:pPr>
      <w:rPr>
        <w:lang w:val="ru-RU" w:eastAsia="en-US" w:bidi="ar-SA"/>
      </w:rPr>
    </w:lvl>
    <w:lvl w:ilvl="4" w:tplc="C72C920A">
      <w:numFmt w:val="bullet"/>
      <w:lvlText w:val="•"/>
      <w:lvlJc w:val="left"/>
      <w:pPr>
        <w:ind w:left="4632" w:hanging="361"/>
      </w:pPr>
      <w:rPr>
        <w:lang w:val="ru-RU" w:eastAsia="en-US" w:bidi="ar-SA"/>
      </w:rPr>
    </w:lvl>
    <w:lvl w:ilvl="5" w:tplc="3356F8C6">
      <w:numFmt w:val="bullet"/>
      <w:lvlText w:val="•"/>
      <w:lvlJc w:val="left"/>
      <w:pPr>
        <w:ind w:left="5660" w:hanging="361"/>
      </w:pPr>
      <w:rPr>
        <w:lang w:val="ru-RU" w:eastAsia="en-US" w:bidi="ar-SA"/>
      </w:rPr>
    </w:lvl>
    <w:lvl w:ilvl="6" w:tplc="7C205268">
      <w:numFmt w:val="bullet"/>
      <w:lvlText w:val="•"/>
      <w:lvlJc w:val="left"/>
      <w:pPr>
        <w:ind w:left="6688" w:hanging="361"/>
      </w:pPr>
      <w:rPr>
        <w:lang w:val="ru-RU" w:eastAsia="en-US" w:bidi="ar-SA"/>
      </w:rPr>
    </w:lvl>
    <w:lvl w:ilvl="7" w:tplc="EF8A46C6">
      <w:numFmt w:val="bullet"/>
      <w:lvlText w:val="•"/>
      <w:lvlJc w:val="left"/>
      <w:pPr>
        <w:ind w:left="7716" w:hanging="361"/>
      </w:pPr>
      <w:rPr>
        <w:lang w:val="ru-RU" w:eastAsia="en-US" w:bidi="ar-SA"/>
      </w:rPr>
    </w:lvl>
    <w:lvl w:ilvl="8" w:tplc="9BB63A5A">
      <w:numFmt w:val="bullet"/>
      <w:lvlText w:val="•"/>
      <w:lvlJc w:val="left"/>
      <w:pPr>
        <w:ind w:left="8744" w:hanging="361"/>
      </w:pPr>
      <w:rPr>
        <w:lang w:val="ru-RU" w:eastAsia="en-US" w:bidi="ar-SA"/>
      </w:rPr>
    </w:lvl>
  </w:abstractNum>
  <w:abstractNum w:abstractNumId="15" w15:restartNumberingAfterBreak="0">
    <w:nsid w:val="5BF34720"/>
    <w:multiLevelType w:val="hybridMultilevel"/>
    <w:tmpl w:val="D690EC5E"/>
    <w:lvl w:ilvl="0" w:tplc="70B07FE8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E6CF7A">
      <w:numFmt w:val="bullet"/>
      <w:lvlText w:val="•"/>
      <w:lvlJc w:val="left"/>
      <w:pPr>
        <w:ind w:left="1548" w:hanging="361"/>
      </w:pPr>
      <w:rPr>
        <w:lang w:val="ru-RU" w:eastAsia="en-US" w:bidi="ar-SA"/>
      </w:rPr>
    </w:lvl>
    <w:lvl w:ilvl="2" w:tplc="23F6DDBA">
      <w:numFmt w:val="bullet"/>
      <w:lvlText w:val="•"/>
      <w:lvlJc w:val="left"/>
      <w:pPr>
        <w:ind w:left="2576" w:hanging="361"/>
      </w:pPr>
      <w:rPr>
        <w:lang w:val="ru-RU" w:eastAsia="en-US" w:bidi="ar-SA"/>
      </w:rPr>
    </w:lvl>
    <w:lvl w:ilvl="3" w:tplc="BD969E92">
      <w:numFmt w:val="bullet"/>
      <w:lvlText w:val="•"/>
      <w:lvlJc w:val="left"/>
      <w:pPr>
        <w:ind w:left="3604" w:hanging="361"/>
      </w:pPr>
      <w:rPr>
        <w:lang w:val="ru-RU" w:eastAsia="en-US" w:bidi="ar-SA"/>
      </w:rPr>
    </w:lvl>
    <w:lvl w:ilvl="4" w:tplc="F58CAC0E">
      <w:numFmt w:val="bullet"/>
      <w:lvlText w:val="•"/>
      <w:lvlJc w:val="left"/>
      <w:pPr>
        <w:ind w:left="4632" w:hanging="361"/>
      </w:pPr>
      <w:rPr>
        <w:lang w:val="ru-RU" w:eastAsia="en-US" w:bidi="ar-SA"/>
      </w:rPr>
    </w:lvl>
    <w:lvl w:ilvl="5" w:tplc="142E7AEA">
      <w:numFmt w:val="bullet"/>
      <w:lvlText w:val="•"/>
      <w:lvlJc w:val="left"/>
      <w:pPr>
        <w:ind w:left="5660" w:hanging="361"/>
      </w:pPr>
      <w:rPr>
        <w:lang w:val="ru-RU" w:eastAsia="en-US" w:bidi="ar-SA"/>
      </w:rPr>
    </w:lvl>
    <w:lvl w:ilvl="6" w:tplc="D3225772">
      <w:numFmt w:val="bullet"/>
      <w:lvlText w:val="•"/>
      <w:lvlJc w:val="left"/>
      <w:pPr>
        <w:ind w:left="6688" w:hanging="361"/>
      </w:pPr>
      <w:rPr>
        <w:lang w:val="ru-RU" w:eastAsia="en-US" w:bidi="ar-SA"/>
      </w:rPr>
    </w:lvl>
    <w:lvl w:ilvl="7" w:tplc="2EB8C826">
      <w:numFmt w:val="bullet"/>
      <w:lvlText w:val="•"/>
      <w:lvlJc w:val="left"/>
      <w:pPr>
        <w:ind w:left="7716" w:hanging="361"/>
      </w:pPr>
      <w:rPr>
        <w:lang w:val="ru-RU" w:eastAsia="en-US" w:bidi="ar-SA"/>
      </w:rPr>
    </w:lvl>
    <w:lvl w:ilvl="8" w:tplc="0826DFC4">
      <w:numFmt w:val="bullet"/>
      <w:lvlText w:val="•"/>
      <w:lvlJc w:val="left"/>
      <w:pPr>
        <w:ind w:left="8744" w:hanging="361"/>
      </w:pPr>
      <w:rPr>
        <w:lang w:val="ru-RU" w:eastAsia="en-US" w:bidi="ar-SA"/>
      </w:rPr>
    </w:lvl>
  </w:abstractNum>
  <w:abstractNum w:abstractNumId="16" w15:restartNumberingAfterBreak="0">
    <w:nsid w:val="5F353DF5"/>
    <w:multiLevelType w:val="hybridMultilevel"/>
    <w:tmpl w:val="60E212CE"/>
    <w:lvl w:ilvl="0" w:tplc="A8402FDA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822B2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A38EA30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BA2A6D1E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79E60F3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1B1A074C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28A4A6F4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7FAC69E2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7BD62896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60DD3C25"/>
    <w:multiLevelType w:val="hybridMultilevel"/>
    <w:tmpl w:val="09FE900E"/>
    <w:lvl w:ilvl="0" w:tplc="FC9A23EE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8421DC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E323518">
      <w:numFmt w:val="bullet"/>
      <w:lvlText w:val="•"/>
      <w:lvlJc w:val="left"/>
      <w:pPr>
        <w:ind w:left="1751" w:hanging="361"/>
      </w:pPr>
      <w:rPr>
        <w:lang w:val="ru-RU" w:eastAsia="en-US" w:bidi="ar-SA"/>
      </w:rPr>
    </w:lvl>
    <w:lvl w:ilvl="3" w:tplc="59DA9432">
      <w:numFmt w:val="bullet"/>
      <w:lvlText w:val="•"/>
      <w:lvlJc w:val="left"/>
      <w:pPr>
        <w:ind w:left="2882" w:hanging="361"/>
      </w:pPr>
      <w:rPr>
        <w:lang w:val="ru-RU" w:eastAsia="en-US" w:bidi="ar-SA"/>
      </w:rPr>
    </w:lvl>
    <w:lvl w:ilvl="4" w:tplc="E8F2326E">
      <w:numFmt w:val="bullet"/>
      <w:lvlText w:val="•"/>
      <w:lvlJc w:val="left"/>
      <w:pPr>
        <w:ind w:left="4013" w:hanging="361"/>
      </w:pPr>
      <w:rPr>
        <w:lang w:val="ru-RU" w:eastAsia="en-US" w:bidi="ar-SA"/>
      </w:rPr>
    </w:lvl>
    <w:lvl w:ilvl="5" w:tplc="F3582928">
      <w:numFmt w:val="bullet"/>
      <w:lvlText w:val="•"/>
      <w:lvlJc w:val="left"/>
      <w:pPr>
        <w:ind w:left="5144" w:hanging="361"/>
      </w:pPr>
      <w:rPr>
        <w:lang w:val="ru-RU" w:eastAsia="en-US" w:bidi="ar-SA"/>
      </w:rPr>
    </w:lvl>
    <w:lvl w:ilvl="6" w:tplc="34E6C2DC">
      <w:numFmt w:val="bullet"/>
      <w:lvlText w:val="•"/>
      <w:lvlJc w:val="left"/>
      <w:pPr>
        <w:ind w:left="6275" w:hanging="361"/>
      </w:pPr>
      <w:rPr>
        <w:lang w:val="ru-RU" w:eastAsia="en-US" w:bidi="ar-SA"/>
      </w:rPr>
    </w:lvl>
    <w:lvl w:ilvl="7" w:tplc="0A6630FC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A50089C4">
      <w:numFmt w:val="bullet"/>
      <w:lvlText w:val="•"/>
      <w:lvlJc w:val="left"/>
      <w:pPr>
        <w:ind w:left="8537" w:hanging="361"/>
      </w:pPr>
      <w:rPr>
        <w:lang w:val="ru-RU" w:eastAsia="en-US" w:bidi="ar-SA"/>
      </w:rPr>
    </w:lvl>
  </w:abstractNum>
  <w:abstractNum w:abstractNumId="18" w15:restartNumberingAfterBreak="0">
    <w:nsid w:val="78D9007A"/>
    <w:multiLevelType w:val="hybridMultilevel"/>
    <w:tmpl w:val="E3D0208A"/>
    <w:lvl w:ilvl="0" w:tplc="AFC23390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7EBFBA">
      <w:numFmt w:val="bullet"/>
      <w:lvlText w:val="•"/>
      <w:lvlJc w:val="left"/>
      <w:pPr>
        <w:ind w:left="1563" w:hanging="360"/>
      </w:pPr>
      <w:rPr>
        <w:lang w:val="ru-RU" w:eastAsia="en-US" w:bidi="ar-SA"/>
      </w:rPr>
    </w:lvl>
    <w:lvl w:ilvl="2" w:tplc="CE7AB4BC">
      <w:numFmt w:val="bullet"/>
      <w:lvlText w:val="•"/>
      <w:lvlJc w:val="left"/>
      <w:pPr>
        <w:ind w:left="2587" w:hanging="360"/>
      </w:pPr>
      <w:rPr>
        <w:lang w:val="ru-RU" w:eastAsia="en-US" w:bidi="ar-SA"/>
      </w:rPr>
    </w:lvl>
    <w:lvl w:ilvl="3" w:tplc="06D0C6C8">
      <w:numFmt w:val="bullet"/>
      <w:lvlText w:val="•"/>
      <w:lvlJc w:val="left"/>
      <w:pPr>
        <w:ind w:left="3611" w:hanging="360"/>
      </w:pPr>
      <w:rPr>
        <w:lang w:val="ru-RU" w:eastAsia="en-US" w:bidi="ar-SA"/>
      </w:rPr>
    </w:lvl>
    <w:lvl w:ilvl="4" w:tplc="7FD6ACF8">
      <w:numFmt w:val="bullet"/>
      <w:lvlText w:val="•"/>
      <w:lvlJc w:val="left"/>
      <w:pPr>
        <w:ind w:left="4635" w:hanging="360"/>
      </w:pPr>
      <w:rPr>
        <w:lang w:val="ru-RU" w:eastAsia="en-US" w:bidi="ar-SA"/>
      </w:rPr>
    </w:lvl>
    <w:lvl w:ilvl="5" w:tplc="534E6C1A">
      <w:numFmt w:val="bullet"/>
      <w:lvlText w:val="•"/>
      <w:lvlJc w:val="left"/>
      <w:pPr>
        <w:ind w:left="5659" w:hanging="360"/>
      </w:pPr>
      <w:rPr>
        <w:lang w:val="ru-RU" w:eastAsia="en-US" w:bidi="ar-SA"/>
      </w:rPr>
    </w:lvl>
    <w:lvl w:ilvl="6" w:tplc="B4443F2A">
      <w:numFmt w:val="bullet"/>
      <w:lvlText w:val="•"/>
      <w:lvlJc w:val="left"/>
      <w:pPr>
        <w:ind w:left="6683" w:hanging="360"/>
      </w:pPr>
      <w:rPr>
        <w:lang w:val="ru-RU" w:eastAsia="en-US" w:bidi="ar-SA"/>
      </w:rPr>
    </w:lvl>
    <w:lvl w:ilvl="7" w:tplc="A816C2DC">
      <w:numFmt w:val="bullet"/>
      <w:lvlText w:val="•"/>
      <w:lvlJc w:val="left"/>
      <w:pPr>
        <w:ind w:left="7707" w:hanging="360"/>
      </w:pPr>
      <w:rPr>
        <w:lang w:val="ru-RU" w:eastAsia="en-US" w:bidi="ar-SA"/>
      </w:rPr>
    </w:lvl>
    <w:lvl w:ilvl="8" w:tplc="15EA0964">
      <w:numFmt w:val="bullet"/>
      <w:lvlText w:val="•"/>
      <w:lvlJc w:val="left"/>
      <w:pPr>
        <w:ind w:left="8731" w:hanging="360"/>
      </w:pPr>
      <w:rPr>
        <w:lang w:val="ru-RU" w:eastAsia="en-US" w:bidi="ar-SA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18"/>
  </w:num>
  <w:num w:numId="5">
    <w:abstractNumId w:val="15"/>
  </w:num>
  <w:num w:numId="6">
    <w:abstractNumId w:val="7"/>
  </w:num>
  <w:num w:numId="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8"/>
  </w:num>
  <w:num w:numId="13">
    <w:abstractNumId w:val="5"/>
  </w:num>
  <w:num w:numId="14">
    <w:abstractNumId w:val="3"/>
  </w:num>
  <w:num w:numId="15">
    <w:abstractNumId w:val="2"/>
  </w:num>
  <w:num w:numId="16">
    <w:abstractNumId w:val="4"/>
  </w:num>
  <w:num w:numId="17">
    <w:abstractNumId w:val="1"/>
  </w:num>
  <w:num w:numId="18">
    <w:abstractNumId w:val="0"/>
  </w:num>
  <w:num w:numId="1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F085F"/>
    <w:rsid w:val="000B1520"/>
    <w:rsid w:val="00195095"/>
    <w:rsid w:val="001A4CCA"/>
    <w:rsid w:val="001B3E2B"/>
    <w:rsid w:val="001E6D7D"/>
    <w:rsid w:val="002A34AC"/>
    <w:rsid w:val="0032775E"/>
    <w:rsid w:val="003452E4"/>
    <w:rsid w:val="004C39B9"/>
    <w:rsid w:val="005A1040"/>
    <w:rsid w:val="00772FBA"/>
    <w:rsid w:val="00864668"/>
    <w:rsid w:val="009C1BD2"/>
    <w:rsid w:val="009D0436"/>
    <w:rsid w:val="00A2525D"/>
    <w:rsid w:val="00A66644"/>
    <w:rsid w:val="00AC507E"/>
    <w:rsid w:val="00B6171D"/>
    <w:rsid w:val="00BA6DB2"/>
    <w:rsid w:val="00BD4902"/>
    <w:rsid w:val="00BF7A86"/>
    <w:rsid w:val="00C07A5F"/>
    <w:rsid w:val="00C1715D"/>
    <w:rsid w:val="00D81C23"/>
    <w:rsid w:val="00D83E4C"/>
    <w:rsid w:val="00EB2900"/>
    <w:rsid w:val="00EF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33"/>
    <o:shapelayout v:ext="edit">
      <o:idmap v:ext="edit" data="1"/>
    </o:shapelayout>
  </w:shapeDefaults>
  <w:decimalSymbol w:val=","/>
  <w:listSeparator w:val=";"/>
  <w15:docId w15:val="{6D08CEC0-2A10-40ED-A3B5-E0D54C22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1"/>
    <w:link w:val="10"/>
    <w:uiPriority w:val="9"/>
    <w:qFormat/>
    <w:pPr>
      <w:spacing w:before="66"/>
      <w:ind w:left="106"/>
      <w:outlineLvl w:val="0"/>
    </w:pPr>
    <w:rPr>
      <w:b/>
      <w:bCs/>
      <w:sz w:val="24"/>
      <w:szCs w:val="24"/>
    </w:rPr>
  </w:style>
  <w:style w:type="paragraph" w:styleId="21">
    <w:name w:val="heading 2"/>
    <w:basedOn w:val="a1"/>
    <w:next w:val="a1"/>
    <w:link w:val="2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1">
    <w:name w:val="heading 3"/>
    <w:basedOn w:val="a1"/>
    <w:next w:val="a1"/>
    <w:link w:val="32"/>
    <w:uiPriority w:val="9"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D0436"/>
    <w:pPr>
      <w:keepNext/>
      <w:keepLines/>
      <w:widowControl/>
      <w:autoSpaceDE/>
      <w:autoSpaceDN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99"/>
    <w:qFormat/>
    <w:pPr>
      <w:ind w:left="526"/>
    </w:pPr>
    <w:rPr>
      <w:sz w:val="24"/>
      <w:szCs w:val="24"/>
    </w:rPr>
  </w:style>
  <w:style w:type="paragraph" w:styleId="a7">
    <w:name w:val="List Paragraph"/>
    <w:basedOn w:val="a1"/>
    <w:uiPriority w:val="34"/>
    <w:qFormat/>
    <w:pPr>
      <w:spacing w:before="119"/>
      <w:ind w:left="526"/>
    </w:pPr>
  </w:style>
  <w:style w:type="paragraph" w:customStyle="1" w:styleId="TableParagraph">
    <w:name w:val="Table Paragraph"/>
    <w:basedOn w:val="a1"/>
    <w:uiPriority w:val="1"/>
    <w:qFormat/>
    <w:pPr>
      <w:spacing w:before="86"/>
      <w:ind w:left="77"/>
    </w:pPr>
  </w:style>
  <w:style w:type="character" w:customStyle="1" w:styleId="10">
    <w:name w:val="Заголовок 1 Знак"/>
    <w:basedOn w:val="a2"/>
    <w:link w:val="1"/>
    <w:uiPriority w:val="9"/>
    <w:rsid w:val="001A4CC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Основной текст Знак"/>
    <w:basedOn w:val="a2"/>
    <w:link w:val="a5"/>
    <w:uiPriority w:val="99"/>
    <w:rsid w:val="001A4CCA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Заголовок 2 Знак"/>
    <w:basedOn w:val="a2"/>
    <w:link w:val="2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9D04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semiHidden/>
    <w:rsid w:val="009D043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9D043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9D04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9D043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9D04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header"/>
    <w:basedOn w:val="a1"/>
    <w:link w:val="a9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9D0436"/>
    <w:rPr>
      <w:rFonts w:eastAsiaTheme="minorEastAsia"/>
    </w:rPr>
  </w:style>
  <w:style w:type="paragraph" w:styleId="aa">
    <w:name w:val="footer"/>
    <w:basedOn w:val="a1"/>
    <w:link w:val="ab"/>
    <w:uiPriority w:val="99"/>
    <w:unhideWhenUsed/>
    <w:rsid w:val="009D0436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EastAsia" w:hAnsiTheme="minorHAnsi" w:cstheme="minorBidi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9D0436"/>
    <w:rPr>
      <w:rFonts w:eastAsiaTheme="minorEastAsia"/>
    </w:rPr>
  </w:style>
  <w:style w:type="paragraph" w:styleId="ac">
    <w:name w:val="No Spacing"/>
    <w:uiPriority w:val="1"/>
    <w:qFormat/>
    <w:rsid w:val="009D0436"/>
    <w:pPr>
      <w:widowControl/>
      <w:autoSpaceDE/>
      <w:autoSpaceDN/>
    </w:pPr>
    <w:rPr>
      <w:rFonts w:eastAsiaTheme="minorEastAsia"/>
    </w:rPr>
  </w:style>
  <w:style w:type="paragraph" w:styleId="ad">
    <w:name w:val="Title"/>
    <w:basedOn w:val="a1"/>
    <w:next w:val="a1"/>
    <w:link w:val="ae"/>
    <w:uiPriority w:val="10"/>
    <w:qFormat/>
    <w:rsid w:val="009D0436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e">
    <w:name w:val="Название Знак"/>
    <w:basedOn w:val="a2"/>
    <w:link w:val="ad"/>
    <w:uiPriority w:val="10"/>
    <w:rsid w:val="009D04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1"/>
    <w:next w:val="a1"/>
    <w:link w:val="af0"/>
    <w:uiPriority w:val="11"/>
    <w:qFormat/>
    <w:rsid w:val="009D0436"/>
    <w:pPr>
      <w:widowControl/>
      <w:numPr>
        <w:ilvl w:val="1"/>
      </w:numPr>
      <w:autoSpaceDE/>
      <w:autoSpaceDN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0">
    <w:name w:val="Подзаголовок Знак"/>
    <w:basedOn w:val="a2"/>
    <w:link w:val="af"/>
    <w:uiPriority w:val="11"/>
    <w:rsid w:val="009D04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Body Text 2"/>
    <w:basedOn w:val="a1"/>
    <w:link w:val="24"/>
    <w:uiPriority w:val="99"/>
    <w:unhideWhenUsed/>
    <w:rsid w:val="009D0436"/>
    <w:pPr>
      <w:widowControl/>
      <w:autoSpaceDE/>
      <w:autoSpaceDN/>
      <w:spacing w:after="120" w:line="480" w:lineRule="auto"/>
    </w:pPr>
    <w:rPr>
      <w:rFonts w:asciiTheme="minorHAnsi" w:eastAsiaTheme="minorEastAsia" w:hAnsiTheme="minorHAnsi" w:cstheme="minorBidi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9D0436"/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rsid w:val="009D0436"/>
    <w:pPr>
      <w:widowControl/>
      <w:autoSpaceDE/>
      <w:autoSpaceDN/>
      <w:spacing w:after="120" w:line="276" w:lineRule="auto"/>
    </w:pPr>
    <w:rPr>
      <w:rFonts w:asciiTheme="minorHAnsi" w:eastAsiaTheme="minorEastAsia" w:hAnsiTheme="minorHAnsi" w:cstheme="minorBidi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9D0436"/>
    <w:rPr>
      <w:rFonts w:eastAsiaTheme="minorEastAsia"/>
      <w:sz w:val="16"/>
      <w:szCs w:val="16"/>
    </w:rPr>
  </w:style>
  <w:style w:type="paragraph" w:styleId="af1">
    <w:name w:val="List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5">
    <w:name w:val="List 2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72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5">
    <w:name w:val="List 3"/>
    <w:basedOn w:val="a1"/>
    <w:uiPriority w:val="99"/>
    <w:unhideWhenUsed/>
    <w:rsid w:val="009D0436"/>
    <w:pPr>
      <w:widowControl/>
      <w:autoSpaceDE/>
      <w:autoSpaceDN/>
      <w:spacing w:after="200" w:line="276" w:lineRule="auto"/>
      <w:ind w:left="1080" w:hanging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0">
    <w:name w:val="List Bullet"/>
    <w:basedOn w:val="a1"/>
    <w:uiPriority w:val="99"/>
    <w:unhideWhenUsed/>
    <w:rsid w:val="009D0436"/>
    <w:pPr>
      <w:widowControl/>
      <w:numPr>
        <w:numId w:val="13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0">
    <w:name w:val="List Bullet 2"/>
    <w:basedOn w:val="a1"/>
    <w:uiPriority w:val="99"/>
    <w:unhideWhenUsed/>
    <w:rsid w:val="009D0436"/>
    <w:pPr>
      <w:widowControl/>
      <w:numPr>
        <w:numId w:val="14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0">
    <w:name w:val="List Bullet 3"/>
    <w:basedOn w:val="a1"/>
    <w:uiPriority w:val="99"/>
    <w:unhideWhenUsed/>
    <w:rsid w:val="009D0436"/>
    <w:pPr>
      <w:widowControl/>
      <w:numPr>
        <w:numId w:val="15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">
    <w:name w:val="List Number"/>
    <w:basedOn w:val="a1"/>
    <w:uiPriority w:val="99"/>
    <w:unhideWhenUsed/>
    <w:rsid w:val="009D0436"/>
    <w:pPr>
      <w:widowControl/>
      <w:numPr>
        <w:numId w:val="16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">
    <w:name w:val="List Number 2"/>
    <w:basedOn w:val="a1"/>
    <w:uiPriority w:val="99"/>
    <w:unhideWhenUsed/>
    <w:rsid w:val="009D0436"/>
    <w:pPr>
      <w:widowControl/>
      <w:numPr>
        <w:numId w:val="17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">
    <w:name w:val="List Number 3"/>
    <w:basedOn w:val="a1"/>
    <w:uiPriority w:val="99"/>
    <w:unhideWhenUsed/>
    <w:rsid w:val="009D0436"/>
    <w:pPr>
      <w:widowControl/>
      <w:numPr>
        <w:numId w:val="18"/>
      </w:numPr>
      <w:autoSpaceDE/>
      <w:autoSpaceDN/>
      <w:spacing w:after="200" w:line="276" w:lineRule="auto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2">
    <w:name w:val="List Continue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36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26">
    <w:name w:val="List Continue 2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36">
    <w:name w:val="List Continue 3"/>
    <w:basedOn w:val="a1"/>
    <w:uiPriority w:val="99"/>
    <w:unhideWhenUsed/>
    <w:rsid w:val="009D0436"/>
    <w:pPr>
      <w:widowControl/>
      <w:autoSpaceDE/>
      <w:autoSpaceDN/>
      <w:spacing w:after="120" w:line="276" w:lineRule="auto"/>
      <w:ind w:left="1080"/>
      <w:contextualSpacing/>
    </w:pPr>
    <w:rPr>
      <w:rFonts w:asciiTheme="minorHAnsi" w:eastAsiaTheme="minorEastAsia" w:hAnsiTheme="minorHAnsi" w:cstheme="minorBidi"/>
      <w:lang w:val="en-US"/>
    </w:rPr>
  </w:style>
  <w:style w:type="paragraph" w:styleId="af3">
    <w:name w:val="macro"/>
    <w:link w:val="af4"/>
    <w:uiPriority w:val="99"/>
    <w:unhideWhenUsed/>
    <w:rsid w:val="009D0436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autoSpaceDE/>
      <w:autoSpaceDN/>
      <w:spacing w:after="200" w:line="276" w:lineRule="auto"/>
    </w:pPr>
    <w:rPr>
      <w:rFonts w:ascii="Courier" w:eastAsiaTheme="minorEastAsia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9D0436"/>
    <w:rPr>
      <w:rFonts w:ascii="Courier" w:eastAsiaTheme="minorEastAsia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9D0436"/>
    <w:pPr>
      <w:widowControl/>
      <w:autoSpaceDE/>
      <w:autoSpaceDN/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lang w:val="en-US"/>
    </w:rPr>
  </w:style>
  <w:style w:type="character" w:customStyle="1" w:styleId="28">
    <w:name w:val="Цитата 2 Знак"/>
    <w:basedOn w:val="a2"/>
    <w:link w:val="27"/>
    <w:uiPriority w:val="29"/>
    <w:rsid w:val="009D0436"/>
    <w:rPr>
      <w:rFonts w:eastAsiaTheme="minorEastAsia"/>
      <w:i/>
      <w:iCs/>
      <w:color w:val="000000" w:themeColor="text1"/>
    </w:rPr>
  </w:style>
  <w:style w:type="paragraph" w:styleId="af5">
    <w:name w:val="caption"/>
    <w:basedOn w:val="a1"/>
    <w:next w:val="a1"/>
    <w:uiPriority w:val="35"/>
    <w:semiHidden/>
    <w:unhideWhenUsed/>
    <w:qFormat/>
    <w:rsid w:val="009D0436"/>
    <w:pPr>
      <w:widowControl/>
      <w:autoSpaceDE/>
      <w:autoSpaceDN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val="en-US"/>
    </w:rPr>
  </w:style>
  <w:style w:type="character" w:styleId="af6">
    <w:name w:val="Strong"/>
    <w:basedOn w:val="a2"/>
    <w:uiPriority w:val="22"/>
    <w:qFormat/>
    <w:rsid w:val="009D0436"/>
    <w:rPr>
      <w:b/>
      <w:bCs/>
    </w:rPr>
  </w:style>
  <w:style w:type="character" w:styleId="af7">
    <w:name w:val="Emphasis"/>
    <w:basedOn w:val="a2"/>
    <w:uiPriority w:val="20"/>
    <w:qFormat/>
    <w:rsid w:val="009D0436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9D0436"/>
    <w:pPr>
      <w:widowControl/>
      <w:pBdr>
        <w:bottom w:val="single" w:sz="4" w:space="4" w:color="4F81BD" w:themeColor="accent1"/>
      </w:pBdr>
      <w:autoSpaceDE/>
      <w:autoSpaceDN/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lang w:val="en-US"/>
    </w:rPr>
  </w:style>
  <w:style w:type="character" w:customStyle="1" w:styleId="af9">
    <w:name w:val="Выделенная цитата Знак"/>
    <w:basedOn w:val="a2"/>
    <w:link w:val="af8"/>
    <w:uiPriority w:val="30"/>
    <w:rsid w:val="009D0436"/>
    <w:rPr>
      <w:rFonts w:eastAsiaTheme="minorEastAsia"/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9D0436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9D0436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9D0436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9D0436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9D0436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9D0436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/>
    </w:rPr>
  </w:style>
  <w:style w:type="table" w:styleId="aff0">
    <w:name w:val="Table Grid"/>
    <w:basedOn w:val="a3"/>
    <w:uiPriority w:val="59"/>
    <w:rsid w:val="009D0436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9D0436"/>
    <w:pPr>
      <w:widowControl/>
      <w:autoSpaceDE/>
      <w:autoSpaceDN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9D0436"/>
    <w:pPr>
      <w:widowControl/>
      <w:autoSpaceDE/>
      <w:autoSpaceDN/>
    </w:pPr>
    <w:rPr>
      <w:rFonts w:eastAsiaTheme="minorEastAsia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9D0436"/>
    <w:pPr>
      <w:widowControl/>
      <w:autoSpaceDE/>
      <w:autoSpaceDN/>
    </w:pPr>
    <w:rPr>
      <w:rFonts w:eastAsiaTheme="minorEastAsia"/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9D0436"/>
    <w:pPr>
      <w:widowControl/>
      <w:autoSpaceDE/>
      <w:autoSpaceDN/>
    </w:pPr>
    <w:rPr>
      <w:rFonts w:eastAsiaTheme="minorEastAsia"/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9D0436"/>
    <w:pPr>
      <w:widowControl/>
      <w:autoSpaceDE/>
      <w:autoSpaceDN/>
    </w:pPr>
    <w:rPr>
      <w:rFonts w:eastAsiaTheme="minorEastAsia"/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9D0436"/>
    <w:pPr>
      <w:widowControl/>
      <w:autoSpaceDE/>
      <w:autoSpaceDN/>
    </w:pPr>
    <w:rPr>
      <w:rFonts w:eastAsiaTheme="minorEastAsia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9D0436"/>
    <w:pPr>
      <w:widowControl/>
      <w:autoSpaceDE/>
      <w:autoSpaceDN/>
    </w:pPr>
    <w:rPr>
      <w:rFonts w:eastAsiaTheme="minorEastAsia"/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9D0436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9D0436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9D0436"/>
    <w:pPr>
      <w:widowControl/>
      <w:autoSpaceDE/>
      <w:autoSpaceDN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9D0436"/>
    <w:pPr>
      <w:widowControl/>
      <w:autoSpaceDE/>
      <w:autoSpaceDN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9D0436"/>
    <w:rPr>
      <w:color w:val="0000FF" w:themeColor="hyperlink"/>
      <w:u w:val="single"/>
    </w:rPr>
  </w:style>
  <w:style w:type="numbering" w:customStyle="1" w:styleId="14">
    <w:name w:val="Нет списка1"/>
    <w:next w:val="a4"/>
    <w:uiPriority w:val="99"/>
    <w:semiHidden/>
    <w:unhideWhenUsed/>
    <w:rsid w:val="005A1040"/>
  </w:style>
  <w:style w:type="paragraph" w:styleId="aff9">
    <w:name w:val="Normal (Web)"/>
    <w:basedOn w:val="a1"/>
    <w:uiPriority w:val="99"/>
    <w:unhideWhenUsed/>
    <w:rsid w:val="005A104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placeholder-mask">
    <w:name w:val="placeholder-mask"/>
    <w:basedOn w:val="a2"/>
    <w:rsid w:val="00B6171D"/>
  </w:style>
  <w:style w:type="character" w:customStyle="1" w:styleId="placeholder">
    <w:name w:val="placeholder"/>
    <w:basedOn w:val="a2"/>
    <w:rsid w:val="00B61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1" Type="http://schemas.openxmlformats.org/officeDocument/2006/relationships/hyperlink" Target="https://uchi.ru/" TargetMode="External"/><Relationship Id="rId42" Type="http://schemas.openxmlformats.org/officeDocument/2006/relationships/hyperlink" Target="https://uchi.ru/" TargetMode="External"/><Relationship Id="rId63" Type="http://schemas.openxmlformats.org/officeDocument/2006/relationships/hyperlink" Target="https://resh.edu.ru/subject/lesson/5194/main/121552/" TargetMode="External"/><Relationship Id="rId84" Type="http://schemas.openxmlformats.org/officeDocument/2006/relationships/hyperlink" Target="https://uchi.ru/" TargetMode="External"/><Relationship Id="rId138" Type="http://schemas.openxmlformats.org/officeDocument/2006/relationships/hyperlink" Target="https://education.yandex.ru/" TargetMode="External"/><Relationship Id="rId159" Type="http://schemas.openxmlformats.org/officeDocument/2006/relationships/hyperlink" Target="https://uchi.ru/" TargetMode="External"/><Relationship Id="rId170" Type="http://schemas.openxmlformats.org/officeDocument/2006/relationships/hyperlink" Target="http://school-/" TargetMode="External"/><Relationship Id="rId191" Type="http://schemas.openxmlformats.org/officeDocument/2006/relationships/hyperlink" Target="https://education.yandex.ru/" TargetMode="External"/><Relationship Id="rId205" Type="http://schemas.openxmlformats.org/officeDocument/2006/relationships/hyperlink" Target="https://education.yandex.ru/" TargetMode="External"/><Relationship Id="rId226" Type="http://schemas.openxmlformats.org/officeDocument/2006/relationships/hyperlink" Target="https://education.yandex.ru/" TargetMode="External"/><Relationship Id="rId247" Type="http://schemas.openxmlformats.org/officeDocument/2006/relationships/hyperlink" Target="http://school-/" TargetMode="External"/><Relationship Id="rId107" Type="http://schemas.openxmlformats.org/officeDocument/2006/relationships/hyperlink" Target="https://uchi.ru/" TargetMode="External"/><Relationship Id="rId268" Type="http://schemas.openxmlformats.org/officeDocument/2006/relationships/hyperlink" Target="http://school-/" TargetMode="External"/><Relationship Id="rId11" Type="http://schemas.openxmlformats.org/officeDocument/2006/relationships/hyperlink" Target="https://education.yandex.ru/" TargetMode="External"/><Relationship Id="rId32" Type="http://schemas.openxmlformats.org/officeDocument/2006/relationships/hyperlink" Target="https://education.yandex.ru/" TargetMode="External"/><Relationship Id="rId53" Type="http://schemas.openxmlformats.org/officeDocument/2006/relationships/hyperlink" Target="https://education.yandex.ru/" TargetMode="External"/><Relationship Id="rId74" Type="http://schemas.openxmlformats.org/officeDocument/2006/relationships/hyperlink" Target="https://education.yandex.ru/" TargetMode="External"/><Relationship Id="rId128" Type="http://schemas.openxmlformats.org/officeDocument/2006/relationships/hyperlink" Target="http://school-/" TargetMode="External"/><Relationship Id="rId149" Type="http://schemas.openxmlformats.org/officeDocument/2006/relationships/hyperlink" Target="http://school-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school-/" TargetMode="External"/><Relationship Id="rId160" Type="http://schemas.openxmlformats.org/officeDocument/2006/relationships/hyperlink" Target="https://education.yandex.ru/" TargetMode="External"/><Relationship Id="rId181" Type="http://schemas.openxmlformats.org/officeDocument/2006/relationships/hyperlink" Target="http://school-/" TargetMode="External"/><Relationship Id="rId216" Type="http://schemas.openxmlformats.org/officeDocument/2006/relationships/hyperlink" Target="http://school-/" TargetMode="External"/><Relationship Id="rId237" Type="http://schemas.openxmlformats.org/officeDocument/2006/relationships/hyperlink" Target="http://school-/" TargetMode="External"/><Relationship Id="rId258" Type="http://schemas.openxmlformats.org/officeDocument/2006/relationships/hyperlink" Target="http://school-/" TargetMode="External"/><Relationship Id="rId279" Type="http://schemas.openxmlformats.org/officeDocument/2006/relationships/hyperlink" Target="https://education.yandex.ru/" TargetMode="External"/><Relationship Id="rId22" Type="http://schemas.openxmlformats.org/officeDocument/2006/relationships/hyperlink" Target="https://education.yandex.ru/" TargetMode="External"/><Relationship Id="rId43" Type="http://schemas.openxmlformats.org/officeDocument/2006/relationships/hyperlink" Target="https://education.yandex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education.yandex.ru/" TargetMode="External"/><Relationship Id="rId139" Type="http://schemas.openxmlformats.org/officeDocument/2006/relationships/hyperlink" Target="http://school-/" TargetMode="External"/><Relationship Id="rId85" Type="http://schemas.openxmlformats.org/officeDocument/2006/relationships/hyperlink" Target="https://education.yandex.ru/" TargetMode="External"/><Relationship Id="rId150" Type="http://schemas.openxmlformats.org/officeDocument/2006/relationships/hyperlink" Target="http://school-/" TargetMode="External"/><Relationship Id="rId171" Type="http://schemas.openxmlformats.org/officeDocument/2006/relationships/hyperlink" Target="https://education.yandex.ru/" TargetMode="External"/><Relationship Id="rId192" Type="http://schemas.openxmlformats.org/officeDocument/2006/relationships/hyperlink" Target="http://school-/" TargetMode="External"/><Relationship Id="rId206" Type="http://schemas.openxmlformats.org/officeDocument/2006/relationships/hyperlink" Target="http://school-/" TargetMode="External"/><Relationship Id="rId227" Type="http://schemas.openxmlformats.org/officeDocument/2006/relationships/hyperlink" Target="http://school-/" TargetMode="External"/><Relationship Id="rId248" Type="http://schemas.openxmlformats.org/officeDocument/2006/relationships/hyperlink" Target="http://school-/" TargetMode="External"/><Relationship Id="rId269" Type="http://schemas.openxmlformats.org/officeDocument/2006/relationships/hyperlink" Target="https://education.yandex.ru/" TargetMode="External"/><Relationship Id="rId12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108" Type="http://schemas.openxmlformats.org/officeDocument/2006/relationships/hyperlink" Target="https://education.yandex.ru/" TargetMode="External"/><Relationship Id="rId129" Type="http://schemas.openxmlformats.org/officeDocument/2006/relationships/hyperlink" Target="http://school-/" TargetMode="External"/><Relationship Id="rId280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75" Type="http://schemas.openxmlformats.org/officeDocument/2006/relationships/hyperlink" Target="https://uchi.ru/" TargetMode="External"/><Relationship Id="rId96" Type="http://schemas.openxmlformats.org/officeDocument/2006/relationships/hyperlink" Target="http://school-/" TargetMode="External"/><Relationship Id="rId140" Type="http://schemas.openxmlformats.org/officeDocument/2006/relationships/hyperlink" Target="http://school-/" TargetMode="External"/><Relationship Id="rId161" Type="http://schemas.openxmlformats.org/officeDocument/2006/relationships/hyperlink" Target="http://school-/" TargetMode="External"/><Relationship Id="rId182" Type="http://schemas.openxmlformats.org/officeDocument/2006/relationships/hyperlink" Target="http://school-/" TargetMode="External"/><Relationship Id="rId217" Type="http://schemas.openxmlformats.org/officeDocument/2006/relationships/hyperlink" Target="http://school-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school-/" TargetMode="External"/><Relationship Id="rId259" Type="http://schemas.openxmlformats.org/officeDocument/2006/relationships/hyperlink" Target="https://education.yandex.ru/" TargetMode="External"/><Relationship Id="rId23" Type="http://schemas.openxmlformats.org/officeDocument/2006/relationships/hyperlink" Target="https://education.yandex.ru/" TargetMode="External"/><Relationship Id="rId119" Type="http://schemas.openxmlformats.org/officeDocument/2006/relationships/hyperlink" Target="http://school-/" TargetMode="External"/><Relationship Id="rId270" Type="http://schemas.openxmlformats.org/officeDocument/2006/relationships/hyperlink" Target="http://school-/" TargetMode="External"/><Relationship Id="rId44" Type="http://schemas.openxmlformats.org/officeDocument/2006/relationships/hyperlink" Target="https://uchi.ru/" TargetMode="External"/><Relationship Id="rId65" Type="http://schemas.openxmlformats.org/officeDocument/2006/relationships/hyperlink" Target="http://school-/" TargetMode="External"/><Relationship Id="rId86" Type="http://schemas.openxmlformats.org/officeDocument/2006/relationships/hyperlink" Target="http://school-/" TargetMode="External"/><Relationship Id="rId130" Type="http://schemas.openxmlformats.org/officeDocument/2006/relationships/hyperlink" Target="https://education.yandex.ru/" TargetMode="External"/><Relationship Id="rId151" Type="http://schemas.openxmlformats.org/officeDocument/2006/relationships/hyperlink" Target="http://school-/" TargetMode="External"/><Relationship Id="rId172" Type="http://schemas.openxmlformats.org/officeDocument/2006/relationships/hyperlink" Target="http://school-/" TargetMode="External"/><Relationship Id="rId193" Type="http://schemas.openxmlformats.org/officeDocument/2006/relationships/hyperlink" Target="http://school-/" TargetMode="External"/><Relationship Id="rId207" Type="http://schemas.openxmlformats.org/officeDocument/2006/relationships/hyperlink" Target="http://school-/" TargetMode="External"/><Relationship Id="rId228" Type="http://schemas.openxmlformats.org/officeDocument/2006/relationships/hyperlink" Target="http://school-/" TargetMode="External"/><Relationship Id="rId249" Type="http://schemas.openxmlformats.org/officeDocument/2006/relationships/hyperlink" Target="https://education.yandex.ru/" TargetMode="Externa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s://education.yandex.ru/" TargetMode="External"/><Relationship Id="rId109" Type="http://schemas.openxmlformats.org/officeDocument/2006/relationships/hyperlink" Target="http://school-/" TargetMode="External"/><Relationship Id="rId260" Type="http://schemas.openxmlformats.org/officeDocument/2006/relationships/hyperlink" Target="http://school-/" TargetMode="External"/><Relationship Id="rId265" Type="http://schemas.openxmlformats.org/officeDocument/2006/relationships/hyperlink" Target="https://education.yandex.ru/" TargetMode="External"/><Relationship Id="rId281" Type="http://schemas.openxmlformats.org/officeDocument/2006/relationships/hyperlink" Target="https://education.yandex.ru/" TargetMode="External"/><Relationship Id="rId286" Type="http://schemas.openxmlformats.org/officeDocument/2006/relationships/hyperlink" Target="http://www.school-collection.edu.ru/" TargetMode="External"/><Relationship Id="rId34" Type="http://schemas.openxmlformats.org/officeDocument/2006/relationships/hyperlink" Target="https://uchi.ru/" TargetMode="External"/><Relationship Id="rId50" Type="http://schemas.openxmlformats.org/officeDocument/2006/relationships/hyperlink" Target="https://uchi.ru/" TargetMode="External"/><Relationship Id="rId55" Type="http://schemas.openxmlformats.org/officeDocument/2006/relationships/hyperlink" Target="https://resh.edu.ru/subject/lesson/4095/main/272729/" TargetMode="External"/><Relationship Id="rId76" Type="http://schemas.openxmlformats.org/officeDocument/2006/relationships/hyperlink" Target="https://education.yandex.ru/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uchi.ru/" TargetMode="External"/><Relationship Id="rId120" Type="http://schemas.openxmlformats.org/officeDocument/2006/relationships/hyperlink" Target="http://school-/" TargetMode="External"/><Relationship Id="rId125" Type="http://schemas.openxmlformats.org/officeDocument/2006/relationships/hyperlink" Target="http://school-/" TargetMode="External"/><Relationship Id="rId141" Type="http://schemas.openxmlformats.org/officeDocument/2006/relationships/hyperlink" Target="https://education.yandex.ru/" TargetMode="External"/><Relationship Id="rId146" Type="http://schemas.openxmlformats.org/officeDocument/2006/relationships/hyperlink" Target="https://education.yandex.ru/" TargetMode="External"/><Relationship Id="rId167" Type="http://schemas.openxmlformats.org/officeDocument/2006/relationships/hyperlink" Target="http://school-/" TargetMode="External"/><Relationship Id="rId188" Type="http://schemas.openxmlformats.org/officeDocument/2006/relationships/hyperlink" Target="http://school-/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education.yandex.ru/" TargetMode="External"/><Relationship Id="rId92" Type="http://schemas.openxmlformats.org/officeDocument/2006/relationships/hyperlink" Target="https://education.yandex.ru/" TargetMode="External"/><Relationship Id="rId162" Type="http://schemas.openxmlformats.org/officeDocument/2006/relationships/hyperlink" Target="https://uchi.ru/" TargetMode="External"/><Relationship Id="rId183" Type="http://schemas.openxmlformats.org/officeDocument/2006/relationships/hyperlink" Target="https://education.yandex.ru/" TargetMode="External"/><Relationship Id="rId213" Type="http://schemas.openxmlformats.org/officeDocument/2006/relationships/hyperlink" Target="http://school-/" TargetMode="External"/><Relationship Id="rId218" Type="http://schemas.openxmlformats.org/officeDocument/2006/relationships/hyperlink" Target="https://education.yandex.ru/" TargetMode="External"/><Relationship Id="rId234" Type="http://schemas.openxmlformats.org/officeDocument/2006/relationships/hyperlink" Target="http://school-/" TargetMode="External"/><Relationship Id="rId239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i.ru/" TargetMode="External"/><Relationship Id="rId250" Type="http://schemas.openxmlformats.org/officeDocument/2006/relationships/hyperlink" Target="http://school-/" TargetMode="External"/><Relationship Id="rId255" Type="http://schemas.openxmlformats.org/officeDocument/2006/relationships/hyperlink" Target="https://education.yandex.ru/" TargetMode="External"/><Relationship Id="rId271" Type="http://schemas.openxmlformats.org/officeDocument/2006/relationships/hyperlink" Target="https://education.yandex.ru/" TargetMode="External"/><Relationship Id="rId276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40" Type="http://schemas.openxmlformats.org/officeDocument/2006/relationships/hyperlink" Target="https://education.yandex.ru/" TargetMode="External"/><Relationship Id="rId45" Type="http://schemas.openxmlformats.org/officeDocument/2006/relationships/hyperlink" Target="https://education.yandex.ru/" TargetMode="External"/><Relationship Id="rId66" Type="http://schemas.openxmlformats.org/officeDocument/2006/relationships/hyperlink" Target="https://uchi.ru/" TargetMode="External"/><Relationship Id="rId87" Type="http://schemas.openxmlformats.org/officeDocument/2006/relationships/hyperlink" Target="https://uchi.ru/" TargetMode="External"/><Relationship Id="rId110" Type="http://schemas.openxmlformats.org/officeDocument/2006/relationships/hyperlink" Target="http://school-/" TargetMode="External"/><Relationship Id="rId115" Type="http://schemas.openxmlformats.org/officeDocument/2006/relationships/hyperlink" Target="http://school-/" TargetMode="External"/><Relationship Id="rId131" Type="http://schemas.openxmlformats.org/officeDocument/2006/relationships/hyperlink" Target="http://school-/" TargetMode="External"/><Relationship Id="rId136" Type="http://schemas.openxmlformats.org/officeDocument/2006/relationships/hyperlink" Target="http://school-/" TargetMode="External"/><Relationship Id="rId157" Type="http://schemas.openxmlformats.org/officeDocument/2006/relationships/hyperlink" Target="http://school-/" TargetMode="External"/><Relationship Id="rId178" Type="http://schemas.openxmlformats.org/officeDocument/2006/relationships/hyperlink" Target="http://school-/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uchi.ru/" TargetMode="External"/><Relationship Id="rId152" Type="http://schemas.openxmlformats.org/officeDocument/2006/relationships/hyperlink" Target="https://uchi.ru/" TargetMode="External"/><Relationship Id="rId173" Type="http://schemas.openxmlformats.org/officeDocument/2006/relationships/hyperlink" Target="http://school-/" TargetMode="External"/><Relationship Id="rId194" Type="http://schemas.openxmlformats.org/officeDocument/2006/relationships/hyperlink" Target="https://education.yandex.ru/" TargetMode="External"/><Relationship Id="rId199" Type="http://schemas.openxmlformats.org/officeDocument/2006/relationships/hyperlink" Target="http://school-/" TargetMode="External"/><Relationship Id="rId203" Type="http://schemas.openxmlformats.org/officeDocument/2006/relationships/hyperlink" Target="http://school-/" TargetMode="External"/><Relationship Id="rId208" Type="http://schemas.openxmlformats.org/officeDocument/2006/relationships/hyperlink" Target="https://education.yandex.ru/" TargetMode="External"/><Relationship Id="rId229" Type="http://schemas.openxmlformats.org/officeDocument/2006/relationships/hyperlink" Target="http://school-/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://school-/" TargetMode="External"/><Relationship Id="rId240" Type="http://schemas.openxmlformats.org/officeDocument/2006/relationships/hyperlink" Target="https://education.yandex.ru/" TargetMode="External"/><Relationship Id="rId245" Type="http://schemas.openxmlformats.org/officeDocument/2006/relationships/hyperlink" Target="https://education.yandex.ru/" TargetMode="External"/><Relationship Id="rId261" Type="http://schemas.openxmlformats.org/officeDocument/2006/relationships/hyperlink" Target="https://education.yandex.ru/" TargetMode="External"/><Relationship Id="rId266" Type="http://schemas.openxmlformats.org/officeDocument/2006/relationships/hyperlink" Target="http://school-/" TargetMode="External"/><Relationship Id="rId287" Type="http://schemas.openxmlformats.org/officeDocument/2006/relationships/fontTable" Target="fontTable.xml"/><Relationship Id="rId14" Type="http://schemas.openxmlformats.org/officeDocument/2006/relationships/hyperlink" Target="https://education.yandex.ru/" TargetMode="External"/><Relationship Id="rId30" Type="http://schemas.openxmlformats.org/officeDocument/2006/relationships/hyperlink" Target="https://education.yandex.ru/" TargetMode="External"/><Relationship Id="rId35" Type="http://schemas.openxmlformats.org/officeDocument/2006/relationships/hyperlink" Target="https://education.yandex.ru/" TargetMode="External"/><Relationship Id="rId56" Type="http://schemas.openxmlformats.org/officeDocument/2006/relationships/hyperlink" Target="http://school-/" TargetMode="External"/><Relationship Id="rId77" Type="http://schemas.openxmlformats.org/officeDocument/2006/relationships/hyperlink" Target="https://resh.edu.ru/subject/lesson/5194/main/121552/" TargetMode="External"/><Relationship Id="rId100" Type="http://schemas.openxmlformats.org/officeDocument/2006/relationships/hyperlink" Target="https://uchi.ru/" TargetMode="External"/><Relationship Id="rId105" Type="http://schemas.openxmlformats.org/officeDocument/2006/relationships/hyperlink" Target="https://education.yandex.ru/" TargetMode="External"/><Relationship Id="rId126" Type="http://schemas.openxmlformats.org/officeDocument/2006/relationships/hyperlink" Target="https://uchi.ru/" TargetMode="External"/><Relationship Id="rId147" Type="http://schemas.openxmlformats.org/officeDocument/2006/relationships/hyperlink" Target="http://school-/" TargetMode="External"/><Relationship Id="rId168" Type="http://schemas.openxmlformats.org/officeDocument/2006/relationships/hyperlink" Target="https://education.yandex.ru/" TargetMode="External"/><Relationship Id="rId282" Type="http://schemas.openxmlformats.org/officeDocument/2006/relationships/hyperlink" Target="http://school-/" TargetMode="External"/><Relationship Id="rId8" Type="http://schemas.openxmlformats.org/officeDocument/2006/relationships/oleObject" Target="embeddings/oleObject1.bin"/><Relationship Id="rId51" Type="http://schemas.openxmlformats.org/officeDocument/2006/relationships/hyperlink" Target="https://education.yandex.ru/" TargetMode="External"/><Relationship Id="rId72" Type="http://schemas.openxmlformats.org/officeDocument/2006/relationships/hyperlink" Target="http://school-/" TargetMode="External"/><Relationship Id="rId93" Type="http://schemas.openxmlformats.org/officeDocument/2006/relationships/hyperlink" Target="http://school-/" TargetMode="External"/><Relationship Id="rId98" Type="http://schemas.openxmlformats.org/officeDocument/2006/relationships/hyperlink" Target="https://education.yandex.ru/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://school-/" TargetMode="External"/><Relationship Id="rId163" Type="http://schemas.openxmlformats.org/officeDocument/2006/relationships/hyperlink" Target="https://education.yandex.ru/" TargetMode="External"/><Relationship Id="rId184" Type="http://schemas.openxmlformats.org/officeDocument/2006/relationships/hyperlink" Target="http://school-/" TargetMode="External"/><Relationship Id="rId189" Type="http://schemas.openxmlformats.org/officeDocument/2006/relationships/hyperlink" Target="http://school-/" TargetMode="External"/><Relationship Id="rId219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school-/" TargetMode="External"/><Relationship Id="rId230" Type="http://schemas.openxmlformats.org/officeDocument/2006/relationships/hyperlink" Target="http://school-/" TargetMode="External"/><Relationship Id="rId235" Type="http://schemas.openxmlformats.org/officeDocument/2006/relationships/hyperlink" Target="https://education.yandex.ru/" TargetMode="External"/><Relationship Id="rId251" Type="http://schemas.openxmlformats.org/officeDocument/2006/relationships/hyperlink" Target="https://education.yandex.ru/" TargetMode="External"/><Relationship Id="rId256" Type="http://schemas.openxmlformats.org/officeDocument/2006/relationships/hyperlink" Target="http://school-/" TargetMode="External"/><Relationship Id="rId277" Type="http://schemas.openxmlformats.org/officeDocument/2006/relationships/hyperlink" Target="https://education.yandex.ru/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116" Type="http://schemas.openxmlformats.org/officeDocument/2006/relationships/hyperlink" Target="http://school-/" TargetMode="External"/><Relationship Id="rId137" Type="http://schemas.openxmlformats.org/officeDocument/2006/relationships/hyperlink" Target="https://uchi.ru/" TargetMode="External"/><Relationship Id="rId158" Type="http://schemas.openxmlformats.org/officeDocument/2006/relationships/hyperlink" Target="http://school-/" TargetMode="External"/><Relationship Id="rId272" Type="http://schemas.openxmlformats.org/officeDocument/2006/relationships/hyperlink" Target="http://school-/" TargetMode="External"/><Relationship Id="rId20" Type="http://schemas.openxmlformats.org/officeDocument/2006/relationships/hyperlink" Target="https://education.yandex.ru/" TargetMode="External"/><Relationship Id="rId41" Type="http://schemas.openxmlformats.org/officeDocument/2006/relationships/hyperlink" Target="http://school-/" TargetMode="External"/><Relationship Id="rId62" Type="http://schemas.openxmlformats.org/officeDocument/2006/relationships/hyperlink" Target="https://education.yandex.ru/" TargetMode="External"/><Relationship Id="rId83" Type="http://schemas.openxmlformats.org/officeDocument/2006/relationships/hyperlink" Target="https://education.yandex.ru/" TargetMode="External"/><Relationship Id="rId88" Type="http://schemas.openxmlformats.org/officeDocument/2006/relationships/hyperlink" Target="https://education.yandex.ru/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://school-/" TargetMode="External"/><Relationship Id="rId153" Type="http://schemas.openxmlformats.org/officeDocument/2006/relationships/hyperlink" Target="https://education.yandex.ru/" TargetMode="External"/><Relationship Id="rId174" Type="http://schemas.openxmlformats.org/officeDocument/2006/relationships/hyperlink" Target="http://school-/" TargetMode="External"/><Relationship Id="rId179" Type="http://schemas.openxmlformats.org/officeDocument/2006/relationships/hyperlink" Target="https://education.yandex.ru/" TargetMode="External"/><Relationship Id="rId195" Type="http://schemas.openxmlformats.org/officeDocument/2006/relationships/hyperlink" Target="http://school-/" TargetMode="External"/><Relationship Id="rId209" Type="http://schemas.openxmlformats.org/officeDocument/2006/relationships/hyperlink" Target="http://school-/" TargetMode="External"/><Relationship Id="rId190" Type="http://schemas.openxmlformats.org/officeDocument/2006/relationships/hyperlink" Target="http://school-/" TargetMode="External"/><Relationship Id="rId204" Type="http://schemas.openxmlformats.org/officeDocument/2006/relationships/hyperlink" Target="http://school-/" TargetMode="External"/><Relationship Id="rId220" Type="http://schemas.openxmlformats.org/officeDocument/2006/relationships/hyperlink" Target="http://school-/" TargetMode="External"/><Relationship Id="rId225" Type="http://schemas.openxmlformats.org/officeDocument/2006/relationships/hyperlink" Target="http://school-/" TargetMode="External"/><Relationship Id="rId241" Type="http://schemas.openxmlformats.org/officeDocument/2006/relationships/hyperlink" Target="http://school-/" TargetMode="External"/><Relationship Id="rId246" Type="http://schemas.openxmlformats.org/officeDocument/2006/relationships/hyperlink" Target="http://school-/" TargetMode="External"/><Relationship Id="rId267" Type="http://schemas.openxmlformats.org/officeDocument/2006/relationships/hyperlink" Target="https://education.yandex.ru/" TargetMode="External"/><Relationship Id="rId288" Type="http://schemas.openxmlformats.org/officeDocument/2006/relationships/theme" Target="theme/theme1.xml"/><Relationship Id="rId15" Type="http://schemas.openxmlformats.org/officeDocument/2006/relationships/hyperlink" Target="https://uchi.ru/" TargetMode="External"/><Relationship Id="rId36" Type="http://schemas.openxmlformats.org/officeDocument/2006/relationships/hyperlink" Target="https://education.yandex.ru/" TargetMode="External"/><Relationship Id="rId57" Type="http://schemas.openxmlformats.org/officeDocument/2006/relationships/hyperlink" Target="https://uchi.ru/" TargetMode="External"/><Relationship Id="rId106" Type="http://schemas.openxmlformats.org/officeDocument/2006/relationships/hyperlink" Target="http://school-/" TargetMode="External"/><Relationship Id="rId127" Type="http://schemas.openxmlformats.org/officeDocument/2006/relationships/hyperlink" Target="https://education.yandex.ru/" TargetMode="External"/><Relationship Id="rId262" Type="http://schemas.openxmlformats.org/officeDocument/2006/relationships/hyperlink" Target="http://school-/" TargetMode="External"/><Relationship Id="rId283" Type="http://schemas.openxmlformats.org/officeDocument/2006/relationships/hyperlink" Target="https://education.yandex.ru/" TargetMode="External"/><Relationship Id="rId10" Type="http://schemas.openxmlformats.org/officeDocument/2006/relationships/hyperlink" Target="https://education.yandex.ru/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uchi.ru/" TargetMode="External"/><Relationship Id="rId94" Type="http://schemas.openxmlformats.org/officeDocument/2006/relationships/hyperlink" Target="https://education.yandex.ru/" TargetMode="External"/><Relationship Id="rId99" Type="http://schemas.openxmlformats.org/officeDocument/2006/relationships/hyperlink" Target="http://school-/" TargetMode="External"/><Relationship Id="rId101" Type="http://schemas.openxmlformats.org/officeDocument/2006/relationships/hyperlink" Target="https://education.yandex.ru/" TargetMode="External"/><Relationship Id="rId122" Type="http://schemas.openxmlformats.org/officeDocument/2006/relationships/hyperlink" Target="https://education.yandex.ru/" TargetMode="External"/><Relationship Id="rId143" Type="http://schemas.openxmlformats.org/officeDocument/2006/relationships/hyperlink" Target="http://school-/" TargetMode="External"/><Relationship Id="rId148" Type="http://schemas.openxmlformats.org/officeDocument/2006/relationships/hyperlink" Target="http://school-/" TargetMode="External"/><Relationship Id="rId164" Type="http://schemas.openxmlformats.org/officeDocument/2006/relationships/hyperlink" Target="http://school-/" TargetMode="External"/><Relationship Id="rId169" Type="http://schemas.openxmlformats.org/officeDocument/2006/relationships/hyperlink" Target="http://school-/" TargetMode="External"/><Relationship Id="rId185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Relationship Id="rId180" Type="http://schemas.openxmlformats.org/officeDocument/2006/relationships/hyperlink" Target="http://school-/" TargetMode="External"/><Relationship Id="rId210" Type="http://schemas.openxmlformats.org/officeDocument/2006/relationships/hyperlink" Target="http://school-/" TargetMode="External"/><Relationship Id="rId215" Type="http://schemas.openxmlformats.org/officeDocument/2006/relationships/hyperlink" Target="https://education.yandex.ru/" TargetMode="External"/><Relationship Id="rId236" Type="http://schemas.openxmlformats.org/officeDocument/2006/relationships/hyperlink" Target="http://school-/" TargetMode="External"/><Relationship Id="rId257" Type="http://schemas.openxmlformats.org/officeDocument/2006/relationships/hyperlink" Target="https://education.yandex.ru/" TargetMode="External"/><Relationship Id="rId278" Type="http://schemas.openxmlformats.org/officeDocument/2006/relationships/hyperlink" Target="http://school-/" TargetMode="External"/><Relationship Id="rId26" Type="http://schemas.openxmlformats.org/officeDocument/2006/relationships/hyperlink" Target="https://education.yandex.ru/" TargetMode="External"/><Relationship Id="rId231" Type="http://schemas.openxmlformats.org/officeDocument/2006/relationships/hyperlink" Target="http://school-/" TargetMode="External"/><Relationship Id="rId252" Type="http://schemas.openxmlformats.org/officeDocument/2006/relationships/hyperlink" Target="http://school-/" TargetMode="External"/><Relationship Id="rId273" Type="http://schemas.openxmlformats.org/officeDocument/2006/relationships/hyperlink" Target="https://education.yandex.ru/" TargetMode="External"/><Relationship Id="rId47" Type="http://schemas.openxmlformats.org/officeDocument/2006/relationships/hyperlink" Target="https://education.yandex.ru/" TargetMode="External"/><Relationship Id="rId68" Type="http://schemas.openxmlformats.org/officeDocument/2006/relationships/hyperlink" Target="https://resh.edu.ru/subject/lesson/3971/main/302205/" TargetMode="External"/><Relationship Id="rId89" Type="http://schemas.openxmlformats.org/officeDocument/2006/relationships/hyperlink" Target="https://uchi.ru/" TargetMode="External"/><Relationship Id="rId112" Type="http://schemas.openxmlformats.org/officeDocument/2006/relationships/hyperlink" Target="https://education.yandex.ru/" TargetMode="External"/><Relationship Id="rId133" Type="http://schemas.openxmlformats.org/officeDocument/2006/relationships/hyperlink" Target="https://uchi.ru/" TargetMode="External"/><Relationship Id="rId154" Type="http://schemas.openxmlformats.org/officeDocument/2006/relationships/hyperlink" Target="http://school-/" TargetMode="External"/><Relationship Id="rId175" Type="http://schemas.openxmlformats.org/officeDocument/2006/relationships/hyperlink" Target="https://education.yandex.ru/" TargetMode="External"/><Relationship Id="rId196" Type="http://schemas.openxmlformats.org/officeDocument/2006/relationships/hyperlink" Target="http://school-/" TargetMode="External"/><Relationship Id="rId200" Type="http://schemas.openxmlformats.org/officeDocument/2006/relationships/hyperlink" Target="http://school-/" TargetMode="External"/><Relationship Id="rId16" Type="http://schemas.openxmlformats.org/officeDocument/2006/relationships/hyperlink" Target="https://education.yandex.ru/" TargetMode="External"/><Relationship Id="rId221" Type="http://schemas.openxmlformats.org/officeDocument/2006/relationships/hyperlink" Target="https://education.yandex.ru/" TargetMode="External"/><Relationship Id="rId242" Type="http://schemas.openxmlformats.org/officeDocument/2006/relationships/hyperlink" Target="http://school-/" TargetMode="External"/><Relationship Id="rId263" Type="http://schemas.openxmlformats.org/officeDocument/2006/relationships/hyperlink" Target="https://education.yandex.ru/" TargetMode="External"/><Relationship Id="rId284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58" Type="http://schemas.openxmlformats.org/officeDocument/2006/relationships/hyperlink" Target="https://education.yandex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://school-/" TargetMode="External"/><Relationship Id="rId123" Type="http://schemas.openxmlformats.org/officeDocument/2006/relationships/hyperlink" Target="http://school-/" TargetMode="External"/><Relationship Id="rId144" Type="http://schemas.openxmlformats.org/officeDocument/2006/relationships/hyperlink" Target="http://school-/" TargetMode="External"/><Relationship Id="rId90" Type="http://schemas.openxmlformats.org/officeDocument/2006/relationships/hyperlink" Target="https://education.yandex.ru/" TargetMode="External"/><Relationship Id="rId165" Type="http://schemas.openxmlformats.org/officeDocument/2006/relationships/hyperlink" Target="http://school-/" TargetMode="External"/><Relationship Id="rId186" Type="http://schemas.openxmlformats.org/officeDocument/2006/relationships/hyperlink" Target="https://education.yandex.ru/" TargetMode="External"/><Relationship Id="rId211" Type="http://schemas.openxmlformats.org/officeDocument/2006/relationships/hyperlink" Target="http://school-/" TargetMode="External"/><Relationship Id="rId232" Type="http://schemas.openxmlformats.org/officeDocument/2006/relationships/hyperlink" Target="http://school-/" TargetMode="External"/><Relationship Id="rId253" Type="http://schemas.openxmlformats.org/officeDocument/2006/relationships/hyperlink" Target="https://education.yandex.ru/" TargetMode="External"/><Relationship Id="rId274" Type="http://schemas.openxmlformats.org/officeDocument/2006/relationships/hyperlink" Target="http://school-/" TargetMode="External"/><Relationship Id="rId27" Type="http://schemas.openxmlformats.org/officeDocument/2006/relationships/hyperlink" Target="https://uchi.ru/" TargetMode="External"/><Relationship Id="rId48" Type="http://schemas.openxmlformats.org/officeDocument/2006/relationships/hyperlink" Target="https://uchi.ru/" TargetMode="External"/><Relationship Id="rId69" Type="http://schemas.openxmlformats.org/officeDocument/2006/relationships/hyperlink" Target="https://uchi.ru/" TargetMode="External"/><Relationship Id="rId113" Type="http://schemas.openxmlformats.org/officeDocument/2006/relationships/hyperlink" Target="http://school-/" TargetMode="External"/><Relationship Id="rId134" Type="http://schemas.openxmlformats.org/officeDocument/2006/relationships/hyperlink" Target="https://education.yandex.ru/" TargetMode="External"/><Relationship Id="rId80" Type="http://schemas.openxmlformats.org/officeDocument/2006/relationships/hyperlink" Target="https://education.yandex.ru/" TargetMode="External"/><Relationship Id="rId155" Type="http://schemas.openxmlformats.org/officeDocument/2006/relationships/hyperlink" Target="http://school-/" TargetMode="External"/><Relationship Id="rId176" Type="http://schemas.openxmlformats.org/officeDocument/2006/relationships/hyperlink" Target="http://school-/" TargetMode="External"/><Relationship Id="rId197" Type="http://schemas.openxmlformats.org/officeDocument/2006/relationships/hyperlink" Target="http://school-/" TargetMode="External"/><Relationship Id="rId201" Type="http://schemas.openxmlformats.org/officeDocument/2006/relationships/hyperlink" Target="http://school-/" TargetMode="External"/><Relationship Id="rId222" Type="http://schemas.openxmlformats.org/officeDocument/2006/relationships/hyperlink" Target="http://school-/" TargetMode="External"/><Relationship Id="rId243" Type="http://schemas.openxmlformats.org/officeDocument/2006/relationships/hyperlink" Target="http://school-/" TargetMode="External"/><Relationship Id="rId264" Type="http://schemas.openxmlformats.org/officeDocument/2006/relationships/hyperlink" Target="http://school-/" TargetMode="External"/><Relationship Id="rId285" Type="http://schemas.openxmlformats.org/officeDocument/2006/relationships/hyperlink" Target="http://www.school.edu.ru/" TargetMode="External"/><Relationship Id="rId17" Type="http://schemas.openxmlformats.org/officeDocument/2006/relationships/hyperlink" Target="https://education.yandex.ru/" TargetMode="External"/><Relationship Id="rId38" Type="http://schemas.openxmlformats.org/officeDocument/2006/relationships/hyperlink" Target="https://uchi.ru/" TargetMode="External"/><Relationship Id="rId59" Type="http://schemas.openxmlformats.org/officeDocument/2006/relationships/hyperlink" Target="https://uchi.ru/" TargetMode="External"/><Relationship Id="rId103" Type="http://schemas.openxmlformats.org/officeDocument/2006/relationships/hyperlink" Target="http://school-/" TargetMode="External"/><Relationship Id="rId124" Type="http://schemas.openxmlformats.org/officeDocument/2006/relationships/hyperlink" Target="http://school-/" TargetMode="External"/><Relationship Id="rId70" Type="http://schemas.openxmlformats.org/officeDocument/2006/relationships/hyperlink" Target="https://uchi.ru/" TargetMode="External"/><Relationship Id="rId91" Type="http://schemas.openxmlformats.org/officeDocument/2006/relationships/hyperlink" Target="https://uchi.ru/" TargetMode="External"/><Relationship Id="rId145" Type="http://schemas.openxmlformats.org/officeDocument/2006/relationships/hyperlink" Target="https://uchi.ru/" TargetMode="External"/><Relationship Id="rId166" Type="http://schemas.openxmlformats.org/officeDocument/2006/relationships/hyperlink" Target="http://school-/" TargetMode="External"/><Relationship Id="rId187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education.yandex.ru/" TargetMode="External"/><Relationship Id="rId233" Type="http://schemas.openxmlformats.org/officeDocument/2006/relationships/hyperlink" Target="http://school-/" TargetMode="External"/><Relationship Id="rId254" Type="http://schemas.openxmlformats.org/officeDocument/2006/relationships/hyperlink" Target="http://school-/" TargetMode="External"/><Relationship Id="rId28" Type="http://schemas.openxmlformats.org/officeDocument/2006/relationships/hyperlink" Target="https://education.yandex.ru/" TargetMode="External"/><Relationship Id="rId49" Type="http://schemas.openxmlformats.org/officeDocument/2006/relationships/hyperlink" Target="https://education.yandex.ru/" TargetMode="External"/><Relationship Id="rId114" Type="http://schemas.openxmlformats.org/officeDocument/2006/relationships/hyperlink" Target="https://education.yandex.ru/" TargetMode="External"/><Relationship Id="rId275" Type="http://schemas.openxmlformats.org/officeDocument/2006/relationships/hyperlink" Target="https://education.yandex.ru/" TargetMode="External"/><Relationship Id="rId60" Type="http://schemas.openxmlformats.org/officeDocument/2006/relationships/hyperlink" Target="https://education.yandex.ru/" TargetMode="External"/><Relationship Id="rId81" Type="http://schemas.openxmlformats.org/officeDocument/2006/relationships/hyperlink" Target="http://school-/" TargetMode="External"/><Relationship Id="rId135" Type="http://schemas.openxmlformats.org/officeDocument/2006/relationships/hyperlink" Target="http://school-/" TargetMode="External"/><Relationship Id="rId156" Type="http://schemas.openxmlformats.org/officeDocument/2006/relationships/hyperlink" Target="http://school-/" TargetMode="External"/><Relationship Id="rId177" Type="http://schemas.openxmlformats.org/officeDocument/2006/relationships/hyperlink" Target="http://school-/" TargetMode="External"/><Relationship Id="rId198" Type="http://schemas.openxmlformats.org/officeDocument/2006/relationships/hyperlink" Target="https://education.yandex.ru/" TargetMode="External"/><Relationship Id="rId202" Type="http://schemas.openxmlformats.org/officeDocument/2006/relationships/hyperlink" Target="https://education.yandex.ru/" TargetMode="External"/><Relationship Id="rId223" Type="http://schemas.openxmlformats.org/officeDocument/2006/relationships/hyperlink" Target="http://school-/" TargetMode="External"/><Relationship Id="rId244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41652</Words>
  <Characters>237418</Characters>
  <Application>Microsoft Office Word</Application>
  <DocSecurity>0</DocSecurity>
  <Lines>1978</Lines>
  <Paragraphs>557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22</cp:revision>
  <dcterms:created xsi:type="dcterms:W3CDTF">2022-06-10T02:42:00Z</dcterms:created>
  <dcterms:modified xsi:type="dcterms:W3CDTF">2023-10-10T11:40:00Z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2022-06-10T00:00:00Z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2022-06-10T00:00:00Z</vt:filetime>
  </property>
</Properties>
</file>